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8E2" w14:textId="77777777" w:rsidR="005F349B" w:rsidRPr="00830861" w:rsidRDefault="00000000" w:rsidP="006C245E">
      <w:pPr>
        <w:pStyle w:val="Heading2"/>
        <w:spacing w:before="0" w:line="240" w:lineRule="auto"/>
        <w:rPr>
          <w:rFonts w:ascii="Arial" w:eastAsia="Arial" w:hAnsi="Arial" w:cs="Arial"/>
          <w:color w:val="244061" w:themeColor="accent1" w:themeShade="80"/>
          <w:sz w:val="24"/>
          <w:szCs w:val="24"/>
        </w:rPr>
      </w:pPr>
      <w:r w:rsidRPr="00830861">
        <w:rPr>
          <w:rFonts w:ascii="Arial" w:eastAsia="Arial" w:hAnsi="Arial" w:cs="Arial"/>
          <w:color w:val="244061" w:themeColor="accent1" w:themeShade="80"/>
          <w:sz w:val="24"/>
          <w:szCs w:val="24"/>
        </w:rPr>
        <w:t>Introduction</w:t>
      </w:r>
    </w:p>
    <w:p w14:paraId="0BB19463" w14:textId="5041EB42" w:rsidR="00A2569E" w:rsidRPr="00A2569E" w:rsidRDefault="00A2569E" w:rsidP="00A2569E">
      <w:pPr>
        <w:spacing w:after="0" w:line="240" w:lineRule="auto"/>
        <w:rPr>
          <w:rFonts w:cs="Arial"/>
          <w:szCs w:val="24"/>
        </w:rPr>
      </w:pPr>
      <w:r w:rsidRPr="00A2569E">
        <w:rPr>
          <w:rFonts w:cs="Arial"/>
          <w:szCs w:val="24"/>
        </w:rPr>
        <w:t xml:space="preserve">Here is a 15-day unit plan for </w:t>
      </w:r>
      <w:r>
        <w:rPr>
          <w:rFonts w:cs="Arial"/>
          <w:szCs w:val="24"/>
        </w:rPr>
        <w:t xml:space="preserve">the Advanced Drone Piloting </w:t>
      </w:r>
      <w:r w:rsidRPr="00A2569E">
        <w:rPr>
          <w:rFonts w:cs="Arial"/>
          <w:szCs w:val="24"/>
        </w:rPr>
        <w:t xml:space="preserve">class, with an emphasis on real-world applications and vocabulary integration. </w:t>
      </w:r>
    </w:p>
    <w:p w14:paraId="36964307" w14:textId="77777777" w:rsidR="00A2569E" w:rsidRPr="00A2569E" w:rsidRDefault="00A2569E" w:rsidP="00A2569E">
      <w:pPr>
        <w:spacing w:after="0" w:line="240" w:lineRule="auto"/>
        <w:rPr>
          <w:rFonts w:cs="Arial"/>
          <w:szCs w:val="24"/>
        </w:rPr>
      </w:pPr>
    </w:p>
    <w:p w14:paraId="3D962BB3" w14:textId="77777777" w:rsidR="00A2569E" w:rsidRPr="002B57DF" w:rsidRDefault="00A2569E" w:rsidP="00A2569E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2B57DF">
        <w:rPr>
          <w:rFonts w:cs="Arial"/>
          <w:b/>
          <w:bCs/>
          <w:szCs w:val="24"/>
          <w:u w:val="single"/>
        </w:rPr>
        <w:t xml:space="preserve">The lessons address the standards </w:t>
      </w:r>
    </w:p>
    <w:p w14:paraId="451748CB" w14:textId="786946C3" w:rsidR="00A2569E" w:rsidRPr="00A2569E" w:rsidRDefault="00A2569E" w:rsidP="002B57DF">
      <w:pPr>
        <w:numPr>
          <w:ilvl w:val="0"/>
          <w:numId w:val="124"/>
        </w:numPr>
        <w:spacing w:after="0" w:line="240" w:lineRule="auto"/>
        <w:ind w:left="360"/>
        <w:rPr>
          <w:rFonts w:cs="Arial"/>
          <w:szCs w:val="24"/>
        </w:rPr>
      </w:pPr>
      <w:r w:rsidRPr="002B57DF">
        <w:rPr>
          <w:rFonts w:cs="Arial"/>
          <w:b/>
          <w:bCs/>
          <w:szCs w:val="24"/>
        </w:rPr>
        <w:t xml:space="preserve">Advanced Drone Piloting - </w:t>
      </w:r>
      <w:r w:rsidRPr="002B57DF">
        <w:rPr>
          <w:rFonts w:cs="Arial"/>
          <w:b/>
          <w:bCs/>
          <w:szCs w:val="24"/>
        </w:rPr>
        <w:t>30</w:t>
      </w:r>
      <w:r w:rsidRPr="002B57DF">
        <w:rPr>
          <w:rFonts w:cs="Arial"/>
          <w:b/>
          <w:bCs/>
          <w:szCs w:val="24"/>
        </w:rPr>
        <w:t>3.01</w:t>
      </w:r>
      <w:r w:rsidRPr="00A2569E">
        <w:rPr>
          <w:rFonts w:cs="Arial"/>
          <w:szCs w:val="24"/>
        </w:rPr>
        <w:t xml:space="preserve"> (Understand the use of drone controls) </w:t>
      </w:r>
    </w:p>
    <w:p w14:paraId="2124798C" w14:textId="77777777" w:rsidR="002B57DF" w:rsidRDefault="00A2569E" w:rsidP="002B57DF">
      <w:pPr>
        <w:numPr>
          <w:ilvl w:val="0"/>
          <w:numId w:val="124"/>
        </w:numPr>
        <w:spacing w:after="0" w:line="240" w:lineRule="auto"/>
        <w:ind w:left="360"/>
        <w:rPr>
          <w:rFonts w:cs="Arial"/>
          <w:szCs w:val="24"/>
        </w:rPr>
      </w:pPr>
      <w:r w:rsidRPr="002B57DF">
        <w:rPr>
          <w:rFonts w:cs="Arial"/>
          <w:b/>
          <w:bCs/>
          <w:szCs w:val="24"/>
        </w:rPr>
        <w:t xml:space="preserve">Advanced Drone Piloting - </w:t>
      </w:r>
      <w:r w:rsidRPr="002B57DF">
        <w:rPr>
          <w:rFonts w:cs="Arial"/>
          <w:b/>
          <w:bCs/>
          <w:szCs w:val="24"/>
        </w:rPr>
        <w:t>30</w:t>
      </w:r>
      <w:r w:rsidRPr="002B57DF">
        <w:rPr>
          <w:rFonts w:cs="Arial"/>
          <w:b/>
          <w:bCs/>
          <w:szCs w:val="24"/>
        </w:rPr>
        <w:t>3.02</w:t>
      </w:r>
      <w:r w:rsidRPr="00A2569E">
        <w:rPr>
          <w:rFonts w:cs="Arial"/>
          <w:szCs w:val="24"/>
        </w:rPr>
        <w:t xml:space="preserve"> (Demonstrate basic drone maneuvers and flight patterns in a simulated environment), </w:t>
      </w:r>
    </w:p>
    <w:p w14:paraId="29507AA0" w14:textId="2997EE32" w:rsidR="00A2569E" w:rsidRPr="00A2569E" w:rsidRDefault="002B57DF" w:rsidP="002B57DF">
      <w:pPr>
        <w:numPr>
          <w:ilvl w:val="0"/>
          <w:numId w:val="124"/>
        </w:numPr>
        <w:spacing w:after="0" w:line="240" w:lineRule="auto"/>
        <w:ind w:left="360"/>
        <w:rPr>
          <w:rFonts w:cs="Arial"/>
          <w:szCs w:val="24"/>
        </w:rPr>
      </w:pPr>
      <w:r>
        <w:rPr>
          <w:rFonts w:cs="Arial"/>
          <w:b/>
          <w:bCs/>
          <w:szCs w:val="24"/>
        </w:rPr>
        <w:t xml:space="preserve">UAS Drone Management System Applications, such as </w:t>
      </w:r>
      <w:r w:rsidR="00A2569E" w:rsidRPr="002B57DF">
        <w:rPr>
          <w:rFonts w:cs="Arial"/>
          <w:b/>
          <w:bCs/>
          <w:szCs w:val="24"/>
        </w:rPr>
        <w:t xml:space="preserve">Aloft </w:t>
      </w:r>
      <w:r w:rsidR="00A2569E" w:rsidRPr="00A2569E">
        <w:rPr>
          <w:rFonts w:cs="Arial"/>
          <w:szCs w:val="24"/>
        </w:rPr>
        <w:t>mission planning, pre- and post-flight checklists</w:t>
      </w:r>
      <w:r w:rsidR="00A2569E">
        <w:rPr>
          <w:rFonts w:cs="Arial"/>
          <w:szCs w:val="24"/>
        </w:rPr>
        <w:t>, or manual entry</w:t>
      </w:r>
      <w:r w:rsidR="00A2569E" w:rsidRPr="00A2569E">
        <w:rPr>
          <w:rFonts w:cs="Arial"/>
          <w:szCs w:val="24"/>
        </w:rPr>
        <w:t>, as well as safety procedures.</w:t>
      </w:r>
    </w:p>
    <w:p w14:paraId="0F7D0EAA" w14:textId="77777777" w:rsidR="00A2569E" w:rsidRPr="00A2569E" w:rsidRDefault="00A2569E" w:rsidP="00A2569E">
      <w:pPr>
        <w:spacing w:after="0" w:line="240" w:lineRule="auto"/>
        <w:rPr>
          <w:rFonts w:cs="Arial"/>
          <w:szCs w:val="24"/>
        </w:rPr>
      </w:pPr>
    </w:p>
    <w:p w14:paraId="5A177509" w14:textId="77777777" w:rsidR="002B57DF" w:rsidRPr="002B57DF" w:rsidRDefault="002B57DF" w:rsidP="00A2569E">
      <w:pPr>
        <w:spacing w:after="0" w:line="240" w:lineRule="auto"/>
        <w:rPr>
          <w:rFonts w:cs="Arial"/>
          <w:b/>
          <w:bCs/>
          <w:szCs w:val="24"/>
          <w:u w:val="single"/>
        </w:rPr>
      </w:pPr>
      <w:r w:rsidRPr="002B57DF">
        <w:rPr>
          <w:rFonts w:cs="Arial"/>
          <w:b/>
          <w:bCs/>
          <w:szCs w:val="24"/>
          <w:u w:val="single"/>
        </w:rPr>
        <w:t>Final Project:</w:t>
      </w:r>
    </w:p>
    <w:p w14:paraId="656912E4" w14:textId="77777777" w:rsidR="002B57DF" w:rsidRDefault="00A2569E" w:rsidP="00A2569E">
      <w:pPr>
        <w:spacing w:after="0" w:line="240" w:lineRule="auto"/>
        <w:rPr>
          <w:rFonts w:cs="Arial"/>
          <w:szCs w:val="24"/>
        </w:rPr>
      </w:pPr>
      <w:r w:rsidRPr="00A2569E">
        <w:rPr>
          <w:rFonts w:cs="Arial"/>
          <w:szCs w:val="24"/>
        </w:rPr>
        <w:t xml:space="preserve">Students will complete a final project where they design a mission from start to finish, showcasing all essential skills. The project will require them to navigate airspace, </w:t>
      </w:r>
      <w:r>
        <w:rPr>
          <w:rFonts w:cs="Arial"/>
          <w:szCs w:val="24"/>
        </w:rPr>
        <w:t xml:space="preserve">operate the drone, and follow all pre- and </w:t>
      </w:r>
      <w:r w:rsidRPr="00A2569E">
        <w:rPr>
          <w:rFonts w:cs="Arial"/>
          <w:szCs w:val="24"/>
        </w:rPr>
        <w:t xml:space="preserve">post-flight safety protocols. </w:t>
      </w:r>
    </w:p>
    <w:p w14:paraId="18FA60FF" w14:textId="77777777" w:rsidR="002B57DF" w:rsidRDefault="002B57DF" w:rsidP="00A2569E">
      <w:pPr>
        <w:spacing w:after="0" w:line="240" w:lineRule="auto"/>
        <w:rPr>
          <w:rFonts w:cs="Arial"/>
          <w:szCs w:val="24"/>
        </w:rPr>
      </w:pPr>
    </w:p>
    <w:p w14:paraId="67CD76B2" w14:textId="1D6B6996" w:rsidR="006C245E" w:rsidRDefault="00A2569E" w:rsidP="00A2569E">
      <w:pPr>
        <w:spacing w:after="0" w:line="240" w:lineRule="auto"/>
        <w:rPr>
          <w:rFonts w:cs="Arial"/>
          <w:szCs w:val="24"/>
        </w:rPr>
      </w:pPr>
      <w:r w:rsidRPr="00A2569E">
        <w:rPr>
          <w:rFonts w:cs="Arial"/>
          <w:szCs w:val="24"/>
        </w:rPr>
        <w:t xml:space="preserve">This unit plan ensures hands-on, real-world applications while covering all essential vocabulary and standards. </w:t>
      </w:r>
      <w:r w:rsidR="002B57DF">
        <w:rPr>
          <w:rFonts w:cs="Arial"/>
          <w:b/>
          <w:bCs/>
          <w:szCs w:val="24"/>
        </w:rPr>
        <w:t xml:space="preserve">UAS Drone Management System Applications, </w:t>
      </w:r>
      <w:r w:rsidR="002B57DF" w:rsidRPr="002B57DF">
        <w:rPr>
          <w:rFonts w:cs="Arial"/>
          <w:szCs w:val="24"/>
        </w:rPr>
        <w:t>which incorporate the Aloft mission planner and simulation tools</w:t>
      </w:r>
      <w:r w:rsidR="002B57DF">
        <w:rPr>
          <w:rFonts w:cs="Arial"/>
          <w:b/>
          <w:bCs/>
          <w:szCs w:val="24"/>
        </w:rPr>
        <w:t>, are</w:t>
      </w:r>
      <w:r w:rsidR="002B57DF">
        <w:rPr>
          <w:rFonts w:cs="Arial"/>
          <w:szCs w:val="24"/>
        </w:rPr>
        <w:t xml:space="preserve"> used to</w:t>
      </w:r>
      <w:r w:rsidRPr="00A2569E">
        <w:rPr>
          <w:rFonts w:cs="Arial"/>
          <w:szCs w:val="24"/>
        </w:rPr>
        <w:t xml:space="preserve"> engage students in meaningful UAS </w:t>
      </w:r>
      <w:r w:rsidRPr="00A2569E">
        <w:rPr>
          <w:rFonts w:cs="Arial"/>
          <w:szCs w:val="24"/>
        </w:rPr>
        <w:t>operations.</w:t>
      </w:r>
      <w:r>
        <w:rPr>
          <w:rFonts w:cs="Arial"/>
          <w:szCs w:val="24"/>
        </w:rPr>
        <w:t xml:space="preserve"> A Manual entry option is also available.</w:t>
      </w:r>
    </w:p>
    <w:p w14:paraId="4538746F" w14:textId="77777777" w:rsidR="00AF2A20" w:rsidRDefault="00A91580" w:rsidP="00A91580">
      <w:pPr>
        <w:rPr>
          <w:rFonts w:cs="Arial"/>
          <w:szCs w:val="24"/>
        </w:rPr>
        <w:sectPr w:rsidR="00AF2A20" w:rsidSect="006C245E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  <w:r>
        <w:rPr>
          <w:rFonts w:cs="Arial"/>
          <w:szCs w:val="24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5D7F90" w:rsidRPr="005D7F90" w14:paraId="6D61D747" w14:textId="77777777">
        <w:tc>
          <w:tcPr>
            <w:tcW w:w="8630" w:type="dxa"/>
          </w:tcPr>
          <w:p w14:paraId="6BBA83DE" w14:textId="77777777" w:rsidR="005D7F90" w:rsidRPr="009A6183" w:rsidRDefault="005D7F90" w:rsidP="00D842E1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lastRenderedPageBreak/>
              <w:t xml:space="preserve"> Day 1: UAS Basics and Ground Control Station (GCS) Operations</w:t>
            </w:r>
          </w:p>
        </w:tc>
      </w:tr>
      <w:tr w:rsidR="005D7F90" w:rsidRPr="005D7F90" w14:paraId="79DEA185" w14:textId="77777777">
        <w:tc>
          <w:tcPr>
            <w:tcW w:w="8630" w:type="dxa"/>
          </w:tcPr>
          <w:p w14:paraId="2E2C3597" w14:textId="77777777" w:rsidR="005D7F90" w:rsidRPr="005D7F90" w:rsidRDefault="005D7F90" w:rsidP="00D842E1">
            <w:pPr>
              <w:rPr>
                <w:b/>
                <w:bCs/>
              </w:rPr>
            </w:pPr>
            <w:r w:rsidRPr="005D7F90">
              <w:rPr>
                <w:b/>
                <w:bCs/>
              </w:rPr>
              <w:t xml:space="preserve">Objective: </w:t>
            </w:r>
          </w:p>
          <w:p w14:paraId="5D8CB3E8" w14:textId="26C351F7" w:rsidR="005D7F90" w:rsidRPr="005D7F90" w:rsidRDefault="005D7F90" w:rsidP="005D7F90">
            <w:pPr>
              <w:numPr>
                <w:ilvl w:val="0"/>
                <w:numId w:val="77"/>
              </w:numPr>
            </w:pPr>
            <w:r w:rsidRPr="005D7F90">
              <w:t xml:space="preserve">Understand the components of a UAS and how to operate the GCS.  </w:t>
            </w:r>
          </w:p>
        </w:tc>
      </w:tr>
      <w:tr w:rsidR="005D7F90" w:rsidRPr="005D7F90" w14:paraId="05793A9E" w14:textId="77777777">
        <w:tc>
          <w:tcPr>
            <w:tcW w:w="8630" w:type="dxa"/>
          </w:tcPr>
          <w:p w14:paraId="615AD1FE" w14:textId="77777777" w:rsidR="005D7F90" w:rsidRDefault="005D7F90" w:rsidP="00D842E1">
            <w:r w:rsidRPr="005D7F90">
              <w:rPr>
                <w:b/>
                <w:bCs/>
              </w:rPr>
              <w:t>Vocabulary Focus</w:t>
            </w:r>
            <w:r w:rsidRPr="005D7F90">
              <w:t xml:space="preserve">: </w:t>
            </w:r>
          </w:p>
          <w:p w14:paraId="7959E903" w14:textId="77777777" w:rsidR="005D7F90" w:rsidRDefault="005D7F90" w:rsidP="005D7F90">
            <w:pPr>
              <w:numPr>
                <w:ilvl w:val="0"/>
                <w:numId w:val="77"/>
              </w:numPr>
            </w:pPr>
            <w:r w:rsidRPr="005D7F90">
              <w:t xml:space="preserve">UAS, </w:t>
            </w:r>
          </w:p>
          <w:p w14:paraId="6B316371" w14:textId="77777777" w:rsidR="005D7F90" w:rsidRDefault="005D7F90" w:rsidP="005D7F90">
            <w:pPr>
              <w:numPr>
                <w:ilvl w:val="0"/>
                <w:numId w:val="77"/>
              </w:numPr>
            </w:pPr>
            <w:r w:rsidRPr="005D7F90">
              <w:t xml:space="preserve">UA, </w:t>
            </w:r>
          </w:p>
          <w:p w14:paraId="622BCA7F" w14:textId="77777777" w:rsidR="005D7F90" w:rsidRDefault="005D7F90" w:rsidP="005D7F90">
            <w:pPr>
              <w:numPr>
                <w:ilvl w:val="0"/>
                <w:numId w:val="77"/>
              </w:numPr>
            </w:pPr>
            <w:r w:rsidRPr="005D7F90">
              <w:t xml:space="preserve">Ground Control Station (GCS), </w:t>
            </w:r>
          </w:p>
          <w:p w14:paraId="6CE76E24" w14:textId="60C0DEAF" w:rsidR="005D7F90" w:rsidRPr="005D7F90" w:rsidRDefault="005D7F90" w:rsidP="005D7F90">
            <w:pPr>
              <w:numPr>
                <w:ilvl w:val="0"/>
                <w:numId w:val="77"/>
              </w:numPr>
            </w:pPr>
            <w:r w:rsidRPr="005D7F90">
              <w:t xml:space="preserve">Remote Pilot in Command (RPIC).  </w:t>
            </w:r>
          </w:p>
        </w:tc>
      </w:tr>
      <w:tr w:rsidR="005D7F90" w:rsidRPr="005D7F90" w14:paraId="6D4FE7F2" w14:textId="77777777">
        <w:tc>
          <w:tcPr>
            <w:tcW w:w="8630" w:type="dxa"/>
          </w:tcPr>
          <w:p w14:paraId="535DD501" w14:textId="77777777" w:rsidR="005D7F90" w:rsidRPr="005D7F90" w:rsidRDefault="005D7F90" w:rsidP="00D842E1">
            <w:pPr>
              <w:rPr>
                <w:b/>
                <w:bCs/>
              </w:rPr>
            </w:pPr>
            <w:r w:rsidRPr="005D7F90">
              <w:rPr>
                <w:b/>
                <w:bCs/>
              </w:rPr>
              <w:t xml:space="preserve">Materials: </w:t>
            </w:r>
          </w:p>
          <w:p w14:paraId="03AF2E93" w14:textId="0D1DE078" w:rsidR="005D7F90" w:rsidRDefault="002B57DF" w:rsidP="005D7F90">
            <w:pPr>
              <w:numPr>
                <w:ilvl w:val="0"/>
                <w:numId w:val="78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5D7F90">
              <w:t>and/or Manual entry log forms</w:t>
            </w:r>
          </w:p>
          <w:p w14:paraId="291762DA" w14:textId="77777777" w:rsidR="005D7F90" w:rsidRDefault="005D7F90" w:rsidP="005D7F90">
            <w:pPr>
              <w:numPr>
                <w:ilvl w:val="0"/>
                <w:numId w:val="78"/>
              </w:numPr>
            </w:pPr>
            <w:r w:rsidRPr="005D7F90">
              <w:t xml:space="preserve">UAS simulators, </w:t>
            </w:r>
          </w:p>
          <w:p w14:paraId="16CA634B" w14:textId="729A6B68" w:rsidR="005D7F90" w:rsidRPr="005D7F90" w:rsidRDefault="005D7F90" w:rsidP="005D7F90">
            <w:pPr>
              <w:numPr>
                <w:ilvl w:val="0"/>
                <w:numId w:val="78"/>
              </w:numPr>
            </w:pPr>
            <w:r w:rsidRPr="005D7F90">
              <w:t xml:space="preserve">GCS hardware.  </w:t>
            </w:r>
          </w:p>
        </w:tc>
      </w:tr>
      <w:tr w:rsidR="005D7F90" w:rsidRPr="005D7F90" w14:paraId="727F4FDF" w14:textId="77777777" w:rsidTr="00A91580">
        <w:trPr>
          <w:trHeight w:val="1700"/>
        </w:trPr>
        <w:tc>
          <w:tcPr>
            <w:tcW w:w="8630" w:type="dxa"/>
          </w:tcPr>
          <w:p w14:paraId="763FEF15" w14:textId="77777777" w:rsidR="005D7F90" w:rsidRPr="005D7F90" w:rsidRDefault="005D7F90" w:rsidP="00D842E1">
            <w:pPr>
              <w:rPr>
                <w:b/>
                <w:bCs/>
              </w:rPr>
            </w:pPr>
            <w:r w:rsidRPr="005D7F90">
              <w:rPr>
                <w:b/>
                <w:bCs/>
              </w:rPr>
              <w:t>Activity Outline:</w:t>
            </w:r>
          </w:p>
          <w:p w14:paraId="0DC3FF94" w14:textId="3BF9CAD5" w:rsidR="005D7F90" w:rsidRPr="005D7F90" w:rsidRDefault="005D7F90" w:rsidP="005D7F90">
            <w:pPr>
              <w:numPr>
                <w:ilvl w:val="0"/>
                <w:numId w:val="80"/>
              </w:numPr>
            </w:pPr>
            <w:r w:rsidRPr="00A91580">
              <w:rPr>
                <w:u w:val="single"/>
              </w:rPr>
              <w:t>Essential Question:</w:t>
            </w:r>
            <w:r w:rsidRPr="005D7F90">
              <w:t xml:space="preserve"> What are the main components of a UAS and their roles in flight operations?</w:t>
            </w:r>
          </w:p>
          <w:p w14:paraId="3330897D" w14:textId="5EE2015A" w:rsidR="005D7F90" w:rsidRPr="005D7F90" w:rsidRDefault="005D7F90" w:rsidP="005D7F90">
            <w:pPr>
              <w:numPr>
                <w:ilvl w:val="0"/>
                <w:numId w:val="80"/>
              </w:numPr>
            </w:pPr>
            <w:r w:rsidRPr="00A91580">
              <w:rPr>
                <w:u w:val="single"/>
              </w:rPr>
              <w:t>Lecture:</w:t>
            </w:r>
            <w:r w:rsidRPr="005D7F90">
              <w:t xml:space="preserve"> Introduce UAS structure, GCS, and the role of the RPIC.</w:t>
            </w:r>
          </w:p>
          <w:p w14:paraId="7C54B287" w14:textId="77777777" w:rsidR="005D7F90" w:rsidRDefault="005D7F90" w:rsidP="00A91580">
            <w:pPr>
              <w:numPr>
                <w:ilvl w:val="0"/>
                <w:numId w:val="80"/>
              </w:numPr>
            </w:pPr>
            <w:r w:rsidRPr="00A91580">
              <w:rPr>
                <w:u w:val="single"/>
              </w:rPr>
              <w:t>Hands-On</w:t>
            </w:r>
            <w:r w:rsidRPr="005D7F90">
              <w:t>: Students practice connecting the UA to the GCS and configure initial settings.</w:t>
            </w:r>
          </w:p>
          <w:p w14:paraId="2D82157E" w14:textId="5851CF11" w:rsidR="00AF2A20" w:rsidRPr="005D7F90" w:rsidRDefault="00AF2A20" w:rsidP="00A91580">
            <w:pPr>
              <w:numPr>
                <w:ilvl w:val="0"/>
                <w:numId w:val="80"/>
              </w:numPr>
            </w:pPr>
            <w:r w:rsidRPr="00AF2A20">
              <w:rPr>
                <w:u w:val="single"/>
              </w:rPr>
              <w:t>Wrap-Up</w:t>
            </w:r>
            <w:r w:rsidRPr="00A91580">
              <w:rPr>
                <w:b/>
                <w:bCs/>
              </w:rPr>
              <w:t xml:space="preserve">: </w:t>
            </w:r>
            <w:r w:rsidRPr="005D7F90">
              <w:t>Discuss the RPIC’s responsibility during a flight.</w:t>
            </w:r>
          </w:p>
        </w:tc>
      </w:tr>
      <w:tr w:rsidR="005D7F90" w:rsidRPr="005D7F90" w14:paraId="7A322863" w14:textId="77777777">
        <w:tc>
          <w:tcPr>
            <w:tcW w:w="8630" w:type="dxa"/>
          </w:tcPr>
          <w:p w14:paraId="678D9BB8" w14:textId="77777777" w:rsidR="00A91580" w:rsidRPr="00A91580" w:rsidRDefault="005D7F90" w:rsidP="00D842E1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Assessment: </w:t>
            </w:r>
          </w:p>
          <w:p w14:paraId="52008D1B" w14:textId="13A622B1" w:rsidR="005D7F90" w:rsidRPr="005D7F90" w:rsidRDefault="005D7F90" w:rsidP="00A91580">
            <w:pPr>
              <w:numPr>
                <w:ilvl w:val="0"/>
                <w:numId w:val="81"/>
              </w:numPr>
            </w:pPr>
            <w:r w:rsidRPr="005D7F90">
              <w:t>Quiz on UAS components and RPIC roles.</w:t>
            </w:r>
          </w:p>
        </w:tc>
      </w:tr>
    </w:tbl>
    <w:p w14:paraId="6F9ED284" w14:textId="684F71E9" w:rsidR="00A91580" w:rsidRDefault="00A91580" w:rsidP="00AF2A20">
      <w:pPr>
        <w:spacing w:after="12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91580" w:rsidRPr="00A91580" w14:paraId="010728D8" w14:textId="77777777">
        <w:tc>
          <w:tcPr>
            <w:tcW w:w="8630" w:type="dxa"/>
          </w:tcPr>
          <w:p w14:paraId="26575FE9" w14:textId="77777777" w:rsidR="00A91580" w:rsidRPr="009A6183" w:rsidRDefault="00A91580" w:rsidP="00841ABB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2: Visual Line of Sight (VLOS) and Beyond VLOS (BVLOS)</w:t>
            </w:r>
          </w:p>
        </w:tc>
      </w:tr>
      <w:tr w:rsidR="00A91580" w:rsidRPr="00A91580" w14:paraId="17570BF5" w14:textId="77777777">
        <w:tc>
          <w:tcPr>
            <w:tcW w:w="8630" w:type="dxa"/>
          </w:tcPr>
          <w:p w14:paraId="1A7E83BA" w14:textId="77777777" w:rsidR="00A91580" w:rsidRDefault="00A91580" w:rsidP="00841ABB">
            <w:r w:rsidRPr="00A91580">
              <w:rPr>
                <w:b/>
                <w:bCs/>
              </w:rPr>
              <w:t>Objective:</w:t>
            </w:r>
            <w:r w:rsidRPr="00A91580">
              <w:t xml:space="preserve"> </w:t>
            </w:r>
          </w:p>
          <w:p w14:paraId="0AB6869E" w14:textId="6266BD71" w:rsidR="00A91580" w:rsidRPr="00A91580" w:rsidRDefault="00A91580" w:rsidP="00A91580">
            <w:pPr>
              <w:numPr>
                <w:ilvl w:val="0"/>
                <w:numId w:val="81"/>
              </w:numPr>
            </w:pPr>
            <w:r w:rsidRPr="00A91580">
              <w:t xml:space="preserve">Learn the importance of maintaining VLOS and the limitations of BVLOS operations.  </w:t>
            </w:r>
          </w:p>
        </w:tc>
      </w:tr>
      <w:tr w:rsidR="00A91580" w:rsidRPr="00A91580" w14:paraId="1D49B52A" w14:textId="77777777" w:rsidTr="00A91580">
        <w:trPr>
          <w:trHeight w:val="431"/>
        </w:trPr>
        <w:tc>
          <w:tcPr>
            <w:tcW w:w="8630" w:type="dxa"/>
          </w:tcPr>
          <w:p w14:paraId="12B5BEF4" w14:textId="77777777" w:rsidR="00A91580" w:rsidRPr="00A91580" w:rsidRDefault="00A91580" w:rsidP="00841ABB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Vocabulary Focus: </w:t>
            </w:r>
          </w:p>
          <w:p w14:paraId="6D6E8267" w14:textId="77777777" w:rsidR="00A91580" w:rsidRDefault="00A91580" w:rsidP="00A91580">
            <w:pPr>
              <w:numPr>
                <w:ilvl w:val="0"/>
                <w:numId w:val="81"/>
              </w:numPr>
            </w:pPr>
            <w:r w:rsidRPr="00A91580">
              <w:t xml:space="preserve">VLOS, </w:t>
            </w:r>
          </w:p>
          <w:p w14:paraId="2A2A47AF" w14:textId="77777777" w:rsidR="00A91580" w:rsidRDefault="00A91580" w:rsidP="00A91580">
            <w:pPr>
              <w:numPr>
                <w:ilvl w:val="0"/>
                <w:numId w:val="81"/>
              </w:numPr>
            </w:pPr>
            <w:r w:rsidRPr="00A91580">
              <w:t xml:space="preserve">BVLOS, </w:t>
            </w:r>
          </w:p>
          <w:p w14:paraId="0CFD19DE" w14:textId="77777777" w:rsidR="00A91580" w:rsidRDefault="00A91580" w:rsidP="00A91580">
            <w:pPr>
              <w:numPr>
                <w:ilvl w:val="0"/>
                <w:numId w:val="81"/>
              </w:numPr>
            </w:pPr>
            <w:r w:rsidRPr="00A91580">
              <w:t xml:space="preserve">FPV, </w:t>
            </w:r>
          </w:p>
          <w:p w14:paraId="01726999" w14:textId="330CCC0F" w:rsidR="00A91580" w:rsidRPr="00A91580" w:rsidRDefault="00A91580" w:rsidP="00A91580">
            <w:pPr>
              <w:numPr>
                <w:ilvl w:val="0"/>
                <w:numId w:val="81"/>
              </w:numPr>
            </w:pPr>
            <w:r w:rsidRPr="00A91580">
              <w:t xml:space="preserve">Airworthiness.  </w:t>
            </w:r>
          </w:p>
        </w:tc>
      </w:tr>
      <w:tr w:rsidR="00A91580" w:rsidRPr="00A91580" w14:paraId="3924E6CF" w14:textId="77777777">
        <w:tc>
          <w:tcPr>
            <w:tcW w:w="8630" w:type="dxa"/>
          </w:tcPr>
          <w:p w14:paraId="46DC4E32" w14:textId="77777777" w:rsidR="00A91580" w:rsidRPr="00A91580" w:rsidRDefault="00A91580" w:rsidP="00841ABB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Materials: </w:t>
            </w:r>
          </w:p>
          <w:p w14:paraId="798D0353" w14:textId="77777777" w:rsidR="002B57DF" w:rsidRDefault="002B57DF" w:rsidP="002B57DF">
            <w:pPr>
              <w:numPr>
                <w:ilvl w:val="0"/>
                <w:numId w:val="82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>and/or Manual entry log forms</w:t>
            </w:r>
          </w:p>
          <w:p w14:paraId="41F0948D" w14:textId="77777777" w:rsidR="00A91580" w:rsidRDefault="00A91580" w:rsidP="002B57DF">
            <w:pPr>
              <w:numPr>
                <w:ilvl w:val="0"/>
                <w:numId w:val="82"/>
              </w:numPr>
            </w:pPr>
            <w:r w:rsidRPr="00A91580">
              <w:t xml:space="preserve">drone simulators, </w:t>
            </w:r>
          </w:p>
          <w:p w14:paraId="2FB7CC49" w14:textId="4FE29164" w:rsidR="00A91580" w:rsidRPr="00A91580" w:rsidRDefault="00A91580" w:rsidP="002B57DF">
            <w:pPr>
              <w:numPr>
                <w:ilvl w:val="0"/>
                <w:numId w:val="82"/>
              </w:numPr>
            </w:pPr>
            <w:r w:rsidRPr="00A91580">
              <w:t xml:space="preserve">FPV goggles.  </w:t>
            </w:r>
          </w:p>
        </w:tc>
      </w:tr>
      <w:tr w:rsidR="00A91580" w:rsidRPr="00A91580" w14:paraId="3229D274" w14:textId="77777777" w:rsidTr="00615091">
        <w:trPr>
          <w:trHeight w:val="1962"/>
        </w:trPr>
        <w:tc>
          <w:tcPr>
            <w:tcW w:w="8630" w:type="dxa"/>
          </w:tcPr>
          <w:p w14:paraId="6BA4A94E" w14:textId="77777777" w:rsidR="00A91580" w:rsidRPr="00A91580" w:rsidRDefault="00A91580" w:rsidP="00841ABB">
            <w:r w:rsidRPr="00A91580">
              <w:rPr>
                <w:b/>
                <w:bCs/>
              </w:rPr>
              <w:t>Activity Outline</w:t>
            </w:r>
            <w:r w:rsidRPr="00A91580">
              <w:t>:</w:t>
            </w:r>
          </w:p>
          <w:p w14:paraId="26FFF5B2" w14:textId="6A612E14" w:rsidR="00A91580" w:rsidRPr="00A91580" w:rsidRDefault="00A91580" w:rsidP="00A91580">
            <w:pPr>
              <w:numPr>
                <w:ilvl w:val="0"/>
                <w:numId w:val="84"/>
              </w:numPr>
            </w:pPr>
            <w:r w:rsidRPr="00A91580">
              <w:rPr>
                <w:u w:val="single"/>
              </w:rPr>
              <w:t>Essential Question:</w:t>
            </w:r>
            <w:r w:rsidRPr="00A91580">
              <w:t xml:space="preserve"> Why is VLOS crucial for safe UAS operations, and what risks are involved with BVLOS?</w:t>
            </w:r>
          </w:p>
          <w:p w14:paraId="23BFAEE5" w14:textId="77777777" w:rsidR="00A91580" w:rsidRDefault="00A91580" w:rsidP="00A91580">
            <w:pPr>
              <w:numPr>
                <w:ilvl w:val="0"/>
                <w:numId w:val="84"/>
              </w:numPr>
            </w:pPr>
            <w:r w:rsidRPr="00A91580">
              <w:rPr>
                <w:u w:val="single"/>
              </w:rPr>
              <w:t>Lecture:</w:t>
            </w:r>
            <w:r w:rsidRPr="00A91580">
              <w:t xml:space="preserve"> Review VLOS, BVLOS, and FPV operations and discuss airworthiness.</w:t>
            </w:r>
          </w:p>
          <w:p w14:paraId="4B00E3BC" w14:textId="77777777" w:rsidR="00AF2A20" w:rsidRDefault="00A91580" w:rsidP="00A91580">
            <w:pPr>
              <w:numPr>
                <w:ilvl w:val="0"/>
                <w:numId w:val="84"/>
              </w:numPr>
            </w:pPr>
            <w:r w:rsidRPr="00A91580">
              <w:rPr>
                <w:u w:val="single"/>
              </w:rPr>
              <w:t>Hands-On</w:t>
            </w:r>
            <w:r w:rsidRPr="00A91580">
              <w:t>: Simulate VLOS flights and plan BVLOS missions in Aloft, using geofencing for safety.</w:t>
            </w:r>
          </w:p>
          <w:p w14:paraId="57B76851" w14:textId="675535E1" w:rsidR="00A91580" w:rsidRPr="00A91580" w:rsidRDefault="00AF2A20" w:rsidP="00A91580">
            <w:pPr>
              <w:numPr>
                <w:ilvl w:val="0"/>
                <w:numId w:val="84"/>
              </w:numPr>
            </w:pPr>
            <w:r w:rsidRPr="00AF2A20">
              <w:rPr>
                <w:u w:val="single"/>
              </w:rPr>
              <w:t>Wrap-Up:</w:t>
            </w:r>
            <w:r w:rsidRPr="00A91580">
              <w:rPr>
                <w:b/>
                <w:bCs/>
              </w:rPr>
              <w:t xml:space="preserve"> </w:t>
            </w:r>
            <w:r w:rsidRPr="00A91580">
              <w:t>Compare the advantages and challenges of VLOS and BVLOS.</w:t>
            </w:r>
          </w:p>
        </w:tc>
      </w:tr>
      <w:tr w:rsidR="00A91580" w:rsidRPr="00A91580" w14:paraId="6E4CD9E4" w14:textId="77777777">
        <w:tc>
          <w:tcPr>
            <w:tcW w:w="8630" w:type="dxa"/>
          </w:tcPr>
          <w:p w14:paraId="3224DA21" w14:textId="77777777" w:rsidR="00A91580" w:rsidRPr="00A91580" w:rsidRDefault="00A91580" w:rsidP="00841ABB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lastRenderedPageBreak/>
              <w:t xml:space="preserve">Assessment: </w:t>
            </w:r>
          </w:p>
          <w:p w14:paraId="5184CA2C" w14:textId="6426735E" w:rsidR="00A91580" w:rsidRPr="00A91580" w:rsidRDefault="00A91580" w:rsidP="00A91580">
            <w:pPr>
              <w:numPr>
                <w:ilvl w:val="0"/>
                <w:numId w:val="85"/>
              </w:numPr>
            </w:pPr>
            <w:r w:rsidRPr="00A91580">
              <w:t>Submission of BVLOS mission plans via Aloft.</w:t>
            </w:r>
          </w:p>
        </w:tc>
      </w:tr>
    </w:tbl>
    <w:p w14:paraId="3A488D90" w14:textId="77777777" w:rsidR="002B57DF" w:rsidRDefault="002B57D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91580" w:rsidRPr="00A91580" w14:paraId="43EF95D3" w14:textId="77777777">
        <w:tc>
          <w:tcPr>
            <w:tcW w:w="8630" w:type="dxa"/>
          </w:tcPr>
          <w:p w14:paraId="090946D9" w14:textId="31C57F90" w:rsidR="00A91580" w:rsidRPr="009A6183" w:rsidRDefault="00A91580" w:rsidP="00E16B34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3: Mission Planning and Pre-Flight Procedures</w:t>
            </w:r>
          </w:p>
        </w:tc>
      </w:tr>
      <w:tr w:rsidR="00A91580" w:rsidRPr="00A91580" w14:paraId="763473F4" w14:textId="77777777">
        <w:tc>
          <w:tcPr>
            <w:tcW w:w="8630" w:type="dxa"/>
          </w:tcPr>
          <w:p w14:paraId="245CD451" w14:textId="77777777" w:rsidR="00A91580" w:rsidRPr="00A91580" w:rsidRDefault="00A91580" w:rsidP="00E16B34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Objective: </w:t>
            </w:r>
          </w:p>
          <w:p w14:paraId="595392D2" w14:textId="73EE9F29" w:rsidR="00A91580" w:rsidRPr="00A91580" w:rsidRDefault="00A91580" w:rsidP="00A91580">
            <w:pPr>
              <w:numPr>
                <w:ilvl w:val="0"/>
                <w:numId w:val="85"/>
              </w:numPr>
            </w:pPr>
            <w:r w:rsidRPr="00A91580">
              <w:t xml:space="preserve">Develop mission planning skills and use pre-flight checklists.  </w:t>
            </w:r>
          </w:p>
        </w:tc>
      </w:tr>
      <w:tr w:rsidR="00A91580" w:rsidRPr="00A91580" w14:paraId="2A0BC904" w14:textId="77777777">
        <w:tc>
          <w:tcPr>
            <w:tcW w:w="8630" w:type="dxa"/>
          </w:tcPr>
          <w:p w14:paraId="6C52F421" w14:textId="77777777" w:rsidR="00A91580" w:rsidRPr="00A91580" w:rsidRDefault="00A91580" w:rsidP="00E16B34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Vocabulary Focus: </w:t>
            </w:r>
          </w:p>
          <w:p w14:paraId="6F3E24D4" w14:textId="77777777" w:rsidR="00A91580" w:rsidRDefault="00A91580" w:rsidP="00A91580">
            <w:pPr>
              <w:numPr>
                <w:ilvl w:val="0"/>
                <w:numId w:val="85"/>
              </w:numPr>
            </w:pPr>
            <w:r w:rsidRPr="00A91580">
              <w:t xml:space="preserve">Mission Planning, </w:t>
            </w:r>
          </w:p>
          <w:p w14:paraId="305A54AE" w14:textId="77777777" w:rsidR="00A91580" w:rsidRDefault="00A91580" w:rsidP="00A91580">
            <w:pPr>
              <w:numPr>
                <w:ilvl w:val="0"/>
                <w:numId w:val="85"/>
              </w:numPr>
            </w:pPr>
            <w:r w:rsidRPr="00A91580">
              <w:t xml:space="preserve">Pre-Flight Checklist, </w:t>
            </w:r>
          </w:p>
          <w:p w14:paraId="115C7C64" w14:textId="77777777" w:rsidR="00A91580" w:rsidRDefault="00A91580" w:rsidP="00A91580">
            <w:pPr>
              <w:numPr>
                <w:ilvl w:val="0"/>
                <w:numId w:val="85"/>
              </w:numPr>
            </w:pPr>
            <w:r w:rsidRPr="00A91580">
              <w:t xml:space="preserve">Geofencing, </w:t>
            </w:r>
          </w:p>
          <w:p w14:paraId="55514689" w14:textId="146F6AAF" w:rsidR="00A91580" w:rsidRPr="00A91580" w:rsidRDefault="00A91580" w:rsidP="00A91580">
            <w:pPr>
              <w:numPr>
                <w:ilvl w:val="0"/>
                <w:numId w:val="85"/>
              </w:numPr>
            </w:pPr>
            <w:r w:rsidRPr="00A91580">
              <w:t xml:space="preserve">Payload.  </w:t>
            </w:r>
          </w:p>
        </w:tc>
      </w:tr>
      <w:tr w:rsidR="00A91580" w:rsidRPr="00A91580" w14:paraId="1A9053FC" w14:textId="77777777">
        <w:tc>
          <w:tcPr>
            <w:tcW w:w="8630" w:type="dxa"/>
          </w:tcPr>
          <w:p w14:paraId="0CBAB4FF" w14:textId="77777777" w:rsidR="00A91580" w:rsidRPr="00A91580" w:rsidRDefault="00A91580" w:rsidP="00E16B34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Materials: </w:t>
            </w:r>
          </w:p>
          <w:p w14:paraId="19BBCC0C" w14:textId="77777777" w:rsidR="002B57DF" w:rsidRDefault="002B57DF" w:rsidP="002B57DF">
            <w:pPr>
              <w:numPr>
                <w:ilvl w:val="0"/>
                <w:numId w:val="86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>and/or Manual entry log forms</w:t>
            </w:r>
          </w:p>
          <w:p w14:paraId="16187363" w14:textId="77777777" w:rsidR="00A91580" w:rsidRDefault="00A91580" w:rsidP="002B57DF">
            <w:pPr>
              <w:numPr>
                <w:ilvl w:val="0"/>
                <w:numId w:val="86"/>
              </w:numPr>
            </w:pPr>
            <w:r w:rsidRPr="00A91580">
              <w:t xml:space="preserve">pre-flight </w:t>
            </w:r>
          </w:p>
          <w:p w14:paraId="3DD88D5C" w14:textId="77777777" w:rsidR="00A91580" w:rsidRDefault="00A91580" w:rsidP="002B57DF">
            <w:pPr>
              <w:numPr>
                <w:ilvl w:val="0"/>
                <w:numId w:val="86"/>
              </w:numPr>
            </w:pPr>
            <w:r w:rsidRPr="00A91580">
              <w:t xml:space="preserve">checklist templates, </w:t>
            </w:r>
          </w:p>
          <w:p w14:paraId="212B70BA" w14:textId="430F5264" w:rsidR="00A91580" w:rsidRPr="00A91580" w:rsidRDefault="00A91580" w:rsidP="002B57DF">
            <w:pPr>
              <w:numPr>
                <w:ilvl w:val="0"/>
                <w:numId w:val="86"/>
              </w:numPr>
            </w:pPr>
            <w:r w:rsidRPr="00A91580">
              <w:t xml:space="preserve">simulators.  </w:t>
            </w:r>
          </w:p>
        </w:tc>
      </w:tr>
      <w:tr w:rsidR="00A91580" w:rsidRPr="00A91580" w14:paraId="4EB68896" w14:textId="77777777" w:rsidTr="00817EA3">
        <w:trPr>
          <w:trHeight w:val="1962"/>
        </w:trPr>
        <w:tc>
          <w:tcPr>
            <w:tcW w:w="8630" w:type="dxa"/>
          </w:tcPr>
          <w:p w14:paraId="0C26A0BA" w14:textId="77777777" w:rsidR="00A91580" w:rsidRPr="00A91580" w:rsidRDefault="00A91580" w:rsidP="00E16B34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>Activity Outline:</w:t>
            </w:r>
          </w:p>
          <w:p w14:paraId="40F0AD6D" w14:textId="114548DF" w:rsidR="00A91580" w:rsidRPr="00A91580" w:rsidRDefault="00A91580" w:rsidP="00A91580">
            <w:pPr>
              <w:numPr>
                <w:ilvl w:val="0"/>
                <w:numId w:val="88"/>
              </w:numPr>
            </w:pPr>
            <w:r w:rsidRPr="00A91580">
              <w:rPr>
                <w:u w:val="single"/>
              </w:rPr>
              <w:t>Essential Question:</w:t>
            </w:r>
            <w:r w:rsidRPr="00A91580">
              <w:t xml:space="preserve"> What are the key steps to ensure a mission is planned and executed safely?</w:t>
            </w:r>
          </w:p>
          <w:p w14:paraId="2218BB0A" w14:textId="77777777" w:rsidR="00A91580" w:rsidRDefault="00A91580" w:rsidP="00A91580">
            <w:pPr>
              <w:numPr>
                <w:ilvl w:val="0"/>
                <w:numId w:val="88"/>
              </w:numPr>
            </w:pPr>
            <w:r w:rsidRPr="00A91580">
              <w:rPr>
                <w:u w:val="single"/>
              </w:rPr>
              <w:t>Lecture:</w:t>
            </w:r>
            <w:r w:rsidRPr="00A91580">
              <w:t xml:space="preserve"> Discuss mission planning and configuring the payload for optimal performance.</w:t>
            </w:r>
          </w:p>
          <w:p w14:paraId="788C9EA3" w14:textId="77777777" w:rsidR="00A91580" w:rsidRDefault="00A91580" w:rsidP="00A91580">
            <w:pPr>
              <w:numPr>
                <w:ilvl w:val="0"/>
                <w:numId w:val="88"/>
              </w:numPr>
            </w:pPr>
            <w:r w:rsidRPr="00A91580">
              <w:rPr>
                <w:u w:val="single"/>
              </w:rPr>
              <w:t>Hands-On:</w:t>
            </w:r>
            <w:r w:rsidRPr="00A91580">
              <w:t xml:space="preserve"> Students complete a pre-flight checklist in Aloft and configure geofencing for safe operations.</w:t>
            </w:r>
          </w:p>
          <w:p w14:paraId="2DF297CE" w14:textId="546427F7" w:rsidR="00A91580" w:rsidRPr="00A91580" w:rsidRDefault="00A91580" w:rsidP="00A91580">
            <w:pPr>
              <w:numPr>
                <w:ilvl w:val="0"/>
                <w:numId w:val="88"/>
              </w:numPr>
            </w:pPr>
            <w:r w:rsidRPr="00A91580">
              <w:rPr>
                <w:u w:val="single"/>
              </w:rPr>
              <w:t>Wrap-Up</w:t>
            </w:r>
            <w:r w:rsidRPr="00A91580">
              <w:t>: Review the importance of pre-flight checks in ensuring airworthiness.</w:t>
            </w:r>
          </w:p>
        </w:tc>
      </w:tr>
      <w:tr w:rsidR="00A91580" w:rsidRPr="00A91580" w14:paraId="2BFBA6D5" w14:textId="77777777">
        <w:tc>
          <w:tcPr>
            <w:tcW w:w="8630" w:type="dxa"/>
          </w:tcPr>
          <w:p w14:paraId="75A977F5" w14:textId="77777777" w:rsidR="00A91580" w:rsidRPr="00A91580" w:rsidRDefault="00A91580" w:rsidP="00E16B34">
            <w:pPr>
              <w:rPr>
                <w:b/>
                <w:bCs/>
              </w:rPr>
            </w:pPr>
            <w:r w:rsidRPr="00A91580">
              <w:rPr>
                <w:b/>
                <w:bCs/>
              </w:rPr>
              <w:t xml:space="preserve">Assessment: </w:t>
            </w:r>
          </w:p>
          <w:p w14:paraId="6ADFEFB3" w14:textId="5D934420" w:rsidR="00A91580" w:rsidRPr="00A91580" w:rsidRDefault="00A91580" w:rsidP="00A91580">
            <w:pPr>
              <w:numPr>
                <w:ilvl w:val="0"/>
                <w:numId w:val="89"/>
              </w:numPr>
            </w:pPr>
            <w:r w:rsidRPr="00A91580">
              <w:t>Complete a pre-flight checklist and submit a mission plan using Aloft.</w:t>
            </w:r>
          </w:p>
        </w:tc>
      </w:tr>
    </w:tbl>
    <w:p w14:paraId="423D4773" w14:textId="77777777" w:rsidR="00A2569E" w:rsidRDefault="00A2569E" w:rsidP="00D32A54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32A54" w:rsidRPr="00D32A54" w14:paraId="62C7E727" w14:textId="77777777">
        <w:tc>
          <w:tcPr>
            <w:tcW w:w="8630" w:type="dxa"/>
          </w:tcPr>
          <w:p w14:paraId="2CDAD91D" w14:textId="77777777" w:rsidR="00D32A54" w:rsidRPr="009A6183" w:rsidRDefault="00D32A54" w:rsidP="00825672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4: Airspace Classification and Flight Authorization</w:t>
            </w:r>
          </w:p>
        </w:tc>
      </w:tr>
      <w:tr w:rsidR="00D32A54" w:rsidRPr="00D32A54" w14:paraId="38AE5A44" w14:textId="77777777">
        <w:tc>
          <w:tcPr>
            <w:tcW w:w="8630" w:type="dxa"/>
          </w:tcPr>
          <w:p w14:paraId="2F98D237" w14:textId="77777777" w:rsidR="00D32A54" w:rsidRPr="00D32A54" w:rsidRDefault="00D32A54" w:rsidP="00825672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Objective: </w:t>
            </w:r>
          </w:p>
          <w:p w14:paraId="29FBB729" w14:textId="06817602" w:rsidR="00D32A54" w:rsidRP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Understand how to navigate different airspace classes and request flight authorizations.  </w:t>
            </w:r>
          </w:p>
        </w:tc>
      </w:tr>
      <w:tr w:rsidR="00D32A54" w:rsidRPr="00D32A54" w14:paraId="3A703368" w14:textId="77777777">
        <w:tc>
          <w:tcPr>
            <w:tcW w:w="8630" w:type="dxa"/>
          </w:tcPr>
          <w:p w14:paraId="5038E4BF" w14:textId="77777777" w:rsidR="00D32A54" w:rsidRPr="00D32A54" w:rsidRDefault="00D32A54" w:rsidP="00825672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Vocabulary Focus: </w:t>
            </w:r>
          </w:p>
          <w:p w14:paraId="3C65E15C" w14:textId="77777777" w:rsid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Controlled Airspace, </w:t>
            </w:r>
          </w:p>
          <w:p w14:paraId="6A7DF718" w14:textId="77777777" w:rsid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Uncontrolled Airspace, </w:t>
            </w:r>
          </w:p>
          <w:p w14:paraId="4B7F5C9D" w14:textId="77777777" w:rsid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NOTAM, </w:t>
            </w:r>
          </w:p>
          <w:p w14:paraId="506AF538" w14:textId="77777777" w:rsid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Restricted Airspace, </w:t>
            </w:r>
          </w:p>
          <w:p w14:paraId="7DDDCB20" w14:textId="77777777" w:rsid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TFR, </w:t>
            </w:r>
          </w:p>
          <w:p w14:paraId="13C9A94A" w14:textId="324E3897" w:rsidR="00D32A54" w:rsidRPr="00D32A54" w:rsidRDefault="00D32A54" w:rsidP="00D32A54">
            <w:pPr>
              <w:numPr>
                <w:ilvl w:val="0"/>
                <w:numId w:val="89"/>
              </w:numPr>
            </w:pPr>
            <w:r w:rsidRPr="00D32A54">
              <w:t xml:space="preserve">Airspace Classes.  </w:t>
            </w:r>
          </w:p>
        </w:tc>
      </w:tr>
      <w:tr w:rsidR="00D32A54" w:rsidRPr="00D32A54" w14:paraId="6F5EFE34" w14:textId="77777777">
        <w:tc>
          <w:tcPr>
            <w:tcW w:w="8630" w:type="dxa"/>
          </w:tcPr>
          <w:p w14:paraId="175C92C4" w14:textId="77777777" w:rsidR="00D32A54" w:rsidRPr="00D32A54" w:rsidRDefault="00D32A54" w:rsidP="00825672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Materials: </w:t>
            </w:r>
          </w:p>
          <w:p w14:paraId="28484527" w14:textId="77777777" w:rsidR="002B57DF" w:rsidRDefault="002B57DF" w:rsidP="002B57DF">
            <w:pPr>
              <w:numPr>
                <w:ilvl w:val="0"/>
                <w:numId w:val="90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>and/or Manual entry log forms</w:t>
            </w:r>
          </w:p>
          <w:p w14:paraId="7D70E71B" w14:textId="5577315C" w:rsidR="00D32A54" w:rsidRPr="00D32A54" w:rsidRDefault="00D32A54" w:rsidP="002B57DF">
            <w:pPr>
              <w:numPr>
                <w:ilvl w:val="0"/>
                <w:numId w:val="90"/>
              </w:numPr>
            </w:pPr>
            <w:r w:rsidRPr="00D32A54">
              <w:t xml:space="preserve">airspace charts.  </w:t>
            </w:r>
          </w:p>
        </w:tc>
      </w:tr>
      <w:tr w:rsidR="00D32A54" w:rsidRPr="00D32A54" w14:paraId="18694AAE" w14:textId="77777777" w:rsidTr="00035319">
        <w:trPr>
          <w:trHeight w:val="2248"/>
        </w:trPr>
        <w:tc>
          <w:tcPr>
            <w:tcW w:w="8630" w:type="dxa"/>
          </w:tcPr>
          <w:p w14:paraId="2D7D1A5E" w14:textId="77777777" w:rsidR="00D32A54" w:rsidRPr="00D32A54" w:rsidRDefault="00D32A54" w:rsidP="00825672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lastRenderedPageBreak/>
              <w:t>Activity Outline:</w:t>
            </w:r>
          </w:p>
          <w:p w14:paraId="33694592" w14:textId="51AD326D" w:rsidR="00D32A54" w:rsidRPr="00D32A54" w:rsidRDefault="00D32A54" w:rsidP="00D32A54">
            <w:pPr>
              <w:numPr>
                <w:ilvl w:val="0"/>
                <w:numId w:val="92"/>
              </w:numPr>
            </w:pPr>
            <w:r w:rsidRPr="00D32A54">
              <w:rPr>
                <w:u w:val="single"/>
              </w:rPr>
              <w:t xml:space="preserve">Essential Question: </w:t>
            </w:r>
            <w:r w:rsidRPr="00D32A54">
              <w:t>How do airspace classifications impact UAS operations?</w:t>
            </w:r>
          </w:p>
          <w:p w14:paraId="75969103" w14:textId="77777777" w:rsidR="002B57DF" w:rsidRDefault="00D32A54" w:rsidP="002B57DF">
            <w:pPr>
              <w:numPr>
                <w:ilvl w:val="0"/>
                <w:numId w:val="92"/>
              </w:numPr>
            </w:pPr>
            <w:r w:rsidRPr="00D32A54">
              <w:rPr>
                <w:u w:val="single"/>
              </w:rPr>
              <w:t>Lecture:</w:t>
            </w:r>
            <w:r w:rsidRPr="00D32A54">
              <w:t xml:space="preserve"> Overview of controlled vs. uncontrolled airspace and how to interpret NOTAMs.</w:t>
            </w:r>
          </w:p>
          <w:p w14:paraId="5A642731" w14:textId="1C36120D" w:rsidR="00D32A54" w:rsidRDefault="00D32A54" w:rsidP="002B57DF">
            <w:pPr>
              <w:numPr>
                <w:ilvl w:val="0"/>
                <w:numId w:val="92"/>
              </w:numPr>
            </w:pPr>
            <w:r w:rsidRPr="002B57DF">
              <w:rPr>
                <w:u w:val="single"/>
              </w:rPr>
              <w:t>Hands-On:</w:t>
            </w:r>
            <w:r w:rsidRPr="00D32A54">
              <w:t xml:space="preserve"> Plan a mission near restricted airspace using </w:t>
            </w:r>
            <w:r w:rsidR="002B57DF" w:rsidRPr="002B57DF">
              <w:rPr>
                <w:rFonts w:cs="Arial"/>
                <w:szCs w:val="24"/>
              </w:rPr>
              <w:t>UAS Drone Management System Applications, such as Aloft</w:t>
            </w:r>
            <w:r w:rsidR="002B57DF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2B57DF">
              <w:t>and/or Manual entry log forms</w:t>
            </w:r>
            <w:r w:rsidR="002B57DF">
              <w:t>, and</w:t>
            </w:r>
            <w:r w:rsidRPr="00D32A54">
              <w:t xml:space="preserve"> simulate the process of requesting authorization for controlled airspace.</w:t>
            </w:r>
          </w:p>
          <w:p w14:paraId="2A4AF36C" w14:textId="793AA8A1" w:rsidR="00D32A54" w:rsidRPr="00D32A54" w:rsidRDefault="00D32A54" w:rsidP="00D32A54">
            <w:pPr>
              <w:numPr>
                <w:ilvl w:val="0"/>
                <w:numId w:val="92"/>
              </w:numPr>
            </w:pPr>
            <w:r w:rsidRPr="00D32A54">
              <w:rPr>
                <w:u w:val="single"/>
              </w:rPr>
              <w:t>Wrap-Up</w:t>
            </w:r>
            <w:r w:rsidRPr="00D32A54">
              <w:t>: Discuss the implications of operating in restricted airspace and how to avoid violations.</w:t>
            </w:r>
          </w:p>
        </w:tc>
      </w:tr>
      <w:tr w:rsidR="00D32A54" w:rsidRPr="00D32A54" w14:paraId="6CD126E3" w14:textId="77777777">
        <w:tc>
          <w:tcPr>
            <w:tcW w:w="8630" w:type="dxa"/>
          </w:tcPr>
          <w:p w14:paraId="4E2AE921" w14:textId="77777777" w:rsidR="00D32A54" w:rsidRPr="00D32A54" w:rsidRDefault="00D32A54" w:rsidP="00825672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Assessment: </w:t>
            </w:r>
          </w:p>
          <w:p w14:paraId="638E7FFE" w14:textId="37C2FB2E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>Submission of mission plans that comply with airspace restrictions.</w:t>
            </w:r>
          </w:p>
        </w:tc>
      </w:tr>
    </w:tbl>
    <w:p w14:paraId="2CDB020E" w14:textId="77777777" w:rsidR="00A2569E" w:rsidRDefault="00A2569E" w:rsidP="00A256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32A54" w:rsidRPr="00D32A54" w14:paraId="610A19D8" w14:textId="77777777">
        <w:tc>
          <w:tcPr>
            <w:tcW w:w="8630" w:type="dxa"/>
          </w:tcPr>
          <w:p w14:paraId="1F9638B4" w14:textId="77777777" w:rsidR="00D32A54" w:rsidRPr="009A6183" w:rsidRDefault="00D32A54" w:rsidP="00246D48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5: Risk Assessment and Standard Operating Procedures (SOP)</w:t>
            </w:r>
          </w:p>
        </w:tc>
      </w:tr>
      <w:tr w:rsidR="00D32A54" w:rsidRPr="00D32A54" w14:paraId="00F01692" w14:textId="77777777">
        <w:tc>
          <w:tcPr>
            <w:tcW w:w="8630" w:type="dxa"/>
          </w:tcPr>
          <w:p w14:paraId="6328A55B" w14:textId="77777777" w:rsidR="00D32A54" w:rsidRPr="00D32A54" w:rsidRDefault="00D32A54" w:rsidP="00246D48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Objective: </w:t>
            </w:r>
          </w:p>
          <w:p w14:paraId="5B8E661C" w14:textId="5ED66D36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Create a risk assessment and SOP for UAS operations.  </w:t>
            </w:r>
          </w:p>
        </w:tc>
      </w:tr>
      <w:tr w:rsidR="00D32A54" w:rsidRPr="00D32A54" w14:paraId="7C232942" w14:textId="77777777">
        <w:tc>
          <w:tcPr>
            <w:tcW w:w="8630" w:type="dxa"/>
          </w:tcPr>
          <w:p w14:paraId="5C1309A7" w14:textId="77777777" w:rsidR="00D32A54" w:rsidRPr="00D32A54" w:rsidRDefault="00D32A54" w:rsidP="00246D48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Vocabulary Focus: </w:t>
            </w:r>
          </w:p>
          <w:p w14:paraId="2A0C979F" w14:textId="77777777" w:rsid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Risk Assessment, </w:t>
            </w:r>
          </w:p>
          <w:p w14:paraId="5CDC4328" w14:textId="77777777" w:rsid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SOP, </w:t>
            </w:r>
          </w:p>
          <w:p w14:paraId="159E7CB7" w14:textId="40216995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Operational Control.  </w:t>
            </w:r>
          </w:p>
        </w:tc>
      </w:tr>
      <w:tr w:rsidR="00D32A54" w:rsidRPr="00D32A54" w14:paraId="5983495C" w14:textId="77777777">
        <w:tc>
          <w:tcPr>
            <w:tcW w:w="8630" w:type="dxa"/>
          </w:tcPr>
          <w:p w14:paraId="431182AA" w14:textId="77777777" w:rsidR="00D32A54" w:rsidRPr="00D32A54" w:rsidRDefault="00D32A54" w:rsidP="00246D48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Materials: </w:t>
            </w:r>
          </w:p>
          <w:p w14:paraId="3A04504F" w14:textId="77777777" w:rsidR="00D32A54" w:rsidRDefault="00D32A54" w:rsidP="002B57DF">
            <w:pPr>
              <w:numPr>
                <w:ilvl w:val="0"/>
                <w:numId w:val="93"/>
              </w:numPr>
            </w:pPr>
            <w:r w:rsidRPr="00D32A54">
              <w:t xml:space="preserve">Risk assessment templates, </w:t>
            </w:r>
          </w:p>
          <w:p w14:paraId="563A0574" w14:textId="77777777" w:rsidR="002B57DF" w:rsidRDefault="002B57DF" w:rsidP="002B57DF">
            <w:pPr>
              <w:numPr>
                <w:ilvl w:val="0"/>
                <w:numId w:val="93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>and/or Manual entry log forms</w:t>
            </w:r>
          </w:p>
          <w:p w14:paraId="6BF2B7D5" w14:textId="5289BF57" w:rsidR="00D32A54" w:rsidRPr="00D32A54" w:rsidRDefault="00D32A54" w:rsidP="002B57DF">
            <w:pPr>
              <w:numPr>
                <w:ilvl w:val="0"/>
                <w:numId w:val="93"/>
              </w:numPr>
            </w:pPr>
            <w:r w:rsidRPr="00D32A54">
              <w:t xml:space="preserve">simulators.  </w:t>
            </w:r>
          </w:p>
        </w:tc>
      </w:tr>
      <w:tr w:rsidR="00D32A54" w:rsidRPr="00D32A54" w14:paraId="13A4A761" w14:textId="77777777" w:rsidTr="002010E0">
        <w:trPr>
          <w:trHeight w:val="2524"/>
        </w:trPr>
        <w:tc>
          <w:tcPr>
            <w:tcW w:w="8630" w:type="dxa"/>
          </w:tcPr>
          <w:p w14:paraId="6700C009" w14:textId="77777777" w:rsidR="00D32A54" w:rsidRPr="00D32A54" w:rsidRDefault="00D32A54" w:rsidP="00246D48">
            <w:r w:rsidRPr="00D32A54">
              <w:rPr>
                <w:b/>
                <w:bCs/>
              </w:rPr>
              <w:t>Activity Outline</w:t>
            </w:r>
            <w:r w:rsidRPr="00D32A54">
              <w:t>:</w:t>
            </w:r>
          </w:p>
          <w:p w14:paraId="22D3FF53" w14:textId="6ED9DAA9" w:rsidR="00D32A54" w:rsidRPr="00D32A54" w:rsidRDefault="00D32A54" w:rsidP="00D32A54">
            <w:pPr>
              <w:numPr>
                <w:ilvl w:val="0"/>
                <w:numId w:val="95"/>
              </w:numPr>
            </w:pPr>
            <w:r w:rsidRPr="00D32A54">
              <w:rPr>
                <w:u w:val="single"/>
              </w:rPr>
              <w:t>Essential Question:</w:t>
            </w:r>
            <w:r w:rsidRPr="00D32A54">
              <w:t xml:space="preserve"> How can risk assessments and SOPs improve the safety and efficiency of UAS operations?</w:t>
            </w:r>
          </w:p>
          <w:p w14:paraId="39F6D5C4" w14:textId="593B67D3" w:rsidR="00D32A54" w:rsidRPr="00D32A54" w:rsidRDefault="00D32A54" w:rsidP="00D32A54">
            <w:pPr>
              <w:numPr>
                <w:ilvl w:val="0"/>
                <w:numId w:val="95"/>
              </w:numPr>
            </w:pPr>
            <w:r w:rsidRPr="00D32A54">
              <w:rPr>
                <w:u w:val="single"/>
              </w:rPr>
              <w:t>Lecture:</w:t>
            </w:r>
            <w:r w:rsidRPr="00D32A54">
              <w:t xml:space="preserve"> Discuss risk management strategies and the importance of establishing SOPs.</w:t>
            </w:r>
          </w:p>
          <w:p w14:paraId="597AE2F0" w14:textId="794BD7ED" w:rsidR="00D32A54" w:rsidRDefault="00D32A54" w:rsidP="002B57DF">
            <w:pPr>
              <w:numPr>
                <w:ilvl w:val="0"/>
                <w:numId w:val="95"/>
              </w:numPr>
            </w:pPr>
            <w:r w:rsidRPr="002B57DF">
              <w:rPr>
                <w:u w:val="single"/>
              </w:rPr>
              <w:t xml:space="preserve">Hands-On: </w:t>
            </w:r>
            <w:r w:rsidRPr="00D32A54">
              <w:t xml:space="preserve">Students create a risk assessment for a flight mission in </w:t>
            </w:r>
            <w:r w:rsidR="002B57DF" w:rsidRPr="002B57DF">
              <w:rPr>
                <w:rFonts w:cs="Arial"/>
                <w:szCs w:val="24"/>
              </w:rPr>
              <w:t>UAS Drone Management System Applications, such as Aloft</w:t>
            </w:r>
            <w:r w:rsidR="002B57DF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2B57DF">
              <w:t>and/or Manual entry log forms</w:t>
            </w:r>
            <w:r w:rsidR="002B57DF">
              <w:t xml:space="preserve"> </w:t>
            </w:r>
            <w:r w:rsidRPr="00D32A54">
              <w:t>and draft an SOP.</w:t>
            </w:r>
          </w:p>
          <w:p w14:paraId="1CA22651" w14:textId="33B247D7" w:rsidR="00D32A54" w:rsidRPr="00D32A54" w:rsidRDefault="00D32A54" w:rsidP="00D32A54">
            <w:pPr>
              <w:numPr>
                <w:ilvl w:val="0"/>
                <w:numId w:val="95"/>
              </w:numPr>
            </w:pPr>
            <w:r w:rsidRPr="00D32A54">
              <w:rPr>
                <w:u w:val="single"/>
              </w:rPr>
              <w:t>Wrap-Up</w:t>
            </w:r>
            <w:r w:rsidRPr="00D32A54">
              <w:t>: Review the effectiveness of having SOPs in maintaining operational control.</w:t>
            </w:r>
          </w:p>
        </w:tc>
      </w:tr>
      <w:tr w:rsidR="00D32A54" w:rsidRPr="00D32A54" w14:paraId="50215128" w14:textId="77777777">
        <w:tc>
          <w:tcPr>
            <w:tcW w:w="8630" w:type="dxa"/>
          </w:tcPr>
          <w:p w14:paraId="0642CB0E" w14:textId="77777777" w:rsidR="00D32A54" w:rsidRPr="00D32A54" w:rsidRDefault="00D32A54" w:rsidP="00246D48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Assessment: </w:t>
            </w:r>
          </w:p>
          <w:p w14:paraId="3E61FC85" w14:textId="4BB1FCF9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>Completed risk assessment and SOP.</w:t>
            </w:r>
          </w:p>
        </w:tc>
      </w:tr>
    </w:tbl>
    <w:p w14:paraId="3D8FA4CB" w14:textId="77777777" w:rsidR="00D32A54" w:rsidRDefault="00D32A54" w:rsidP="00D32A54">
      <w:pPr>
        <w:spacing w:after="120"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32A54" w:rsidRPr="00D32A54" w14:paraId="7D43B544" w14:textId="77777777">
        <w:tc>
          <w:tcPr>
            <w:tcW w:w="8630" w:type="dxa"/>
          </w:tcPr>
          <w:p w14:paraId="6C72701B" w14:textId="77777777" w:rsidR="00D32A54" w:rsidRPr="009A6183" w:rsidRDefault="00D32A54" w:rsidP="007A26B3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6: Collision Avoidance and Situational Awareness</w:t>
            </w:r>
          </w:p>
        </w:tc>
      </w:tr>
      <w:tr w:rsidR="00D32A54" w:rsidRPr="00D32A54" w14:paraId="42500804" w14:textId="77777777">
        <w:tc>
          <w:tcPr>
            <w:tcW w:w="8630" w:type="dxa"/>
          </w:tcPr>
          <w:p w14:paraId="7DE8D965" w14:textId="77777777" w:rsidR="00D32A54" w:rsidRPr="00D32A54" w:rsidRDefault="00D32A54" w:rsidP="007A26B3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Objective: </w:t>
            </w:r>
          </w:p>
          <w:p w14:paraId="298DDC7A" w14:textId="2A9DAC54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Develop collision avoidance techniques and improve situational awareness.  </w:t>
            </w:r>
          </w:p>
        </w:tc>
      </w:tr>
    </w:tbl>
    <w:p w14:paraId="619B48C7" w14:textId="77777777" w:rsidR="007C3FAA" w:rsidRDefault="007C3FAA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32A54" w:rsidRPr="00D32A54" w14:paraId="0C2D0509" w14:textId="77777777">
        <w:tc>
          <w:tcPr>
            <w:tcW w:w="8630" w:type="dxa"/>
          </w:tcPr>
          <w:p w14:paraId="4B83A90F" w14:textId="26DF5A63" w:rsidR="00D32A54" w:rsidRPr="00D32A54" w:rsidRDefault="00D32A54" w:rsidP="007A26B3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lastRenderedPageBreak/>
              <w:t xml:space="preserve">Vocabulary Focus: </w:t>
            </w:r>
          </w:p>
          <w:p w14:paraId="44C77387" w14:textId="77777777" w:rsid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Collision Avoidance, </w:t>
            </w:r>
          </w:p>
          <w:p w14:paraId="6A01FD6C" w14:textId="77777777" w:rsid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Situational Awareness, </w:t>
            </w:r>
          </w:p>
          <w:p w14:paraId="1350572D" w14:textId="32A7CA20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Redundancy.  </w:t>
            </w:r>
          </w:p>
        </w:tc>
      </w:tr>
      <w:tr w:rsidR="00D32A54" w:rsidRPr="00D32A54" w14:paraId="0B7D60EB" w14:textId="77777777">
        <w:tc>
          <w:tcPr>
            <w:tcW w:w="8630" w:type="dxa"/>
          </w:tcPr>
          <w:p w14:paraId="3CDCD6F6" w14:textId="77BC7971" w:rsidR="00D32A54" w:rsidRDefault="00D32A54" w:rsidP="007A26B3">
            <w:r>
              <w:br w:type="page"/>
            </w:r>
            <w:r w:rsidRPr="00D32A54">
              <w:rPr>
                <w:b/>
                <w:bCs/>
              </w:rPr>
              <w:t>Materials</w:t>
            </w:r>
            <w:r w:rsidRPr="00D32A54">
              <w:t xml:space="preserve">: </w:t>
            </w:r>
          </w:p>
          <w:p w14:paraId="572C8C67" w14:textId="77777777" w:rsid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 xml:space="preserve">Drone simulators, </w:t>
            </w:r>
          </w:p>
          <w:p w14:paraId="3626D9C6" w14:textId="5680FAC5" w:rsidR="00D32A54" w:rsidRPr="00D32A54" w:rsidRDefault="002B57DF" w:rsidP="00D32A54">
            <w:pPr>
              <w:numPr>
                <w:ilvl w:val="0"/>
                <w:numId w:val="93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</w:p>
        </w:tc>
      </w:tr>
      <w:tr w:rsidR="00D32A54" w:rsidRPr="00D32A54" w14:paraId="4BCD2D95" w14:textId="77777777" w:rsidTr="002E7590">
        <w:trPr>
          <w:trHeight w:val="2248"/>
        </w:trPr>
        <w:tc>
          <w:tcPr>
            <w:tcW w:w="8630" w:type="dxa"/>
          </w:tcPr>
          <w:p w14:paraId="0AC773E6" w14:textId="77777777" w:rsidR="00D32A54" w:rsidRPr="00D32A54" w:rsidRDefault="00D32A54" w:rsidP="007A26B3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>Activity Outline:</w:t>
            </w:r>
          </w:p>
          <w:p w14:paraId="20B5FCD3" w14:textId="0BA3D230" w:rsidR="00D32A54" w:rsidRPr="00D32A54" w:rsidRDefault="00D32A54" w:rsidP="00D32A54">
            <w:pPr>
              <w:numPr>
                <w:ilvl w:val="0"/>
                <w:numId w:val="97"/>
              </w:numPr>
            </w:pPr>
            <w:r w:rsidRPr="00D32A54">
              <w:rPr>
                <w:u w:val="single"/>
              </w:rPr>
              <w:t>Essential Question:</w:t>
            </w:r>
            <w:r w:rsidRPr="00D32A54">
              <w:t xml:space="preserve"> How can situational awareness and collision avoidance systems prevent UAS accidents?</w:t>
            </w:r>
          </w:p>
          <w:p w14:paraId="00B0DBF6" w14:textId="1C1D6F6B" w:rsidR="00D32A54" w:rsidRPr="00D32A54" w:rsidRDefault="00D32A54" w:rsidP="00D32A54">
            <w:pPr>
              <w:numPr>
                <w:ilvl w:val="0"/>
                <w:numId w:val="97"/>
              </w:numPr>
            </w:pPr>
            <w:r w:rsidRPr="00D32A54">
              <w:rPr>
                <w:u w:val="single"/>
              </w:rPr>
              <w:t>Lecture:</w:t>
            </w:r>
            <w:r w:rsidRPr="00D32A54">
              <w:t xml:space="preserve"> Explain the importance of collision avoidance and redundancy in UAS operations.</w:t>
            </w:r>
          </w:p>
          <w:p w14:paraId="6D632285" w14:textId="6D9F4032" w:rsidR="00D32A54" w:rsidRDefault="00D32A54" w:rsidP="00D32A54">
            <w:pPr>
              <w:numPr>
                <w:ilvl w:val="0"/>
                <w:numId w:val="97"/>
              </w:numPr>
            </w:pPr>
            <w:r w:rsidRPr="00D32A54">
              <w:rPr>
                <w:u w:val="single"/>
              </w:rPr>
              <w:t xml:space="preserve">Hands-On: </w:t>
            </w:r>
            <w:r w:rsidRPr="00D32A54">
              <w:t xml:space="preserve">Simulate a mission in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>and/or Manual entry log forms</w:t>
            </w:r>
            <w:r w:rsidR="0071799C">
              <w:t xml:space="preserve">, </w:t>
            </w:r>
            <w:r w:rsidRPr="00D32A54">
              <w:t>where students must navigate around obstacles while maintaining situational awareness.</w:t>
            </w:r>
          </w:p>
          <w:p w14:paraId="63FBBEA2" w14:textId="47F3C1EB" w:rsidR="00D32A54" w:rsidRPr="00D32A54" w:rsidRDefault="00D32A54" w:rsidP="00D32A54">
            <w:pPr>
              <w:numPr>
                <w:ilvl w:val="0"/>
                <w:numId w:val="97"/>
              </w:numPr>
            </w:pPr>
            <w:r w:rsidRPr="00D32A54">
              <w:rPr>
                <w:u w:val="single"/>
              </w:rPr>
              <w:t>Wrap-Up</w:t>
            </w:r>
            <w:r w:rsidRPr="00D32A54">
              <w:t>: Discuss the value of redundant systems in ensuring safety.</w:t>
            </w:r>
          </w:p>
        </w:tc>
      </w:tr>
      <w:tr w:rsidR="00D32A54" w:rsidRPr="00D32A54" w14:paraId="44BDD03D" w14:textId="77777777">
        <w:tc>
          <w:tcPr>
            <w:tcW w:w="8630" w:type="dxa"/>
          </w:tcPr>
          <w:p w14:paraId="5E137D5A" w14:textId="77777777" w:rsidR="00D32A54" w:rsidRPr="00D32A54" w:rsidRDefault="00D32A54" w:rsidP="007A26B3">
            <w:pPr>
              <w:rPr>
                <w:b/>
                <w:bCs/>
              </w:rPr>
            </w:pPr>
            <w:r w:rsidRPr="00D32A54">
              <w:rPr>
                <w:b/>
                <w:bCs/>
              </w:rPr>
              <w:t xml:space="preserve">Assessment: </w:t>
            </w:r>
          </w:p>
          <w:p w14:paraId="0D2AF9CC" w14:textId="5DECBCCA" w:rsidR="00D32A54" w:rsidRPr="00D32A54" w:rsidRDefault="00D32A54" w:rsidP="00D32A54">
            <w:pPr>
              <w:numPr>
                <w:ilvl w:val="0"/>
                <w:numId w:val="93"/>
              </w:numPr>
            </w:pPr>
            <w:r w:rsidRPr="00D32A54">
              <w:t>Submit a collision avoidance report based on simulated mission results.</w:t>
            </w:r>
          </w:p>
        </w:tc>
      </w:tr>
    </w:tbl>
    <w:p w14:paraId="31BC67CE" w14:textId="77777777" w:rsidR="00A2569E" w:rsidRDefault="00A2569E" w:rsidP="00D46870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46870" w:rsidRPr="00D46870" w14:paraId="45D2E984" w14:textId="77777777">
        <w:tc>
          <w:tcPr>
            <w:tcW w:w="8630" w:type="dxa"/>
          </w:tcPr>
          <w:p w14:paraId="03E36629" w14:textId="77777777" w:rsidR="00D46870" w:rsidRPr="009A6183" w:rsidRDefault="00D46870" w:rsidP="003E6063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7: Telemetry and Command and Control Link (C2)</w:t>
            </w:r>
          </w:p>
        </w:tc>
      </w:tr>
      <w:tr w:rsidR="00D46870" w:rsidRPr="00D46870" w14:paraId="2FEDEFDF" w14:textId="77777777">
        <w:tc>
          <w:tcPr>
            <w:tcW w:w="8630" w:type="dxa"/>
          </w:tcPr>
          <w:p w14:paraId="282365A3" w14:textId="77777777" w:rsidR="00D46870" w:rsidRPr="00D46870" w:rsidRDefault="00D46870" w:rsidP="003E6063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 xml:space="preserve">Objective: </w:t>
            </w:r>
          </w:p>
          <w:p w14:paraId="475556C0" w14:textId="2B384107" w:rsidR="00D46870" w:rsidRPr="00D46870" w:rsidRDefault="00D46870" w:rsidP="00D46870">
            <w:pPr>
              <w:numPr>
                <w:ilvl w:val="0"/>
                <w:numId w:val="93"/>
              </w:numPr>
            </w:pPr>
            <w:r w:rsidRPr="00D46870">
              <w:t xml:space="preserve">Understand the role of telemetry and C2 links in drone operations.  </w:t>
            </w:r>
          </w:p>
        </w:tc>
      </w:tr>
      <w:tr w:rsidR="00D46870" w:rsidRPr="00D46870" w14:paraId="75F5F0C0" w14:textId="77777777">
        <w:tc>
          <w:tcPr>
            <w:tcW w:w="8630" w:type="dxa"/>
          </w:tcPr>
          <w:p w14:paraId="7EA1D839" w14:textId="77777777" w:rsidR="00D46870" w:rsidRDefault="00D46870" w:rsidP="003E6063">
            <w:r w:rsidRPr="00D46870">
              <w:rPr>
                <w:b/>
                <w:bCs/>
              </w:rPr>
              <w:t>Vocabulary Focus</w:t>
            </w:r>
            <w:r w:rsidRPr="00D46870">
              <w:t xml:space="preserve">: </w:t>
            </w:r>
          </w:p>
          <w:p w14:paraId="3501024A" w14:textId="77777777" w:rsidR="00D46870" w:rsidRDefault="00D46870" w:rsidP="00D46870">
            <w:pPr>
              <w:numPr>
                <w:ilvl w:val="0"/>
                <w:numId w:val="93"/>
              </w:numPr>
            </w:pPr>
            <w:r w:rsidRPr="00D46870">
              <w:t xml:space="preserve">Telemetry, </w:t>
            </w:r>
          </w:p>
          <w:p w14:paraId="5B0CE963" w14:textId="77777777" w:rsidR="00D46870" w:rsidRDefault="00D46870" w:rsidP="00D46870">
            <w:pPr>
              <w:numPr>
                <w:ilvl w:val="0"/>
                <w:numId w:val="93"/>
              </w:numPr>
            </w:pPr>
            <w:r w:rsidRPr="00D46870">
              <w:t xml:space="preserve">Command and Control Link (C2 Link), </w:t>
            </w:r>
          </w:p>
          <w:p w14:paraId="6CDDA5B0" w14:textId="77777777" w:rsidR="00D46870" w:rsidRDefault="00D46870" w:rsidP="00D46870">
            <w:pPr>
              <w:numPr>
                <w:ilvl w:val="0"/>
                <w:numId w:val="93"/>
              </w:numPr>
            </w:pPr>
            <w:r w:rsidRPr="00D46870">
              <w:t xml:space="preserve">Lost Link, </w:t>
            </w:r>
          </w:p>
          <w:p w14:paraId="56181BF9" w14:textId="1962582E" w:rsidR="00D46870" w:rsidRPr="00D46870" w:rsidRDefault="00D46870" w:rsidP="00D46870">
            <w:pPr>
              <w:numPr>
                <w:ilvl w:val="0"/>
                <w:numId w:val="93"/>
              </w:numPr>
            </w:pPr>
            <w:proofErr w:type="gramStart"/>
            <w:r w:rsidRPr="00D46870">
              <w:t>Failsafe</w:t>
            </w:r>
            <w:proofErr w:type="gramEnd"/>
            <w:r w:rsidRPr="00D46870">
              <w:t xml:space="preserve">.  </w:t>
            </w:r>
          </w:p>
        </w:tc>
      </w:tr>
      <w:tr w:rsidR="00D46870" w:rsidRPr="00D46870" w14:paraId="6D5B3E02" w14:textId="77777777">
        <w:tc>
          <w:tcPr>
            <w:tcW w:w="8630" w:type="dxa"/>
          </w:tcPr>
          <w:p w14:paraId="07FEE943" w14:textId="77777777" w:rsidR="00D46870" w:rsidRPr="00D46870" w:rsidRDefault="00D46870" w:rsidP="003E6063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 xml:space="preserve">Materials: </w:t>
            </w:r>
          </w:p>
          <w:p w14:paraId="7BB203FD" w14:textId="77777777" w:rsidR="0071799C" w:rsidRDefault="0071799C" w:rsidP="00D46870">
            <w:pPr>
              <w:numPr>
                <w:ilvl w:val="0"/>
                <w:numId w:val="100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</w:p>
          <w:p w14:paraId="7E7160A1" w14:textId="5DC578A4" w:rsidR="00D46870" w:rsidRDefault="00D46870" w:rsidP="00D46870">
            <w:pPr>
              <w:numPr>
                <w:ilvl w:val="0"/>
                <w:numId w:val="100"/>
              </w:numPr>
            </w:pPr>
            <w:r w:rsidRPr="00D46870">
              <w:t xml:space="preserve">telemetry data, </w:t>
            </w:r>
          </w:p>
          <w:p w14:paraId="7721F905" w14:textId="3AEF03CB" w:rsidR="00D46870" w:rsidRPr="00D46870" w:rsidRDefault="00D46870" w:rsidP="00D46870">
            <w:pPr>
              <w:numPr>
                <w:ilvl w:val="0"/>
                <w:numId w:val="100"/>
              </w:numPr>
            </w:pPr>
            <w:r w:rsidRPr="00D46870">
              <w:t xml:space="preserve">simulators.  </w:t>
            </w:r>
          </w:p>
        </w:tc>
      </w:tr>
      <w:tr w:rsidR="00D46870" w:rsidRPr="00D46870" w14:paraId="615561A0" w14:textId="77777777" w:rsidTr="00E86E43">
        <w:trPr>
          <w:trHeight w:val="2248"/>
        </w:trPr>
        <w:tc>
          <w:tcPr>
            <w:tcW w:w="8630" w:type="dxa"/>
          </w:tcPr>
          <w:p w14:paraId="12DA75FC" w14:textId="7D442008" w:rsidR="00D46870" w:rsidRPr="00D46870" w:rsidRDefault="00D46870" w:rsidP="003E6063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>Activity Outline:</w:t>
            </w:r>
          </w:p>
          <w:p w14:paraId="61ECF0AE" w14:textId="7B1C81F4" w:rsidR="00D46870" w:rsidRPr="00D46870" w:rsidRDefault="00D46870" w:rsidP="00D46870">
            <w:pPr>
              <w:numPr>
                <w:ilvl w:val="0"/>
                <w:numId w:val="99"/>
              </w:numPr>
            </w:pPr>
            <w:r w:rsidRPr="00D46870">
              <w:rPr>
                <w:u w:val="single"/>
              </w:rPr>
              <w:t>Essential Question</w:t>
            </w:r>
            <w:r w:rsidRPr="00D46870">
              <w:t>: How does telemetry provide critical real-time data for UAS operations?</w:t>
            </w:r>
          </w:p>
          <w:p w14:paraId="59DA1C86" w14:textId="6E32AA32" w:rsidR="00D46870" w:rsidRPr="00D46870" w:rsidRDefault="00D46870" w:rsidP="00D46870">
            <w:pPr>
              <w:numPr>
                <w:ilvl w:val="0"/>
                <w:numId w:val="99"/>
              </w:numPr>
            </w:pPr>
            <w:r w:rsidRPr="00D46870">
              <w:rPr>
                <w:u w:val="single"/>
              </w:rPr>
              <w:t>Lecture</w:t>
            </w:r>
            <w:r w:rsidRPr="00D46870">
              <w:t>: Overview of C2 links, telemetry, and lost link scenarios.</w:t>
            </w:r>
          </w:p>
          <w:p w14:paraId="7A7B5738" w14:textId="13358412" w:rsidR="00D46870" w:rsidRPr="00D46870" w:rsidRDefault="00D46870" w:rsidP="00D46870">
            <w:pPr>
              <w:numPr>
                <w:ilvl w:val="0"/>
                <w:numId w:val="99"/>
              </w:numPr>
              <w:rPr>
                <w:u w:val="single"/>
              </w:rPr>
            </w:pPr>
            <w:r w:rsidRPr="00D46870">
              <w:rPr>
                <w:u w:val="single"/>
              </w:rPr>
              <w:t>Hands-On</w:t>
            </w:r>
            <w:r w:rsidRPr="00D46870">
              <w:t xml:space="preserve">: Students review telemetry data during simulated flights in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 xml:space="preserve">and/or </w:t>
            </w:r>
            <w:r w:rsidR="0071799C">
              <w:t xml:space="preserve">other online application </w:t>
            </w:r>
            <w:r w:rsidRPr="0071799C">
              <w:t>and practice recovering from lost link scenarios.</w:t>
            </w:r>
          </w:p>
          <w:p w14:paraId="6066C30B" w14:textId="50341E4D" w:rsidR="00D46870" w:rsidRPr="00D46870" w:rsidRDefault="00D46870" w:rsidP="00D46870">
            <w:pPr>
              <w:numPr>
                <w:ilvl w:val="0"/>
                <w:numId w:val="99"/>
              </w:numPr>
            </w:pPr>
            <w:r w:rsidRPr="00D46870">
              <w:rPr>
                <w:u w:val="single"/>
              </w:rPr>
              <w:t>Wrap-Up</w:t>
            </w:r>
            <w:r w:rsidRPr="00D46870">
              <w:t>: Discuss the importance of failsafe systems and how telemetry aids in maintaining control.</w:t>
            </w:r>
          </w:p>
        </w:tc>
      </w:tr>
      <w:tr w:rsidR="00D46870" w:rsidRPr="00D46870" w14:paraId="7729364E" w14:textId="77777777">
        <w:tc>
          <w:tcPr>
            <w:tcW w:w="8630" w:type="dxa"/>
          </w:tcPr>
          <w:p w14:paraId="6BFB0D87" w14:textId="77777777" w:rsidR="00D46870" w:rsidRPr="00D46870" w:rsidRDefault="00D46870" w:rsidP="003E6063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 xml:space="preserve">Assessment: </w:t>
            </w:r>
          </w:p>
          <w:p w14:paraId="030F25C9" w14:textId="699AA00D" w:rsidR="00D46870" w:rsidRP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>Telemetry data analysis and lost link recovery report.</w:t>
            </w:r>
          </w:p>
        </w:tc>
      </w:tr>
      <w:tr w:rsidR="00D46870" w:rsidRPr="00D46870" w14:paraId="4AB0C658" w14:textId="77777777">
        <w:tc>
          <w:tcPr>
            <w:tcW w:w="8630" w:type="dxa"/>
          </w:tcPr>
          <w:p w14:paraId="3FDADF2E" w14:textId="77777777" w:rsidR="00D46870" w:rsidRPr="009A6183" w:rsidRDefault="00D46870" w:rsidP="002B7741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lastRenderedPageBreak/>
              <w:t xml:space="preserve"> Day 8: UAS Maintenance and Battery Management</w:t>
            </w:r>
          </w:p>
        </w:tc>
      </w:tr>
      <w:tr w:rsidR="00D46870" w:rsidRPr="00D46870" w14:paraId="344F1696" w14:textId="77777777">
        <w:tc>
          <w:tcPr>
            <w:tcW w:w="8630" w:type="dxa"/>
          </w:tcPr>
          <w:p w14:paraId="4BCBE500" w14:textId="77777777" w:rsidR="00D46870" w:rsidRPr="00D46870" w:rsidRDefault="00D46870" w:rsidP="002B7741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 xml:space="preserve">Objective: </w:t>
            </w:r>
          </w:p>
          <w:p w14:paraId="7AB6079D" w14:textId="0E50C616" w:rsidR="00D46870" w:rsidRP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Develop skills in UAS maintenance and effective battery management.  </w:t>
            </w:r>
          </w:p>
        </w:tc>
      </w:tr>
      <w:tr w:rsidR="00D46870" w:rsidRPr="00D46870" w14:paraId="10DAC54D" w14:textId="77777777">
        <w:tc>
          <w:tcPr>
            <w:tcW w:w="8630" w:type="dxa"/>
          </w:tcPr>
          <w:p w14:paraId="3EB6DA73" w14:textId="77777777" w:rsidR="00D46870" w:rsidRPr="00D46870" w:rsidRDefault="00D46870" w:rsidP="002B7741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 xml:space="preserve">Vocabulary Focus: </w:t>
            </w:r>
          </w:p>
          <w:p w14:paraId="4C5D64F8" w14:textId="77777777" w:rsid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UAS Maintenance, </w:t>
            </w:r>
          </w:p>
          <w:p w14:paraId="6EDDE782" w14:textId="77777777" w:rsid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Battery Management, </w:t>
            </w:r>
          </w:p>
          <w:p w14:paraId="59223868" w14:textId="35F764AC" w:rsidR="00D46870" w:rsidRP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Redundancy.  </w:t>
            </w:r>
          </w:p>
        </w:tc>
      </w:tr>
      <w:tr w:rsidR="00D46870" w:rsidRPr="00D46870" w14:paraId="4715D91A" w14:textId="77777777">
        <w:tc>
          <w:tcPr>
            <w:tcW w:w="8630" w:type="dxa"/>
          </w:tcPr>
          <w:p w14:paraId="7F5EEDCF" w14:textId="77777777" w:rsidR="00D46870" w:rsidRPr="00D46870" w:rsidRDefault="00D46870" w:rsidP="002B7741">
            <w:pPr>
              <w:rPr>
                <w:b/>
                <w:bCs/>
              </w:rPr>
            </w:pPr>
            <w:r w:rsidRPr="00D46870">
              <w:rPr>
                <w:b/>
                <w:bCs/>
              </w:rPr>
              <w:t xml:space="preserve">Materials: </w:t>
            </w:r>
          </w:p>
          <w:p w14:paraId="6D8CB966" w14:textId="77777777" w:rsid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UAS kits, </w:t>
            </w:r>
          </w:p>
          <w:p w14:paraId="33CFD472" w14:textId="77D6266A" w:rsidR="00D46870" w:rsidRP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battery management tools.  </w:t>
            </w:r>
          </w:p>
        </w:tc>
      </w:tr>
      <w:tr w:rsidR="00D46870" w:rsidRPr="00D46870" w14:paraId="47282C11" w14:textId="77777777" w:rsidTr="00985F90">
        <w:trPr>
          <w:trHeight w:val="2248"/>
        </w:trPr>
        <w:tc>
          <w:tcPr>
            <w:tcW w:w="8630" w:type="dxa"/>
          </w:tcPr>
          <w:p w14:paraId="59A7AC50" w14:textId="77777777" w:rsidR="00D46870" w:rsidRPr="00D46870" w:rsidRDefault="00D46870" w:rsidP="002B7741">
            <w:r w:rsidRPr="00D46870">
              <w:rPr>
                <w:b/>
                <w:bCs/>
              </w:rPr>
              <w:t>Activity Outline:</w:t>
            </w:r>
          </w:p>
          <w:p w14:paraId="108A71C6" w14:textId="53C0BB0D" w:rsidR="00D46870" w:rsidRPr="00D46870" w:rsidRDefault="00D46870" w:rsidP="00D46870">
            <w:pPr>
              <w:numPr>
                <w:ilvl w:val="0"/>
                <w:numId w:val="103"/>
              </w:numPr>
            </w:pPr>
            <w:r w:rsidRPr="00D46870">
              <w:rPr>
                <w:u w:val="single"/>
              </w:rPr>
              <w:t>Essential Question</w:t>
            </w:r>
            <w:r w:rsidRPr="00D46870">
              <w:t>: How does regular UAS maintenance and battery management ensure reliable performance?</w:t>
            </w:r>
          </w:p>
          <w:p w14:paraId="2A3B844F" w14:textId="7993B770" w:rsidR="00D46870" w:rsidRPr="00D46870" w:rsidRDefault="00D46870" w:rsidP="00D46870">
            <w:pPr>
              <w:numPr>
                <w:ilvl w:val="0"/>
                <w:numId w:val="103"/>
              </w:numPr>
            </w:pPr>
            <w:r w:rsidRPr="00D46870">
              <w:rPr>
                <w:u w:val="single"/>
              </w:rPr>
              <w:t>Lecture</w:t>
            </w:r>
            <w:r w:rsidRPr="00D46870">
              <w:t>: Discuss the importance of proper maintenance and battery care.</w:t>
            </w:r>
          </w:p>
          <w:p w14:paraId="47D81DCF" w14:textId="77777777" w:rsidR="00D46870" w:rsidRDefault="00D46870" w:rsidP="00D46870">
            <w:pPr>
              <w:numPr>
                <w:ilvl w:val="0"/>
                <w:numId w:val="103"/>
              </w:numPr>
            </w:pPr>
            <w:r w:rsidRPr="00D46870">
              <w:rPr>
                <w:u w:val="single"/>
              </w:rPr>
              <w:t>Hands-On</w:t>
            </w:r>
            <w:r w:rsidRPr="00D46870">
              <w:t>: Students perform maintenance checks on UAS and practice safe battery charging and storage procedures.</w:t>
            </w:r>
          </w:p>
          <w:p w14:paraId="2C36A36C" w14:textId="7CCFB823" w:rsidR="00D46870" w:rsidRPr="00D46870" w:rsidRDefault="00D46870" w:rsidP="00D46870">
            <w:pPr>
              <w:numPr>
                <w:ilvl w:val="0"/>
                <w:numId w:val="103"/>
              </w:numPr>
            </w:pPr>
            <w:r w:rsidRPr="00D46870">
              <w:rPr>
                <w:u w:val="single"/>
              </w:rPr>
              <w:t>Wrap-Up</w:t>
            </w:r>
            <w:r w:rsidRPr="00D46870">
              <w:t>: Review common UAS issues due to poor maintenance and battery management.</w:t>
            </w:r>
          </w:p>
        </w:tc>
      </w:tr>
      <w:tr w:rsidR="00D46870" w:rsidRPr="00D46870" w14:paraId="5836BF6C" w14:textId="77777777">
        <w:tc>
          <w:tcPr>
            <w:tcW w:w="8630" w:type="dxa"/>
          </w:tcPr>
          <w:p w14:paraId="1576850A" w14:textId="77777777" w:rsidR="00D46870" w:rsidRDefault="00D46870" w:rsidP="002B7741">
            <w:r w:rsidRPr="00D46870">
              <w:rPr>
                <w:b/>
                <w:bCs/>
              </w:rPr>
              <w:t>Assessment</w:t>
            </w:r>
            <w:r w:rsidRPr="00D46870">
              <w:t xml:space="preserve">: </w:t>
            </w:r>
          </w:p>
          <w:p w14:paraId="2C0F0B71" w14:textId="4AB178DD" w:rsidR="00D46870" w:rsidRP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>Complete a maintenance checklist and battery performance report.</w:t>
            </w:r>
          </w:p>
        </w:tc>
      </w:tr>
    </w:tbl>
    <w:p w14:paraId="5A8668BC" w14:textId="77777777" w:rsidR="00A2569E" w:rsidRDefault="00A2569E" w:rsidP="00D46870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D46870" w:rsidRPr="00D46870" w14:paraId="42710C87" w14:textId="77777777">
        <w:tc>
          <w:tcPr>
            <w:tcW w:w="8630" w:type="dxa"/>
          </w:tcPr>
          <w:p w14:paraId="4C430704" w14:textId="77777777" w:rsidR="00D46870" w:rsidRPr="009A6183" w:rsidRDefault="00D46870" w:rsidP="00A23B62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9: Incident Reporting and Data Retention Policies</w:t>
            </w:r>
          </w:p>
        </w:tc>
      </w:tr>
      <w:tr w:rsidR="00D46870" w:rsidRPr="00D46870" w14:paraId="75812BFC" w14:textId="77777777">
        <w:tc>
          <w:tcPr>
            <w:tcW w:w="8630" w:type="dxa"/>
          </w:tcPr>
          <w:p w14:paraId="3B55AAF5" w14:textId="77777777" w:rsidR="00D46870" w:rsidRPr="009A6B8B" w:rsidRDefault="00D46870" w:rsidP="00A23B62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Objective: </w:t>
            </w:r>
          </w:p>
          <w:p w14:paraId="05FA7C5A" w14:textId="2B60CAED" w:rsidR="00D46870" w:rsidRPr="00D46870" w:rsidRDefault="00D46870" w:rsidP="009A6B8B">
            <w:pPr>
              <w:numPr>
                <w:ilvl w:val="0"/>
                <w:numId w:val="101"/>
              </w:numPr>
            </w:pPr>
            <w:r w:rsidRPr="00D46870">
              <w:t xml:space="preserve">Learn how to document incidents and establish data retention policies for UAS operations.  </w:t>
            </w:r>
          </w:p>
        </w:tc>
      </w:tr>
      <w:tr w:rsidR="00D46870" w:rsidRPr="00D46870" w14:paraId="3723EF30" w14:textId="77777777">
        <w:tc>
          <w:tcPr>
            <w:tcW w:w="8630" w:type="dxa"/>
          </w:tcPr>
          <w:p w14:paraId="01E89EEE" w14:textId="77777777" w:rsidR="00D46870" w:rsidRPr="009A6B8B" w:rsidRDefault="00D46870" w:rsidP="00A23B62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Vocabulary Focus: </w:t>
            </w:r>
          </w:p>
          <w:p w14:paraId="47A40252" w14:textId="77777777" w:rsidR="00D46870" w:rsidRDefault="00D46870" w:rsidP="009A6B8B">
            <w:pPr>
              <w:numPr>
                <w:ilvl w:val="0"/>
                <w:numId w:val="101"/>
              </w:numPr>
            </w:pPr>
            <w:r w:rsidRPr="00D46870">
              <w:t xml:space="preserve">Incident Reporting, </w:t>
            </w:r>
          </w:p>
          <w:p w14:paraId="7F9613BA" w14:textId="77777777" w:rsidR="00D46870" w:rsidRDefault="00D46870" w:rsidP="009A6B8B">
            <w:pPr>
              <w:numPr>
                <w:ilvl w:val="0"/>
                <w:numId w:val="101"/>
              </w:numPr>
            </w:pPr>
            <w:r w:rsidRPr="00D46870">
              <w:t xml:space="preserve">Data Retention Policy, </w:t>
            </w:r>
          </w:p>
          <w:p w14:paraId="3243D14C" w14:textId="77777777" w:rsidR="00D46870" w:rsidRDefault="00D46870" w:rsidP="009A6B8B">
            <w:pPr>
              <w:numPr>
                <w:ilvl w:val="0"/>
                <w:numId w:val="101"/>
              </w:numPr>
            </w:pPr>
            <w:r w:rsidRPr="00D46870">
              <w:t xml:space="preserve">Return-to-Home (RTH), </w:t>
            </w:r>
          </w:p>
          <w:p w14:paraId="77815196" w14:textId="3B7FD60F" w:rsidR="00D46870" w:rsidRPr="00D46870" w:rsidRDefault="00D46870" w:rsidP="009A6B8B">
            <w:pPr>
              <w:numPr>
                <w:ilvl w:val="0"/>
                <w:numId w:val="101"/>
              </w:numPr>
            </w:pPr>
            <w:proofErr w:type="gramStart"/>
            <w:r w:rsidRPr="00D46870">
              <w:t>Failsafe</w:t>
            </w:r>
            <w:proofErr w:type="gramEnd"/>
            <w:r w:rsidRPr="00D46870">
              <w:t xml:space="preserve">.  </w:t>
            </w:r>
          </w:p>
        </w:tc>
      </w:tr>
      <w:tr w:rsidR="00D46870" w:rsidRPr="00D46870" w14:paraId="0E661E92" w14:textId="77777777">
        <w:tc>
          <w:tcPr>
            <w:tcW w:w="8630" w:type="dxa"/>
          </w:tcPr>
          <w:p w14:paraId="7F3F20B8" w14:textId="77777777" w:rsidR="00D46870" w:rsidRPr="009A6B8B" w:rsidRDefault="00D46870" w:rsidP="00A23B62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Materials: </w:t>
            </w:r>
          </w:p>
          <w:p w14:paraId="61556A89" w14:textId="77777777" w:rsidR="00D46870" w:rsidRDefault="00D46870" w:rsidP="00D46870">
            <w:pPr>
              <w:numPr>
                <w:ilvl w:val="0"/>
                <w:numId w:val="101"/>
              </w:numPr>
            </w:pPr>
            <w:r w:rsidRPr="00D46870">
              <w:t xml:space="preserve">Incident reporting templates, </w:t>
            </w:r>
          </w:p>
          <w:p w14:paraId="789BDC7A" w14:textId="01263F88" w:rsidR="00D46870" w:rsidRPr="00D46870" w:rsidRDefault="0071799C" w:rsidP="00D46870">
            <w:pPr>
              <w:numPr>
                <w:ilvl w:val="0"/>
                <w:numId w:val="101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</w:p>
        </w:tc>
      </w:tr>
      <w:tr w:rsidR="00D46870" w:rsidRPr="00D46870" w14:paraId="304345DD" w14:textId="77777777" w:rsidTr="002D3597">
        <w:trPr>
          <w:trHeight w:val="2524"/>
        </w:trPr>
        <w:tc>
          <w:tcPr>
            <w:tcW w:w="8630" w:type="dxa"/>
          </w:tcPr>
          <w:p w14:paraId="4E58CF52" w14:textId="77777777" w:rsidR="00D46870" w:rsidRPr="00D46870" w:rsidRDefault="00D46870" w:rsidP="00A23B62">
            <w:r w:rsidRPr="00D46870">
              <w:rPr>
                <w:b/>
                <w:bCs/>
              </w:rPr>
              <w:t>Activity Outline</w:t>
            </w:r>
            <w:r w:rsidRPr="00D46870">
              <w:t>:</w:t>
            </w:r>
          </w:p>
          <w:p w14:paraId="40165A13" w14:textId="01FC248B" w:rsidR="00D46870" w:rsidRPr="00D46870" w:rsidRDefault="00D46870" w:rsidP="00D46870">
            <w:pPr>
              <w:numPr>
                <w:ilvl w:val="0"/>
                <w:numId w:val="105"/>
              </w:numPr>
            </w:pPr>
            <w:r w:rsidRPr="00D46870">
              <w:rPr>
                <w:u w:val="single"/>
              </w:rPr>
              <w:t>Essential Question</w:t>
            </w:r>
            <w:r w:rsidRPr="00D46870">
              <w:t>: Why is proper incident reporting essential in UAS operations?</w:t>
            </w:r>
          </w:p>
          <w:p w14:paraId="348A6A36" w14:textId="03073B3E" w:rsidR="00D46870" w:rsidRPr="00D46870" w:rsidRDefault="00D46870" w:rsidP="00D46870">
            <w:pPr>
              <w:numPr>
                <w:ilvl w:val="0"/>
                <w:numId w:val="105"/>
              </w:numPr>
            </w:pPr>
            <w:r w:rsidRPr="00D46870">
              <w:rPr>
                <w:u w:val="single"/>
              </w:rPr>
              <w:t>Lecture</w:t>
            </w:r>
            <w:r w:rsidRPr="00D46870">
              <w:t>: Discuss procedures for incident reporting and how to establish a data retention policy.</w:t>
            </w:r>
          </w:p>
          <w:p w14:paraId="41E61E72" w14:textId="2D92B557" w:rsidR="00D46870" w:rsidRDefault="00D46870" w:rsidP="00D46870">
            <w:pPr>
              <w:numPr>
                <w:ilvl w:val="0"/>
                <w:numId w:val="105"/>
              </w:numPr>
            </w:pPr>
            <w:r w:rsidRPr="00D46870">
              <w:rPr>
                <w:u w:val="single"/>
              </w:rPr>
              <w:t>Hands-On</w:t>
            </w:r>
            <w:r w:rsidRPr="00D46870">
              <w:t xml:space="preserve">: Students simulate an incident in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 xml:space="preserve">and/or </w:t>
            </w:r>
            <w:r w:rsidR="0071799C">
              <w:t>any online application</w:t>
            </w:r>
            <w:r w:rsidRPr="00D46870">
              <w:t>, triggering an RTH and completing an incident report.</w:t>
            </w:r>
          </w:p>
          <w:p w14:paraId="7EAF9064" w14:textId="473B1D76" w:rsidR="00D46870" w:rsidRPr="00D46870" w:rsidRDefault="00D46870" w:rsidP="00D46870">
            <w:pPr>
              <w:numPr>
                <w:ilvl w:val="0"/>
                <w:numId w:val="105"/>
              </w:numPr>
            </w:pPr>
            <w:r w:rsidRPr="00D46870">
              <w:rPr>
                <w:u w:val="single"/>
              </w:rPr>
              <w:t>Wrap-Up</w:t>
            </w:r>
            <w:r w:rsidRPr="00D46870">
              <w:t>: Group discussion on how to maintain operational transparency through accurate documentation.</w:t>
            </w:r>
          </w:p>
        </w:tc>
      </w:tr>
      <w:tr w:rsidR="00D46870" w:rsidRPr="00D46870" w14:paraId="2A63AFA2" w14:textId="77777777">
        <w:tc>
          <w:tcPr>
            <w:tcW w:w="8630" w:type="dxa"/>
          </w:tcPr>
          <w:p w14:paraId="4BC2E69E" w14:textId="77777777" w:rsidR="009A6B8B" w:rsidRDefault="00D46870" w:rsidP="00A23B62">
            <w:r w:rsidRPr="009A6B8B">
              <w:rPr>
                <w:b/>
                <w:bCs/>
              </w:rPr>
              <w:lastRenderedPageBreak/>
              <w:t>Assessment:</w:t>
            </w:r>
            <w:r w:rsidRPr="00D46870">
              <w:t xml:space="preserve"> </w:t>
            </w:r>
          </w:p>
          <w:p w14:paraId="209C61E1" w14:textId="78B17ADA" w:rsidR="00D46870" w:rsidRPr="00D46870" w:rsidRDefault="00D46870" w:rsidP="009A6B8B">
            <w:pPr>
              <w:numPr>
                <w:ilvl w:val="0"/>
                <w:numId w:val="106"/>
              </w:numPr>
            </w:pPr>
            <w:r w:rsidRPr="00D46870">
              <w:t>Submission of incident reports and data retention policies.</w:t>
            </w:r>
          </w:p>
        </w:tc>
      </w:tr>
    </w:tbl>
    <w:p w14:paraId="5B100F78" w14:textId="77777777" w:rsidR="00A2569E" w:rsidRDefault="00A2569E" w:rsidP="0071799C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A6B8B" w:rsidRPr="009A6B8B" w14:paraId="53C7D81B" w14:textId="77777777">
        <w:tc>
          <w:tcPr>
            <w:tcW w:w="8630" w:type="dxa"/>
          </w:tcPr>
          <w:p w14:paraId="4F2183BD" w14:textId="77777777" w:rsidR="009A6B8B" w:rsidRPr="009A6183" w:rsidRDefault="009A6B8B" w:rsidP="00735280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10: Emergency Procedures and Flight Termination Systems</w:t>
            </w:r>
          </w:p>
        </w:tc>
      </w:tr>
      <w:tr w:rsidR="009A6B8B" w:rsidRPr="009A6B8B" w14:paraId="6B264C4E" w14:textId="77777777">
        <w:tc>
          <w:tcPr>
            <w:tcW w:w="8630" w:type="dxa"/>
          </w:tcPr>
          <w:p w14:paraId="7C846EA5" w14:textId="77777777" w:rsidR="009A6B8B" w:rsidRPr="009A6B8B" w:rsidRDefault="009A6B8B" w:rsidP="00735280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Objective: </w:t>
            </w:r>
          </w:p>
          <w:p w14:paraId="34BA539C" w14:textId="3B31B1F2" w:rsidR="009A6B8B" w:rsidRPr="009A6B8B" w:rsidRDefault="009A6B8B" w:rsidP="009A6B8B">
            <w:pPr>
              <w:numPr>
                <w:ilvl w:val="0"/>
                <w:numId w:val="106"/>
              </w:numPr>
            </w:pPr>
            <w:r w:rsidRPr="009A6B8B">
              <w:t xml:space="preserve">Learn how to respond to emergencies and use flight termination systems effectively.  </w:t>
            </w:r>
          </w:p>
        </w:tc>
      </w:tr>
      <w:tr w:rsidR="009A6B8B" w:rsidRPr="009A6B8B" w14:paraId="34DAC4BF" w14:textId="77777777">
        <w:tc>
          <w:tcPr>
            <w:tcW w:w="8630" w:type="dxa"/>
          </w:tcPr>
          <w:p w14:paraId="2DE95DE0" w14:textId="77777777" w:rsidR="009A6B8B" w:rsidRPr="009A6B8B" w:rsidRDefault="009A6B8B" w:rsidP="00735280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Vocabulary Focus: </w:t>
            </w:r>
          </w:p>
          <w:p w14:paraId="153E901B" w14:textId="77777777" w:rsidR="009A6B8B" w:rsidRDefault="009A6B8B" w:rsidP="009A6B8B">
            <w:pPr>
              <w:numPr>
                <w:ilvl w:val="0"/>
                <w:numId w:val="106"/>
              </w:numPr>
            </w:pPr>
            <w:r w:rsidRPr="009A6B8B">
              <w:t xml:space="preserve">Emergency Landing, </w:t>
            </w:r>
          </w:p>
          <w:p w14:paraId="3E8E0BCF" w14:textId="77777777" w:rsidR="009A6B8B" w:rsidRDefault="009A6B8B" w:rsidP="009A6B8B">
            <w:pPr>
              <w:numPr>
                <w:ilvl w:val="0"/>
                <w:numId w:val="106"/>
              </w:numPr>
            </w:pPr>
            <w:r w:rsidRPr="009A6B8B">
              <w:t xml:space="preserve">Flight Termination System, </w:t>
            </w:r>
          </w:p>
          <w:p w14:paraId="2B84D0EA" w14:textId="77777777" w:rsidR="009A6B8B" w:rsidRDefault="009A6B8B" w:rsidP="009A6B8B">
            <w:pPr>
              <w:numPr>
                <w:ilvl w:val="0"/>
                <w:numId w:val="106"/>
              </w:numPr>
            </w:pPr>
            <w:proofErr w:type="gramStart"/>
            <w:r w:rsidRPr="009A6B8B">
              <w:t>Failsafe</w:t>
            </w:r>
            <w:proofErr w:type="gramEnd"/>
            <w:r w:rsidRPr="009A6B8B">
              <w:t xml:space="preserve">, </w:t>
            </w:r>
          </w:p>
          <w:p w14:paraId="374A34DD" w14:textId="6A67CF33" w:rsidR="009A6B8B" w:rsidRPr="009A6B8B" w:rsidRDefault="009A6B8B" w:rsidP="009A6B8B">
            <w:pPr>
              <w:numPr>
                <w:ilvl w:val="0"/>
                <w:numId w:val="106"/>
              </w:numPr>
            </w:pPr>
            <w:r w:rsidRPr="009A6B8B">
              <w:t xml:space="preserve">Lost Link.  </w:t>
            </w:r>
          </w:p>
        </w:tc>
      </w:tr>
      <w:tr w:rsidR="009A6B8B" w:rsidRPr="009A6B8B" w14:paraId="603DF41C" w14:textId="77777777">
        <w:tc>
          <w:tcPr>
            <w:tcW w:w="8630" w:type="dxa"/>
          </w:tcPr>
          <w:p w14:paraId="6068C010" w14:textId="77777777" w:rsidR="009A6B8B" w:rsidRDefault="009A6B8B" w:rsidP="00735280">
            <w:r w:rsidRPr="009A6B8B">
              <w:rPr>
                <w:b/>
                <w:bCs/>
              </w:rPr>
              <w:t>Materials</w:t>
            </w:r>
            <w:r w:rsidRPr="009A6B8B">
              <w:t xml:space="preserve">: </w:t>
            </w:r>
          </w:p>
          <w:p w14:paraId="3DDDAC81" w14:textId="77777777" w:rsidR="0071799C" w:rsidRDefault="0071799C" w:rsidP="009A6B8B">
            <w:pPr>
              <w:numPr>
                <w:ilvl w:val="0"/>
                <w:numId w:val="107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</w:p>
          <w:p w14:paraId="47BAB1A5" w14:textId="28C8E3F3" w:rsidR="009A6B8B" w:rsidRPr="009A6B8B" w:rsidRDefault="009A6B8B" w:rsidP="009A6B8B">
            <w:pPr>
              <w:numPr>
                <w:ilvl w:val="0"/>
                <w:numId w:val="107"/>
              </w:numPr>
            </w:pPr>
            <w:r w:rsidRPr="009A6B8B">
              <w:t xml:space="preserve">drone simulators.  </w:t>
            </w:r>
          </w:p>
        </w:tc>
      </w:tr>
      <w:tr w:rsidR="009A6B8B" w:rsidRPr="009A6B8B" w14:paraId="558C69B2" w14:textId="77777777" w:rsidTr="00FC0FC6">
        <w:trPr>
          <w:trHeight w:val="2524"/>
        </w:trPr>
        <w:tc>
          <w:tcPr>
            <w:tcW w:w="8630" w:type="dxa"/>
          </w:tcPr>
          <w:p w14:paraId="54C89FAE" w14:textId="77777777" w:rsidR="009A6B8B" w:rsidRPr="009A6B8B" w:rsidRDefault="009A6B8B" w:rsidP="00735280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>Activity Outline:</w:t>
            </w:r>
          </w:p>
          <w:p w14:paraId="2FA2B5E5" w14:textId="42AA8180" w:rsidR="009A6B8B" w:rsidRPr="009A6B8B" w:rsidRDefault="009A6B8B" w:rsidP="009A6B8B">
            <w:pPr>
              <w:numPr>
                <w:ilvl w:val="0"/>
                <w:numId w:val="110"/>
              </w:numPr>
            </w:pPr>
            <w:r w:rsidRPr="009A6B8B">
              <w:rPr>
                <w:u w:val="single"/>
              </w:rPr>
              <w:t>Essential Question</w:t>
            </w:r>
            <w:r w:rsidRPr="009A6B8B">
              <w:t>: What are the key steps to take during a UAS emergency situation?</w:t>
            </w:r>
          </w:p>
          <w:p w14:paraId="1028EA4F" w14:textId="06C74012" w:rsidR="009A6B8B" w:rsidRPr="009A6B8B" w:rsidRDefault="009A6B8B" w:rsidP="009A6B8B">
            <w:pPr>
              <w:numPr>
                <w:ilvl w:val="0"/>
                <w:numId w:val="110"/>
              </w:numPr>
            </w:pPr>
            <w:r w:rsidRPr="009A6B8B">
              <w:rPr>
                <w:u w:val="single"/>
              </w:rPr>
              <w:t>Lecture</w:t>
            </w:r>
            <w:r w:rsidRPr="009A6B8B">
              <w:t>: Discuss emergency landing protocols, flight termination systems, and failsafe procedures.</w:t>
            </w:r>
          </w:p>
          <w:p w14:paraId="7864129F" w14:textId="6FD87157" w:rsidR="009A6B8B" w:rsidRDefault="009A6B8B" w:rsidP="009A6B8B">
            <w:pPr>
              <w:numPr>
                <w:ilvl w:val="0"/>
                <w:numId w:val="110"/>
              </w:numPr>
            </w:pPr>
            <w:r w:rsidRPr="009A6B8B">
              <w:rPr>
                <w:u w:val="single"/>
              </w:rPr>
              <w:t>Hands-On</w:t>
            </w:r>
            <w:r w:rsidRPr="009A6B8B">
              <w:t xml:space="preserve">: Simulate emergency situations in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 xml:space="preserve">or any other online application, </w:t>
            </w:r>
            <w:r w:rsidRPr="009A6B8B">
              <w:t>where students must execute emergency landings or initiate flight termination.</w:t>
            </w:r>
          </w:p>
          <w:p w14:paraId="43CAC8F6" w14:textId="7D31BE72" w:rsidR="009A6B8B" w:rsidRPr="009A6B8B" w:rsidRDefault="009A6B8B" w:rsidP="009A6B8B">
            <w:pPr>
              <w:numPr>
                <w:ilvl w:val="0"/>
                <w:numId w:val="110"/>
              </w:numPr>
            </w:pPr>
            <w:r w:rsidRPr="009A6B8B">
              <w:rPr>
                <w:u w:val="single"/>
              </w:rPr>
              <w:t>Wrap-Up</w:t>
            </w:r>
            <w:r w:rsidRPr="009A6B8B">
              <w:t>: Discuss the importance of pre-emptively setting up failsafe systems and practicing emergency responses.</w:t>
            </w:r>
          </w:p>
        </w:tc>
      </w:tr>
      <w:tr w:rsidR="009A6B8B" w:rsidRPr="009A6B8B" w14:paraId="6D04CF22" w14:textId="77777777">
        <w:tc>
          <w:tcPr>
            <w:tcW w:w="8630" w:type="dxa"/>
          </w:tcPr>
          <w:p w14:paraId="7A0F5A90" w14:textId="77777777" w:rsidR="009A6B8B" w:rsidRPr="009A6B8B" w:rsidRDefault="009A6B8B" w:rsidP="00735280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Assessment: </w:t>
            </w:r>
          </w:p>
          <w:p w14:paraId="16FC6D96" w14:textId="10391CB7" w:rsidR="009A6B8B" w:rsidRPr="009A6B8B" w:rsidRDefault="009A6B8B" w:rsidP="009A6B8B">
            <w:pPr>
              <w:numPr>
                <w:ilvl w:val="0"/>
                <w:numId w:val="108"/>
              </w:numPr>
            </w:pPr>
            <w:r w:rsidRPr="009A6B8B">
              <w:t>Students submit a reflection on emergency procedures and their ability to safely land the drone during simulations.</w:t>
            </w:r>
          </w:p>
        </w:tc>
      </w:tr>
    </w:tbl>
    <w:p w14:paraId="12B5564B" w14:textId="77777777" w:rsidR="00A2569E" w:rsidRDefault="00A2569E" w:rsidP="009A6B8B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A6B8B" w:rsidRPr="009A6B8B" w14:paraId="12E66ECB" w14:textId="77777777">
        <w:tc>
          <w:tcPr>
            <w:tcW w:w="8630" w:type="dxa"/>
          </w:tcPr>
          <w:p w14:paraId="612CE8A8" w14:textId="77777777" w:rsidR="009A6B8B" w:rsidRPr="009A6183" w:rsidRDefault="009A6B8B" w:rsidP="003B6BA5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11: Weather Minimums and UAS Performance</w:t>
            </w:r>
          </w:p>
        </w:tc>
      </w:tr>
      <w:tr w:rsidR="009A6B8B" w:rsidRPr="009A6B8B" w14:paraId="69705262" w14:textId="77777777">
        <w:tc>
          <w:tcPr>
            <w:tcW w:w="8630" w:type="dxa"/>
          </w:tcPr>
          <w:p w14:paraId="51F1C18D" w14:textId="77777777" w:rsidR="009A6B8B" w:rsidRPr="009A6B8B" w:rsidRDefault="009A6B8B" w:rsidP="003B6BA5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Objective: </w:t>
            </w:r>
          </w:p>
          <w:p w14:paraId="2D351B98" w14:textId="22668464" w:rsidR="009A6B8B" w:rsidRPr="009A6B8B" w:rsidRDefault="009A6B8B" w:rsidP="009A6B8B">
            <w:pPr>
              <w:numPr>
                <w:ilvl w:val="0"/>
                <w:numId w:val="108"/>
              </w:numPr>
            </w:pPr>
            <w:r w:rsidRPr="009A6B8B">
              <w:t xml:space="preserve">Understand how weather conditions impact UAS performance and flight safety.  </w:t>
            </w:r>
          </w:p>
        </w:tc>
      </w:tr>
      <w:tr w:rsidR="009A6B8B" w:rsidRPr="009A6B8B" w14:paraId="731CCEF2" w14:textId="77777777">
        <w:tc>
          <w:tcPr>
            <w:tcW w:w="8630" w:type="dxa"/>
          </w:tcPr>
          <w:p w14:paraId="17539959" w14:textId="77777777" w:rsidR="009A6B8B" w:rsidRPr="009A6B8B" w:rsidRDefault="009A6B8B" w:rsidP="003B6BA5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Vocabulary Focus: </w:t>
            </w:r>
          </w:p>
          <w:p w14:paraId="01A8F034" w14:textId="77777777" w:rsidR="009A6B8B" w:rsidRDefault="009A6B8B" w:rsidP="009A6B8B">
            <w:pPr>
              <w:numPr>
                <w:ilvl w:val="0"/>
                <w:numId w:val="108"/>
              </w:numPr>
            </w:pPr>
            <w:r w:rsidRPr="009A6B8B">
              <w:t xml:space="preserve">Weather Minimums, </w:t>
            </w:r>
          </w:p>
          <w:p w14:paraId="0FFBC185" w14:textId="77777777" w:rsidR="009A6B8B" w:rsidRDefault="009A6B8B" w:rsidP="009A6B8B">
            <w:pPr>
              <w:numPr>
                <w:ilvl w:val="0"/>
                <w:numId w:val="108"/>
              </w:numPr>
            </w:pPr>
            <w:r w:rsidRPr="009A6B8B">
              <w:t xml:space="preserve">Airworthiness, </w:t>
            </w:r>
          </w:p>
          <w:p w14:paraId="36B467B0" w14:textId="77777777" w:rsidR="009A6B8B" w:rsidRDefault="009A6B8B" w:rsidP="009A6B8B">
            <w:pPr>
              <w:numPr>
                <w:ilvl w:val="0"/>
                <w:numId w:val="108"/>
              </w:numPr>
            </w:pPr>
            <w:r w:rsidRPr="009A6B8B">
              <w:t xml:space="preserve">Part 107 Certification, </w:t>
            </w:r>
          </w:p>
          <w:p w14:paraId="15157456" w14:textId="483BBC52" w:rsidR="009A6B8B" w:rsidRPr="009A6B8B" w:rsidRDefault="009A6B8B" w:rsidP="009A6B8B">
            <w:pPr>
              <w:numPr>
                <w:ilvl w:val="0"/>
                <w:numId w:val="108"/>
              </w:numPr>
            </w:pPr>
            <w:r w:rsidRPr="009A6B8B">
              <w:t xml:space="preserve">Airspace Classes.  </w:t>
            </w:r>
          </w:p>
        </w:tc>
      </w:tr>
      <w:tr w:rsidR="009A6B8B" w:rsidRPr="009A6B8B" w14:paraId="22C8ADD3" w14:textId="77777777">
        <w:tc>
          <w:tcPr>
            <w:tcW w:w="8630" w:type="dxa"/>
          </w:tcPr>
          <w:p w14:paraId="54DCF78E" w14:textId="77777777" w:rsidR="009A6B8B" w:rsidRPr="009A6B8B" w:rsidRDefault="009A6B8B" w:rsidP="003B6BA5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Materials: </w:t>
            </w:r>
          </w:p>
          <w:p w14:paraId="18278665" w14:textId="77777777" w:rsidR="009A6B8B" w:rsidRDefault="009A6B8B" w:rsidP="009A6B8B">
            <w:pPr>
              <w:numPr>
                <w:ilvl w:val="0"/>
                <w:numId w:val="111"/>
              </w:numPr>
            </w:pPr>
            <w:r w:rsidRPr="009A6B8B">
              <w:t xml:space="preserve">Weather forecast tools, </w:t>
            </w:r>
          </w:p>
          <w:p w14:paraId="43840D25" w14:textId="77777777" w:rsidR="0071799C" w:rsidRDefault="0071799C" w:rsidP="009A6B8B">
            <w:pPr>
              <w:numPr>
                <w:ilvl w:val="0"/>
                <w:numId w:val="111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</w:p>
          <w:p w14:paraId="333C1399" w14:textId="001F1562" w:rsidR="009A6B8B" w:rsidRPr="009A6B8B" w:rsidRDefault="009A6B8B" w:rsidP="009A6B8B">
            <w:pPr>
              <w:numPr>
                <w:ilvl w:val="0"/>
                <w:numId w:val="111"/>
              </w:numPr>
            </w:pPr>
            <w:r w:rsidRPr="009A6B8B">
              <w:t xml:space="preserve">flight simulators.  </w:t>
            </w:r>
          </w:p>
        </w:tc>
      </w:tr>
      <w:tr w:rsidR="009A6B8B" w:rsidRPr="009A6B8B" w14:paraId="1A8BEC8C" w14:textId="77777777" w:rsidTr="00E73DAE">
        <w:trPr>
          <w:trHeight w:val="2524"/>
        </w:trPr>
        <w:tc>
          <w:tcPr>
            <w:tcW w:w="8630" w:type="dxa"/>
          </w:tcPr>
          <w:p w14:paraId="2CDF6788" w14:textId="77777777" w:rsidR="009A6B8B" w:rsidRPr="009A6B8B" w:rsidRDefault="009A6B8B" w:rsidP="003B6BA5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lastRenderedPageBreak/>
              <w:t>Activity Outline:</w:t>
            </w:r>
          </w:p>
          <w:p w14:paraId="11938E45" w14:textId="608EA591" w:rsidR="009A6B8B" w:rsidRPr="009A6B8B" w:rsidRDefault="009A6B8B" w:rsidP="009A6B8B">
            <w:pPr>
              <w:numPr>
                <w:ilvl w:val="0"/>
                <w:numId w:val="113"/>
              </w:numPr>
            </w:pPr>
            <w:r w:rsidRPr="009A6B8B">
              <w:rPr>
                <w:u w:val="single"/>
              </w:rPr>
              <w:t>Essential Question</w:t>
            </w:r>
            <w:r w:rsidRPr="009A6B8B">
              <w:t>: How do weather conditions affect the safety and performance of UAS flights?</w:t>
            </w:r>
          </w:p>
          <w:p w14:paraId="64C5B9F1" w14:textId="69AD8411" w:rsidR="009A6B8B" w:rsidRPr="009A6B8B" w:rsidRDefault="009A6B8B" w:rsidP="009A6B8B">
            <w:pPr>
              <w:numPr>
                <w:ilvl w:val="0"/>
                <w:numId w:val="113"/>
              </w:numPr>
            </w:pPr>
            <w:r w:rsidRPr="009A6B8B">
              <w:rPr>
                <w:u w:val="single"/>
              </w:rPr>
              <w:t>Lecture</w:t>
            </w:r>
            <w:r w:rsidRPr="009A6B8B">
              <w:t xml:space="preserve">: Review Part </w:t>
            </w:r>
            <w:proofErr w:type="gramStart"/>
            <w:r w:rsidRPr="009A6B8B">
              <w:t>107</w:t>
            </w:r>
            <w:proofErr w:type="gramEnd"/>
            <w:r w:rsidRPr="009A6B8B">
              <w:t xml:space="preserve"> regulations on weather minimums and how to determine airworthiness in various weather conditions.</w:t>
            </w:r>
          </w:p>
          <w:p w14:paraId="1CCD249D" w14:textId="66D5BD65" w:rsidR="009A6B8B" w:rsidRDefault="009A6B8B" w:rsidP="009A6B8B">
            <w:pPr>
              <w:numPr>
                <w:ilvl w:val="0"/>
                <w:numId w:val="113"/>
              </w:numPr>
            </w:pPr>
            <w:r w:rsidRPr="009A6B8B">
              <w:rPr>
                <w:u w:val="single"/>
              </w:rPr>
              <w:t>Hands-On</w:t>
            </w:r>
            <w:r w:rsidRPr="009A6B8B">
              <w:t xml:space="preserve">: Use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 xml:space="preserve">and/or </w:t>
            </w:r>
            <w:r w:rsidR="0071799C">
              <w:t xml:space="preserve">any online application </w:t>
            </w:r>
            <w:r w:rsidRPr="009A6B8B">
              <w:t>to simulate flight missions under different weather conditions and analyze the impact on drone performance.</w:t>
            </w:r>
          </w:p>
          <w:p w14:paraId="07C137F2" w14:textId="7E79AC1F" w:rsidR="009A6B8B" w:rsidRPr="009A6B8B" w:rsidRDefault="009A6B8B" w:rsidP="009A6B8B">
            <w:pPr>
              <w:numPr>
                <w:ilvl w:val="0"/>
                <w:numId w:val="113"/>
              </w:numPr>
            </w:pPr>
            <w:r w:rsidRPr="009A6B8B">
              <w:rPr>
                <w:u w:val="single"/>
              </w:rPr>
              <w:t>Wrap-Up</w:t>
            </w:r>
            <w:r w:rsidRPr="009A6B8B">
              <w:t>: Group discussion on the challenges of operating in marginal weather and how to interpret weather data for safe flights.</w:t>
            </w:r>
          </w:p>
        </w:tc>
      </w:tr>
      <w:tr w:rsidR="009A6B8B" w:rsidRPr="009A6B8B" w14:paraId="65A8255A" w14:textId="77777777">
        <w:tc>
          <w:tcPr>
            <w:tcW w:w="8630" w:type="dxa"/>
          </w:tcPr>
          <w:p w14:paraId="46F1ED96" w14:textId="77777777" w:rsidR="009A6B8B" w:rsidRDefault="009A6B8B" w:rsidP="003B6BA5">
            <w:r w:rsidRPr="009A6B8B">
              <w:rPr>
                <w:b/>
                <w:bCs/>
              </w:rPr>
              <w:t>Assessment:</w:t>
            </w:r>
            <w:r w:rsidRPr="009A6B8B">
              <w:t xml:space="preserve"> </w:t>
            </w:r>
          </w:p>
          <w:p w14:paraId="0F91C10F" w14:textId="05025E8D" w:rsidR="009A6B8B" w:rsidRPr="009A6B8B" w:rsidRDefault="009A6B8B" w:rsidP="009A6B8B">
            <w:pPr>
              <w:numPr>
                <w:ilvl w:val="0"/>
                <w:numId w:val="114"/>
              </w:numPr>
            </w:pPr>
            <w:r w:rsidRPr="009A6B8B">
              <w:t>Students submit flight logs from weather simulations and analyze how conditions affected UAS performance.</w:t>
            </w:r>
          </w:p>
        </w:tc>
      </w:tr>
    </w:tbl>
    <w:p w14:paraId="7889058C" w14:textId="77777777" w:rsidR="00A2569E" w:rsidRDefault="00A2569E" w:rsidP="009A6B8B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72260" w:rsidRPr="00972260" w14:paraId="4253398A" w14:textId="77777777">
        <w:tc>
          <w:tcPr>
            <w:tcW w:w="8630" w:type="dxa"/>
          </w:tcPr>
          <w:p w14:paraId="2AC0D25E" w14:textId="77777777" w:rsidR="009A6B8B" w:rsidRPr="009A6183" w:rsidRDefault="009A6B8B" w:rsidP="007A3E4F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12: Battery Management and Power Systems</w:t>
            </w:r>
          </w:p>
        </w:tc>
      </w:tr>
      <w:tr w:rsidR="009A6B8B" w:rsidRPr="009A6B8B" w14:paraId="7A19622C" w14:textId="77777777">
        <w:tc>
          <w:tcPr>
            <w:tcW w:w="8630" w:type="dxa"/>
          </w:tcPr>
          <w:p w14:paraId="4BAE59A7" w14:textId="77777777" w:rsidR="00972260" w:rsidRPr="00972260" w:rsidRDefault="009A6B8B" w:rsidP="007A3E4F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Objective: </w:t>
            </w:r>
          </w:p>
          <w:p w14:paraId="0DD3315D" w14:textId="20F3FFF0" w:rsidR="009A6B8B" w:rsidRPr="009A6B8B" w:rsidRDefault="009A6B8B" w:rsidP="00972260">
            <w:pPr>
              <w:numPr>
                <w:ilvl w:val="0"/>
                <w:numId w:val="114"/>
              </w:numPr>
            </w:pPr>
            <w:r w:rsidRPr="009A6B8B">
              <w:t xml:space="preserve">Deepen understanding of UAS power systems and battery management strategies.  </w:t>
            </w:r>
          </w:p>
        </w:tc>
      </w:tr>
      <w:tr w:rsidR="009A6B8B" w:rsidRPr="009A6B8B" w14:paraId="10F66530" w14:textId="77777777">
        <w:tc>
          <w:tcPr>
            <w:tcW w:w="8630" w:type="dxa"/>
          </w:tcPr>
          <w:p w14:paraId="1A318CD2" w14:textId="77777777" w:rsidR="00972260" w:rsidRPr="00972260" w:rsidRDefault="009A6B8B" w:rsidP="007A3E4F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Vocabulary Focus: </w:t>
            </w:r>
          </w:p>
          <w:p w14:paraId="22EE30FC" w14:textId="77777777" w:rsidR="00972260" w:rsidRDefault="009A6B8B" w:rsidP="00972260">
            <w:pPr>
              <w:numPr>
                <w:ilvl w:val="0"/>
                <w:numId w:val="114"/>
              </w:numPr>
            </w:pPr>
            <w:r w:rsidRPr="009A6B8B">
              <w:t xml:space="preserve">Battery Management, </w:t>
            </w:r>
          </w:p>
          <w:p w14:paraId="10E81E33" w14:textId="77777777" w:rsidR="00972260" w:rsidRDefault="009A6B8B" w:rsidP="00972260">
            <w:pPr>
              <w:numPr>
                <w:ilvl w:val="0"/>
                <w:numId w:val="114"/>
              </w:numPr>
            </w:pPr>
            <w:r w:rsidRPr="009A6B8B">
              <w:t xml:space="preserve">Redundancy, </w:t>
            </w:r>
          </w:p>
          <w:p w14:paraId="7D98B603" w14:textId="77777777" w:rsidR="00972260" w:rsidRDefault="009A6B8B" w:rsidP="00972260">
            <w:pPr>
              <w:numPr>
                <w:ilvl w:val="0"/>
                <w:numId w:val="114"/>
              </w:numPr>
            </w:pPr>
            <w:r w:rsidRPr="009A6B8B">
              <w:t xml:space="preserve">Return-to-Home (RTH), </w:t>
            </w:r>
          </w:p>
          <w:p w14:paraId="3AD82453" w14:textId="33DB42A6" w:rsidR="009A6B8B" w:rsidRPr="009A6B8B" w:rsidRDefault="009A6B8B" w:rsidP="00972260">
            <w:pPr>
              <w:numPr>
                <w:ilvl w:val="0"/>
                <w:numId w:val="114"/>
              </w:numPr>
            </w:pPr>
            <w:r w:rsidRPr="009A6B8B">
              <w:t xml:space="preserve">Telemetry.  </w:t>
            </w:r>
          </w:p>
        </w:tc>
      </w:tr>
      <w:tr w:rsidR="009A6B8B" w:rsidRPr="009A6B8B" w14:paraId="7B9294CE" w14:textId="77777777">
        <w:tc>
          <w:tcPr>
            <w:tcW w:w="8630" w:type="dxa"/>
          </w:tcPr>
          <w:p w14:paraId="1A6566A1" w14:textId="77777777" w:rsidR="009A6B8B" w:rsidRPr="009A6B8B" w:rsidRDefault="009A6B8B" w:rsidP="007A3E4F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Materials: </w:t>
            </w:r>
          </w:p>
          <w:p w14:paraId="231F60BE" w14:textId="77777777" w:rsidR="009A6B8B" w:rsidRDefault="009A6B8B" w:rsidP="009A6B8B">
            <w:pPr>
              <w:numPr>
                <w:ilvl w:val="0"/>
                <w:numId w:val="114"/>
              </w:numPr>
            </w:pPr>
            <w:r w:rsidRPr="009A6B8B">
              <w:t xml:space="preserve">Battery management tools, </w:t>
            </w:r>
          </w:p>
          <w:p w14:paraId="775DEB49" w14:textId="77777777" w:rsidR="009A6B8B" w:rsidRDefault="009A6B8B" w:rsidP="009A6B8B">
            <w:pPr>
              <w:numPr>
                <w:ilvl w:val="0"/>
                <w:numId w:val="114"/>
              </w:numPr>
            </w:pPr>
            <w:r w:rsidRPr="009A6B8B">
              <w:t xml:space="preserve">drone power systems, </w:t>
            </w:r>
          </w:p>
          <w:p w14:paraId="57949E87" w14:textId="2C21C0A5" w:rsidR="009A6B8B" w:rsidRPr="009A6B8B" w:rsidRDefault="0071799C" w:rsidP="00972260">
            <w:pPr>
              <w:numPr>
                <w:ilvl w:val="0"/>
                <w:numId w:val="111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  <w:r w:rsidR="009A6B8B" w:rsidRPr="009A6B8B">
              <w:t xml:space="preserve">  </w:t>
            </w:r>
          </w:p>
        </w:tc>
      </w:tr>
      <w:tr w:rsidR="009A6B8B" w:rsidRPr="009A6B8B" w14:paraId="2459007E" w14:textId="77777777" w:rsidTr="00E25DAD">
        <w:trPr>
          <w:trHeight w:val="2524"/>
        </w:trPr>
        <w:tc>
          <w:tcPr>
            <w:tcW w:w="8630" w:type="dxa"/>
          </w:tcPr>
          <w:p w14:paraId="045C39DC" w14:textId="77777777" w:rsidR="009A6B8B" w:rsidRPr="009A6B8B" w:rsidRDefault="009A6B8B" w:rsidP="007A3E4F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>Activity Outline:</w:t>
            </w:r>
          </w:p>
          <w:p w14:paraId="61245109" w14:textId="649232EC" w:rsidR="009A6B8B" w:rsidRPr="009A6B8B" w:rsidRDefault="009A6B8B" w:rsidP="009A6B8B">
            <w:pPr>
              <w:numPr>
                <w:ilvl w:val="0"/>
                <w:numId w:val="116"/>
              </w:numPr>
            </w:pPr>
            <w:r w:rsidRPr="009A6B8B">
              <w:rPr>
                <w:u w:val="single"/>
              </w:rPr>
              <w:t>Essential Question:</w:t>
            </w:r>
            <w:r w:rsidRPr="009A6B8B">
              <w:t xml:space="preserve"> Why is proper battery management critical to successful UAS missions?</w:t>
            </w:r>
          </w:p>
          <w:p w14:paraId="4945B53D" w14:textId="256CEDAE" w:rsidR="009A6B8B" w:rsidRPr="009A6B8B" w:rsidRDefault="009A6B8B" w:rsidP="009A6B8B">
            <w:pPr>
              <w:numPr>
                <w:ilvl w:val="0"/>
                <w:numId w:val="116"/>
              </w:numPr>
            </w:pPr>
            <w:r w:rsidRPr="009A6B8B">
              <w:rPr>
                <w:u w:val="single"/>
              </w:rPr>
              <w:t>Lecture</w:t>
            </w:r>
            <w:r w:rsidRPr="009A6B8B">
              <w:t>: Explain the role of battery management and how to monitor telemetry for power usage during flights.</w:t>
            </w:r>
          </w:p>
          <w:p w14:paraId="5F844775" w14:textId="45881734" w:rsidR="009A6B8B" w:rsidRDefault="009A6B8B" w:rsidP="009A6B8B">
            <w:pPr>
              <w:numPr>
                <w:ilvl w:val="0"/>
                <w:numId w:val="116"/>
              </w:numPr>
            </w:pPr>
            <w:r w:rsidRPr="009A6B8B">
              <w:rPr>
                <w:u w:val="single"/>
              </w:rPr>
              <w:t>Hands-On</w:t>
            </w:r>
            <w:r w:rsidRPr="009A6B8B">
              <w:t xml:space="preserve">: Students perform power system checks in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 xml:space="preserve">and/or </w:t>
            </w:r>
            <w:r w:rsidR="0071799C">
              <w:t>any online application</w:t>
            </w:r>
            <w:r w:rsidRPr="009A6B8B">
              <w:t>, set up RTH for low battery scenarios, and practice safe charging and storage procedures.</w:t>
            </w:r>
          </w:p>
          <w:p w14:paraId="41639507" w14:textId="19BF6B4E" w:rsidR="009A6B8B" w:rsidRPr="009A6B8B" w:rsidRDefault="009A6B8B" w:rsidP="009A6B8B">
            <w:pPr>
              <w:numPr>
                <w:ilvl w:val="0"/>
                <w:numId w:val="116"/>
              </w:numPr>
            </w:pPr>
            <w:r w:rsidRPr="009A6B8B">
              <w:rPr>
                <w:u w:val="single"/>
              </w:rPr>
              <w:t>Wrap-Up</w:t>
            </w:r>
            <w:r w:rsidRPr="009A6B8B">
              <w:t>: Discuss the importance of redundancy and having backup power systems in the event of battery failure.</w:t>
            </w:r>
          </w:p>
        </w:tc>
      </w:tr>
      <w:tr w:rsidR="009A6B8B" w:rsidRPr="009A6B8B" w14:paraId="135548FA" w14:textId="77777777">
        <w:tc>
          <w:tcPr>
            <w:tcW w:w="8630" w:type="dxa"/>
          </w:tcPr>
          <w:p w14:paraId="101DC3BA" w14:textId="77777777" w:rsidR="009A6B8B" w:rsidRPr="009A6B8B" w:rsidRDefault="009A6B8B" w:rsidP="007A3E4F">
            <w:pPr>
              <w:rPr>
                <w:b/>
                <w:bCs/>
              </w:rPr>
            </w:pPr>
            <w:r w:rsidRPr="009A6B8B">
              <w:rPr>
                <w:b/>
                <w:bCs/>
              </w:rPr>
              <w:t xml:space="preserve">Assessment: </w:t>
            </w:r>
          </w:p>
          <w:p w14:paraId="19F2D154" w14:textId="72D92999" w:rsidR="009A6B8B" w:rsidRPr="009A6B8B" w:rsidRDefault="009A6B8B" w:rsidP="009A6B8B">
            <w:pPr>
              <w:numPr>
                <w:ilvl w:val="0"/>
                <w:numId w:val="114"/>
              </w:numPr>
            </w:pPr>
            <w:r w:rsidRPr="009A6B8B">
              <w:t>Students complete a battery management checklist and reflect on the telemetry data during simulated flights.</w:t>
            </w:r>
          </w:p>
        </w:tc>
      </w:tr>
    </w:tbl>
    <w:p w14:paraId="263A873B" w14:textId="67E9C764" w:rsidR="0071799C" w:rsidRDefault="0071799C" w:rsidP="00972260">
      <w:pPr>
        <w:spacing w:after="120" w:line="240" w:lineRule="auto"/>
      </w:pPr>
    </w:p>
    <w:p w14:paraId="0E933B9F" w14:textId="77777777" w:rsidR="0071799C" w:rsidRDefault="0071799C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72260" w:rsidRPr="00972260" w14:paraId="39F146ED" w14:textId="77777777">
        <w:tc>
          <w:tcPr>
            <w:tcW w:w="8630" w:type="dxa"/>
          </w:tcPr>
          <w:p w14:paraId="110CFA76" w14:textId="77777777" w:rsidR="00972260" w:rsidRPr="009A6183" w:rsidRDefault="00972260" w:rsidP="008A78A1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lastRenderedPageBreak/>
              <w:t xml:space="preserve"> Day 13: Search and Rescue (SAR) Applications with UAS</w:t>
            </w:r>
          </w:p>
        </w:tc>
      </w:tr>
      <w:tr w:rsidR="00972260" w:rsidRPr="00972260" w14:paraId="01BA32DB" w14:textId="77777777">
        <w:tc>
          <w:tcPr>
            <w:tcW w:w="8630" w:type="dxa"/>
          </w:tcPr>
          <w:p w14:paraId="7A63533F" w14:textId="77777777" w:rsidR="00972260" w:rsidRPr="00972260" w:rsidRDefault="00972260" w:rsidP="008A78A1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Objective: </w:t>
            </w:r>
          </w:p>
          <w:p w14:paraId="783AC591" w14:textId="7ABB3168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Apply UAS technology in search and rescue missions, focusing on thermal imaging and situational awareness.  </w:t>
            </w:r>
          </w:p>
        </w:tc>
      </w:tr>
      <w:tr w:rsidR="00972260" w:rsidRPr="00972260" w14:paraId="5D22F5ED" w14:textId="77777777">
        <w:tc>
          <w:tcPr>
            <w:tcW w:w="8630" w:type="dxa"/>
          </w:tcPr>
          <w:p w14:paraId="2E507E63" w14:textId="77777777" w:rsidR="00972260" w:rsidRPr="00972260" w:rsidRDefault="00972260" w:rsidP="008A78A1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Vocabulary Focus: </w:t>
            </w:r>
          </w:p>
          <w:p w14:paraId="59B590CE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SAR (Search and Rescue), </w:t>
            </w:r>
          </w:p>
          <w:p w14:paraId="621FA78D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Thermal Imaging, </w:t>
            </w:r>
          </w:p>
          <w:p w14:paraId="08AE0D5C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Collision Avoidance, </w:t>
            </w:r>
          </w:p>
          <w:p w14:paraId="5F3DB3AE" w14:textId="736BC694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Situational Awareness.  </w:t>
            </w:r>
          </w:p>
        </w:tc>
      </w:tr>
      <w:tr w:rsidR="00972260" w:rsidRPr="00972260" w14:paraId="637993A4" w14:textId="77777777">
        <w:tc>
          <w:tcPr>
            <w:tcW w:w="8630" w:type="dxa"/>
          </w:tcPr>
          <w:p w14:paraId="641C7324" w14:textId="77777777" w:rsidR="00972260" w:rsidRPr="00972260" w:rsidRDefault="00972260" w:rsidP="008A78A1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Materials: </w:t>
            </w:r>
          </w:p>
          <w:p w14:paraId="10FF3A7E" w14:textId="0C035A0B" w:rsidR="00972260" w:rsidRDefault="0071799C" w:rsidP="00972260">
            <w:pPr>
              <w:numPr>
                <w:ilvl w:val="0"/>
                <w:numId w:val="114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  <w:r w:rsidR="00972260" w:rsidRPr="009A6B8B">
              <w:t xml:space="preserve">  </w:t>
            </w:r>
          </w:p>
          <w:p w14:paraId="21415C2B" w14:textId="327A1833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drone simulators with thermal imaging capabilities.  </w:t>
            </w:r>
          </w:p>
        </w:tc>
      </w:tr>
      <w:tr w:rsidR="00972260" w:rsidRPr="00972260" w14:paraId="1467FECA" w14:textId="77777777" w:rsidTr="00917FA6">
        <w:trPr>
          <w:trHeight w:val="2524"/>
        </w:trPr>
        <w:tc>
          <w:tcPr>
            <w:tcW w:w="8630" w:type="dxa"/>
          </w:tcPr>
          <w:p w14:paraId="15AF06B4" w14:textId="77777777" w:rsidR="00972260" w:rsidRPr="00972260" w:rsidRDefault="00972260" w:rsidP="008A78A1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>Activity Outline:</w:t>
            </w:r>
          </w:p>
          <w:p w14:paraId="76A0F158" w14:textId="043F5801" w:rsidR="00972260" w:rsidRPr="00972260" w:rsidRDefault="00972260" w:rsidP="00972260">
            <w:pPr>
              <w:numPr>
                <w:ilvl w:val="0"/>
                <w:numId w:val="118"/>
              </w:numPr>
            </w:pPr>
            <w:r w:rsidRPr="00972260">
              <w:rPr>
                <w:u w:val="single"/>
              </w:rPr>
              <w:t>Essential Question</w:t>
            </w:r>
            <w:r w:rsidRPr="00972260">
              <w:t>: How can UAS technology be effectively used in search and rescue operations?</w:t>
            </w:r>
          </w:p>
          <w:p w14:paraId="1757A186" w14:textId="555B629E" w:rsidR="00972260" w:rsidRPr="00972260" w:rsidRDefault="00972260" w:rsidP="00972260">
            <w:pPr>
              <w:numPr>
                <w:ilvl w:val="0"/>
                <w:numId w:val="118"/>
              </w:numPr>
            </w:pPr>
            <w:r w:rsidRPr="00972260">
              <w:rPr>
                <w:u w:val="single"/>
              </w:rPr>
              <w:t>Lecture</w:t>
            </w:r>
            <w:r w:rsidRPr="00972260">
              <w:t>: Introduce SAR applications and the role of thermal imaging and situational awareness.</w:t>
            </w:r>
          </w:p>
          <w:p w14:paraId="73D511D8" w14:textId="6A18D648" w:rsidR="00972260" w:rsidRDefault="00972260" w:rsidP="00972260">
            <w:pPr>
              <w:numPr>
                <w:ilvl w:val="0"/>
                <w:numId w:val="118"/>
              </w:numPr>
            </w:pPr>
            <w:r w:rsidRPr="00972260">
              <w:rPr>
                <w:u w:val="single"/>
              </w:rPr>
              <w:t>Hands-On</w:t>
            </w:r>
            <w:r w:rsidRPr="00972260">
              <w:t xml:space="preserve">: Students plan and simulate SAR missions in </w:t>
            </w:r>
            <w:r w:rsidR="0071799C" w:rsidRPr="002B57DF">
              <w:rPr>
                <w:rFonts w:cs="Arial"/>
                <w:szCs w:val="24"/>
              </w:rPr>
              <w:t>UAS Drone Management System Applications, such as Aloft</w:t>
            </w:r>
            <w:r w:rsidR="0071799C" w:rsidRPr="002B57DF">
              <w:rPr>
                <w:rFonts w:cs="Arial"/>
                <w:b/>
                <w:bCs/>
                <w:szCs w:val="24"/>
              </w:rPr>
              <w:t xml:space="preserve"> </w:t>
            </w:r>
            <w:r w:rsidR="0071799C">
              <w:t xml:space="preserve">and/or </w:t>
            </w:r>
            <w:r w:rsidR="0071799C">
              <w:t>any online application</w:t>
            </w:r>
            <w:r w:rsidRPr="00972260">
              <w:t>, using thermal imaging to locate objects in low-visibility conditions.</w:t>
            </w:r>
          </w:p>
          <w:p w14:paraId="4A21F95B" w14:textId="13B3CD3B" w:rsidR="00972260" w:rsidRPr="00972260" w:rsidRDefault="00972260" w:rsidP="00972260">
            <w:pPr>
              <w:numPr>
                <w:ilvl w:val="0"/>
                <w:numId w:val="118"/>
              </w:numPr>
            </w:pPr>
            <w:r w:rsidRPr="00972260">
              <w:rPr>
                <w:u w:val="single"/>
              </w:rPr>
              <w:t>Wrap-Up</w:t>
            </w:r>
            <w:r w:rsidRPr="00972260">
              <w:t>: Review real-world examples of SAR missions and how UAS technology has been deployed to save lives.</w:t>
            </w:r>
          </w:p>
        </w:tc>
      </w:tr>
      <w:tr w:rsidR="00972260" w:rsidRPr="00972260" w14:paraId="50DA5332" w14:textId="77777777">
        <w:tc>
          <w:tcPr>
            <w:tcW w:w="8630" w:type="dxa"/>
          </w:tcPr>
          <w:p w14:paraId="47F640AC" w14:textId="77777777" w:rsidR="00972260" w:rsidRPr="00972260" w:rsidRDefault="00972260" w:rsidP="008A78A1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Assessment: </w:t>
            </w:r>
          </w:p>
          <w:p w14:paraId="0ABEB2B4" w14:textId="704FFEFE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>Submission of SAR mission reports, detailing the use of thermal imaging and situational awareness.</w:t>
            </w:r>
          </w:p>
        </w:tc>
      </w:tr>
    </w:tbl>
    <w:p w14:paraId="7CC1841C" w14:textId="77777777" w:rsidR="00A2569E" w:rsidRDefault="00A2569E" w:rsidP="00972260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72260" w:rsidRPr="00972260" w14:paraId="0AA24E30" w14:textId="77777777" w:rsidTr="00972260">
        <w:tc>
          <w:tcPr>
            <w:tcW w:w="8630" w:type="dxa"/>
          </w:tcPr>
          <w:p w14:paraId="714F4F4E" w14:textId="77777777" w:rsidR="00972260" w:rsidRPr="009A6183" w:rsidRDefault="00972260" w:rsidP="00FB66A4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14: UAS Operational Control and Incident Reporting</w:t>
            </w:r>
          </w:p>
        </w:tc>
      </w:tr>
      <w:tr w:rsidR="00972260" w:rsidRPr="00972260" w14:paraId="44697321" w14:textId="77777777" w:rsidTr="00972260">
        <w:tc>
          <w:tcPr>
            <w:tcW w:w="8630" w:type="dxa"/>
          </w:tcPr>
          <w:p w14:paraId="57338439" w14:textId="77777777" w:rsidR="00972260" w:rsidRPr="00972260" w:rsidRDefault="00972260" w:rsidP="00FB66A4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Objective: </w:t>
            </w:r>
          </w:p>
          <w:p w14:paraId="0F9E3BD1" w14:textId="16F52FB2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Understand how to maintain operational control and document incidents in a structured manner.  </w:t>
            </w:r>
          </w:p>
        </w:tc>
      </w:tr>
      <w:tr w:rsidR="00972260" w:rsidRPr="00972260" w14:paraId="70BCF49A" w14:textId="77777777" w:rsidTr="00972260">
        <w:tc>
          <w:tcPr>
            <w:tcW w:w="8630" w:type="dxa"/>
          </w:tcPr>
          <w:p w14:paraId="1BCDD737" w14:textId="77777777" w:rsidR="00972260" w:rsidRPr="00972260" w:rsidRDefault="00972260" w:rsidP="00FB66A4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Vocabulary Focus: </w:t>
            </w:r>
          </w:p>
          <w:p w14:paraId="426B7B17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Operational Control, </w:t>
            </w:r>
          </w:p>
          <w:p w14:paraId="20E1FA2F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Incident Reporting, </w:t>
            </w:r>
          </w:p>
          <w:p w14:paraId="0D337AE1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Data Retention Policy, </w:t>
            </w:r>
          </w:p>
          <w:p w14:paraId="1C72874A" w14:textId="18479533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Command and Control Link (C2 Link).  </w:t>
            </w:r>
          </w:p>
        </w:tc>
      </w:tr>
      <w:tr w:rsidR="00972260" w:rsidRPr="00972260" w14:paraId="5FF37A97" w14:textId="77777777" w:rsidTr="00972260">
        <w:tc>
          <w:tcPr>
            <w:tcW w:w="8630" w:type="dxa"/>
          </w:tcPr>
          <w:p w14:paraId="4533A2ED" w14:textId="77777777" w:rsidR="00972260" w:rsidRPr="00972260" w:rsidRDefault="00972260" w:rsidP="00FB66A4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Materials: </w:t>
            </w:r>
          </w:p>
          <w:p w14:paraId="7B5E87BC" w14:textId="48A07E70" w:rsidR="00972260" w:rsidRDefault="0071799C" w:rsidP="00972260">
            <w:pPr>
              <w:numPr>
                <w:ilvl w:val="0"/>
                <w:numId w:val="114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  <w:r w:rsidR="00972260" w:rsidRPr="009A6B8B">
              <w:t xml:space="preserve">  </w:t>
            </w:r>
          </w:p>
          <w:p w14:paraId="76B66D47" w14:textId="77777777" w:rsid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incident reporting templates, </w:t>
            </w:r>
          </w:p>
          <w:p w14:paraId="1C00A62B" w14:textId="748A3F97" w:rsidR="00972260" w:rsidRPr="00972260" w:rsidRDefault="00972260" w:rsidP="00972260">
            <w:pPr>
              <w:numPr>
                <w:ilvl w:val="0"/>
                <w:numId w:val="114"/>
              </w:numPr>
            </w:pPr>
            <w:r w:rsidRPr="00972260">
              <w:t xml:space="preserve">C2 link data.  </w:t>
            </w:r>
          </w:p>
        </w:tc>
      </w:tr>
      <w:tr w:rsidR="00972260" w:rsidRPr="00972260" w14:paraId="581BBD91" w14:textId="77777777" w:rsidTr="00972260">
        <w:trPr>
          <w:trHeight w:val="2524"/>
        </w:trPr>
        <w:tc>
          <w:tcPr>
            <w:tcW w:w="8630" w:type="dxa"/>
          </w:tcPr>
          <w:p w14:paraId="5528EA1A" w14:textId="77777777" w:rsidR="00972260" w:rsidRPr="00972260" w:rsidRDefault="00972260" w:rsidP="00FB66A4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lastRenderedPageBreak/>
              <w:t>Activity Outline:</w:t>
            </w:r>
          </w:p>
          <w:p w14:paraId="1DA9CD46" w14:textId="4A4526EE" w:rsidR="00972260" w:rsidRPr="00972260" w:rsidRDefault="00972260" w:rsidP="00972260">
            <w:pPr>
              <w:numPr>
                <w:ilvl w:val="0"/>
                <w:numId w:val="121"/>
              </w:numPr>
            </w:pPr>
            <w:r w:rsidRPr="00972260">
              <w:rPr>
                <w:u w:val="single"/>
              </w:rPr>
              <w:t>Essential Question</w:t>
            </w:r>
            <w:r w:rsidRPr="00972260">
              <w:t>: How do you maintain operational control of a UAS in complex environments and handle incidents effectively?</w:t>
            </w:r>
          </w:p>
          <w:p w14:paraId="1634CA81" w14:textId="3D45B7A2" w:rsidR="00972260" w:rsidRPr="00972260" w:rsidRDefault="00972260" w:rsidP="00972260">
            <w:pPr>
              <w:numPr>
                <w:ilvl w:val="0"/>
                <w:numId w:val="121"/>
              </w:numPr>
            </w:pPr>
            <w:r w:rsidRPr="00972260">
              <w:rPr>
                <w:u w:val="single"/>
              </w:rPr>
              <w:t>Lecture</w:t>
            </w:r>
            <w:r w:rsidRPr="00972260">
              <w:t>: Review operational control measures, the importance of C2 links, and proper incident reporting protocols.</w:t>
            </w:r>
          </w:p>
          <w:p w14:paraId="59E7D6AD" w14:textId="77777777" w:rsidR="00972260" w:rsidRDefault="00972260" w:rsidP="00972260">
            <w:pPr>
              <w:numPr>
                <w:ilvl w:val="0"/>
                <w:numId w:val="121"/>
              </w:numPr>
            </w:pPr>
            <w:r w:rsidRPr="00972260">
              <w:rPr>
                <w:u w:val="single"/>
              </w:rPr>
              <w:t>Hands-On</w:t>
            </w:r>
            <w:r w:rsidRPr="00972260">
              <w:t>: Students practice monitoring C2 links and simulate a situation requiring incident reporting and data retention.</w:t>
            </w:r>
          </w:p>
          <w:p w14:paraId="1AB2CAD3" w14:textId="50A4B606" w:rsidR="00972260" w:rsidRPr="00972260" w:rsidRDefault="00972260" w:rsidP="00972260">
            <w:pPr>
              <w:numPr>
                <w:ilvl w:val="0"/>
                <w:numId w:val="121"/>
              </w:numPr>
            </w:pPr>
            <w:r w:rsidRPr="00972260">
              <w:rPr>
                <w:u w:val="single"/>
              </w:rPr>
              <w:t>Wrap-Up</w:t>
            </w:r>
            <w:r w:rsidRPr="00972260">
              <w:t>: Discuss the significance of operational control and timely incident documentation in preventing future accidents.</w:t>
            </w:r>
          </w:p>
        </w:tc>
      </w:tr>
      <w:tr w:rsidR="00972260" w:rsidRPr="00972260" w14:paraId="64BD6A16" w14:textId="77777777" w:rsidTr="00972260">
        <w:tc>
          <w:tcPr>
            <w:tcW w:w="8630" w:type="dxa"/>
          </w:tcPr>
          <w:p w14:paraId="0AEC4DEF" w14:textId="77777777" w:rsidR="00972260" w:rsidRPr="00972260" w:rsidRDefault="00972260" w:rsidP="00FB66A4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Assessment: </w:t>
            </w:r>
          </w:p>
          <w:p w14:paraId="16DE2EFD" w14:textId="7311BF7F" w:rsidR="00972260" w:rsidRP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>Submit incident reports and analyze the effectiveness of operational control during simulated flights.</w:t>
            </w:r>
          </w:p>
        </w:tc>
      </w:tr>
    </w:tbl>
    <w:p w14:paraId="6E668CE7" w14:textId="77777777" w:rsidR="0071799C" w:rsidRDefault="0071799C" w:rsidP="0071799C">
      <w:pPr>
        <w:spacing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972260" w:rsidRPr="00972260" w14:paraId="2D503589" w14:textId="77777777" w:rsidTr="00972260">
        <w:tc>
          <w:tcPr>
            <w:tcW w:w="8630" w:type="dxa"/>
          </w:tcPr>
          <w:p w14:paraId="6F6C6AF5" w14:textId="501F6D2C" w:rsidR="00972260" w:rsidRPr="009A6183" w:rsidRDefault="00972260" w:rsidP="00F816D0">
            <w:pPr>
              <w:rPr>
                <w:b/>
                <w:bCs/>
                <w:color w:val="244061" w:themeColor="accent1" w:themeShade="80"/>
              </w:rPr>
            </w:pPr>
            <w:r w:rsidRPr="009A6183">
              <w:rPr>
                <w:b/>
                <w:bCs/>
                <w:color w:val="244061" w:themeColor="accent1" w:themeShade="80"/>
              </w:rPr>
              <w:t xml:space="preserve"> Day 15: Final Assessment - Simulated Mission with Full Flight Plan and Post-Flight Analysis</w:t>
            </w:r>
          </w:p>
        </w:tc>
      </w:tr>
      <w:tr w:rsidR="00972260" w:rsidRPr="00972260" w14:paraId="40241396" w14:textId="77777777" w:rsidTr="00972260">
        <w:tc>
          <w:tcPr>
            <w:tcW w:w="8630" w:type="dxa"/>
          </w:tcPr>
          <w:p w14:paraId="59213BB4" w14:textId="77777777" w:rsidR="00972260" w:rsidRPr="00972260" w:rsidRDefault="00972260" w:rsidP="00F816D0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Objective: </w:t>
            </w:r>
          </w:p>
          <w:p w14:paraId="79229E69" w14:textId="689C8EDA" w:rsidR="00972260" w:rsidRP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Demonstrate mastery of drone control, flight planning, and post-flight analysis through a comprehensive simulated mission.  </w:t>
            </w:r>
          </w:p>
        </w:tc>
      </w:tr>
      <w:tr w:rsidR="00972260" w:rsidRPr="00972260" w14:paraId="60CC7D08" w14:textId="77777777" w:rsidTr="00972260">
        <w:tc>
          <w:tcPr>
            <w:tcW w:w="8630" w:type="dxa"/>
          </w:tcPr>
          <w:p w14:paraId="6A6BC444" w14:textId="77777777" w:rsidR="00972260" w:rsidRPr="00972260" w:rsidRDefault="00972260" w:rsidP="00F816D0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Vocabulary Focus: </w:t>
            </w:r>
          </w:p>
          <w:p w14:paraId="3DCDACCC" w14:textId="77777777" w:rsid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Mission Planning, </w:t>
            </w:r>
          </w:p>
          <w:p w14:paraId="20568FAC" w14:textId="77777777" w:rsid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Pre-Flight Checklist, </w:t>
            </w:r>
          </w:p>
          <w:p w14:paraId="2E6AFFD8" w14:textId="77777777" w:rsid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Post-Flight Inspection, </w:t>
            </w:r>
          </w:p>
          <w:p w14:paraId="62BC3021" w14:textId="77777777" w:rsid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Telemetry, </w:t>
            </w:r>
          </w:p>
          <w:p w14:paraId="43103BA2" w14:textId="59E5DF81" w:rsidR="00972260" w:rsidRP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Flight Log.  </w:t>
            </w:r>
          </w:p>
        </w:tc>
      </w:tr>
      <w:tr w:rsidR="00972260" w:rsidRPr="00972260" w14:paraId="44190D12" w14:textId="77777777" w:rsidTr="00972260">
        <w:tc>
          <w:tcPr>
            <w:tcW w:w="8630" w:type="dxa"/>
          </w:tcPr>
          <w:p w14:paraId="59CEC77F" w14:textId="77777777" w:rsidR="00972260" w:rsidRDefault="00972260" w:rsidP="00F816D0">
            <w:r w:rsidRPr="00972260">
              <w:rPr>
                <w:b/>
                <w:bCs/>
              </w:rPr>
              <w:t>Materials</w:t>
            </w:r>
            <w:r w:rsidRPr="00972260">
              <w:t xml:space="preserve">: </w:t>
            </w:r>
          </w:p>
          <w:p w14:paraId="5946A3E7" w14:textId="740C2FDE" w:rsidR="00972260" w:rsidRDefault="0071799C" w:rsidP="00972260">
            <w:pPr>
              <w:numPr>
                <w:ilvl w:val="0"/>
                <w:numId w:val="119"/>
              </w:numPr>
            </w:pPr>
            <w:r w:rsidRPr="002B57DF">
              <w:rPr>
                <w:rFonts w:cs="Arial"/>
                <w:szCs w:val="24"/>
              </w:rPr>
              <w:t>UAS Drone Management System Applications, such as Aloft</w:t>
            </w:r>
            <w:r w:rsidRPr="002B57DF">
              <w:rPr>
                <w:rFonts w:cs="Arial"/>
                <w:b/>
                <w:bCs/>
                <w:szCs w:val="24"/>
              </w:rPr>
              <w:t xml:space="preserve"> </w:t>
            </w:r>
            <w:r>
              <w:t xml:space="preserve">and/or Manual entry log forms </w:t>
            </w:r>
            <w:r w:rsidR="00972260" w:rsidRPr="009A6B8B">
              <w:t xml:space="preserve">  </w:t>
            </w:r>
          </w:p>
          <w:p w14:paraId="626C1F52" w14:textId="77777777" w:rsid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drone simulators, </w:t>
            </w:r>
          </w:p>
          <w:p w14:paraId="1FE58B2D" w14:textId="060AABC4" w:rsidR="00972260" w:rsidRP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 xml:space="preserve">flight log templates.  </w:t>
            </w:r>
          </w:p>
        </w:tc>
      </w:tr>
      <w:tr w:rsidR="00972260" w:rsidRPr="00972260" w14:paraId="69545A52" w14:textId="77777777" w:rsidTr="00D10E00">
        <w:trPr>
          <w:trHeight w:val="2524"/>
        </w:trPr>
        <w:tc>
          <w:tcPr>
            <w:tcW w:w="8630" w:type="dxa"/>
          </w:tcPr>
          <w:p w14:paraId="0165CDC0" w14:textId="77777777" w:rsidR="00972260" w:rsidRPr="00972260" w:rsidRDefault="00972260" w:rsidP="00F816D0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>Activity Outline:</w:t>
            </w:r>
          </w:p>
          <w:p w14:paraId="3992F693" w14:textId="05592A4A" w:rsidR="00972260" w:rsidRPr="00972260" w:rsidRDefault="00972260" w:rsidP="00972260">
            <w:pPr>
              <w:numPr>
                <w:ilvl w:val="0"/>
                <w:numId w:val="123"/>
              </w:numPr>
            </w:pPr>
            <w:r w:rsidRPr="00972260">
              <w:rPr>
                <w:u w:val="single"/>
              </w:rPr>
              <w:t>Essential Question</w:t>
            </w:r>
            <w:r w:rsidRPr="00972260">
              <w:t>: How can you apply all learned skills to plan and execute a successful UAS mission?</w:t>
            </w:r>
          </w:p>
          <w:p w14:paraId="560A253E" w14:textId="451E93CF" w:rsidR="00972260" w:rsidRPr="00972260" w:rsidRDefault="00972260" w:rsidP="00972260">
            <w:pPr>
              <w:numPr>
                <w:ilvl w:val="0"/>
                <w:numId w:val="123"/>
              </w:numPr>
            </w:pPr>
            <w:r w:rsidRPr="00972260">
              <w:rPr>
                <w:u w:val="single"/>
              </w:rPr>
              <w:t>Lecture:</w:t>
            </w:r>
            <w:r w:rsidRPr="00972260">
              <w:t xml:space="preserve"> Brief recap of mission planning, safety checklists, and post-flight inspections.</w:t>
            </w:r>
          </w:p>
          <w:p w14:paraId="38A7989A" w14:textId="77777777" w:rsidR="00972260" w:rsidRDefault="00972260" w:rsidP="00972260">
            <w:pPr>
              <w:numPr>
                <w:ilvl w:val="0"/>
                <w:numId w:val="123"/>
              </w:numPr>
            </w:pPr>
            <w:r w:rsidRPr="00972260">
              <w:rPr>
                <w:u w:val="single"/>
              </w:rPr>
              <w:t>Hands-On</w:t>
            </w:r>
            <w:r w:rsidRPr="00972260">
              <w:t>: Students conduct a full mission simulation, including pre-flight checklists, in-flight telemetry monitoring, and post-flight inspections using Aloft.</w:t>
            </w:r>
          </w:p>
          <w:p w14:paraId="10174F92" w14:textId="4C88D6DC" w:rsidR="00972260" w:rsidRPr="00972260" w:rsidRDefault="00972260" w:rsidP="00972260">
            <w:pPr>
              <w:numPr>
                <w:ilvl w:val="0"/>
                <w:numId w:val="123"/>
              </w:numPr>
            </w:pPr>
            <w:r w:rsidRPr="00972260">
              <w:rPr>
                <w:u w:val="single"/>
              </w:rPr>
              <w:t>Wrap-Up</w:t>
            </w:r>
            <w:r w:rsidRPr="00972260">
              <w:t>: Group debrief on flight performance, safety adherence, and post-flight analysis.</w:t>
            </w:r>
          </w:p>
        </w:tc>
      </w:tr>
      <w:tr w:rsidR="00972260" w:rsidRPr="00972260" w14:paraId="5E7EDDBE" w14:textId="77777777" w:rsidTr="00972260">
        <w:tc>
          <w:tcPr>
            <w:tcW w:w="8630" w:type="dxa"/>
          </w:tcPr>
          <w:p w14:paraId="6AE3AD47" w14:textId="77777777" w:rsidR="00972260" w:rsidRPr="00972260" w:rsidRDefault="00972260" w:rsidP="00F816D0">
            <w:pPr>
              <w:rPr>
                <w:b/>
                <w:bCs/>
              </w:rPr>
            </w:pPr>
            <w:r w:rsidRPr="00972260">
              <w:rPr>
                <w:b/>
                <w:bCs/>
              </w:rPr>
              <w:t xml:space="preserve">Assessment: </w:t>
            </w:r>
          </w:p>
          <w:p w14:paraId="0617EA29" w14:textId="68FA7191" w:rsidR="00972260" w:rsidRPr="00972260" w:rsidRDefault="00972260" w:rsidP="00972260">
            <w:pPr>
              <w:numPr>
                <w:ilvl w:val="0"/>
                <w:numId w:val="119"/>
              </w:numPr>
            </w:pPr>
            <w:r w:rsidRPr="00972260">
              <w:t>Comprehensive mission report, including pre-flight planning, flight performance, telemetry data analysis, and post-flight inspection results.</w:t>
            </w:r>
          </w:p>
        </w:tc>
      </w:tr>
    </w:tbl>
    <w:p w14:paraId="566CC84F" w14:textId="77777777" w:rsidR="00A2569E" w:rsidRDefault="00A2569E" w:rsidP="00A2569E"/>
    <w:p w14:paraId="38735C6C" w14:textId="77777777" w:rsidR="00FF226E" w:rsidRDefault="00FF226E" w:rsidP="006C245E">
      <w:pPr>
        <w:spacing w:after="0" w:line="240" w:lineRule="auto"/>
        <w:rPr>
          <w:rFonts w:cs="Arial"/>
          <w:szCs w:val="24"/>
        </w:rPr>
      </w:pPr>
    </w:p>
    <w:sectPr w:rsidR="00FF226E" w:rsidSect="00AF2A20">
      <w:headerReference w:type="first" r:id="rId12"/>
      <w:pgSz w:w="12240" w:h="15840"/>
      <w:pgMar w:top="5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BDF0A" w14:textId="77777777" w:rsidR="003D3E35" w:rsidRDefault="003D3E35">
      <w:pPr>
        <w:spacing w:after="0" w:line="240" w:lineRule="auto"/>
      </w:pPr>
      <w:r>
        <w:separator/>
      </w:r>
    </w:p>
  </w:endnote>
  <w:endnote w:type="continuationSeparator" w:id="0">
    <w:p w14:paraId="07239686" w14:textId="77777777" w:rsidR="003D3E35" w:rsidRDefault="003D3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4693" w14:textId="73E4E291" w:rsidR="00ED5734" w:rsidRDefault="00ED5734" w:rsidP="00ED5734">
    <w:pPr>
      <w:pStyle w:val="Footer"/>
    </w:pPr>
    <w:r>
      <w:t>©202</w:t>
    </w:r>
    <w:r w:rsidR="00DD41B6">
      <w:t>6</w:t>
    </w:r>
    <w:r>
      <w:t xml:space="preserve"> DronePilotsForUS</w:t>
    </w:r>
    <w:r>
      <w:tab/>
    </w:r>
    <w:sdt>
      <w:sdtPr>
        <w:id w:val="11308179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F378EE"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C959F18" w14:textId="006EE1F6" w:rsidR="00ED5734" w:rsidRDefault="00ED5734" w:rsidP="00ED5734">
    <w:pPr>
      <w:pStyle w:val="Footer"/>
      <w:tabs>
        <w:tab w:val="clear" w:pos="4680"/>
        <w:tab w:val="clear" w:pos="9360"/>
      </w:tabs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5290" w14:textId="601B8942" w:rsidR="006C245E" w:rsidRDefault="006C245E" w:rsidP="006C245E">
    <w:pPr>
      <w:pStyle w:val="Footer"/>
    </w:pPr>
    <w:r>
      <w:t>©2026 DronePilotsForUS</w:t>
    </w:r>
    <w:r>
      <w:tab/>
    </w:r>
    <w:sdt>
      <w:sdtPr>
        <w:id w:val="100694417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rPr>
            <w:noProof/>
          </w:rPr>
          <w:fldChar w:fldCharType="end"/>
        </w:r>
      </w:sdtContent>
    </w:sdt>
  </w:p>
  <w:p w14:paraId="0DAA37A1" w14:textId="77777777" w:rsidR="006C245E" w:rsidRDefault="006C245E" w:rsidP="006C245E">
    <w:pPr>
      <w:pStyle w:val="Footer"/>
      <w:tabs>
        <w:tab w:val="clear" w:pos="4680"/>
        <w:tab w:val="clear" w:pos="9360"/>
      </w:tabs>
      <w:jc w:val="both"/>
    </w:pPr>
  </w:p>
  <w:p w14:paraId="114EFB11" w14:textId="77777777" w:rsidR="006C245E" w:rsidRDefault="006C24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734EC" w14:textId="77777777" w:rsidR="003D3E35" w:rsidRDefault="003D3E35">
      <w:pPr>
        <w:spacing w:after="0" w:line="240" w:lineRule="auto"/>
      </w:pPr>
      <w:r>
        <w:separator/>
      </w:r>
    </w:p>
  </w:footnote>
  <w:footnote w:type="continuationSeparator" w:id="0">
    <w:p w14:paraId="423A65B1" w14:textId="77777777" w:rsidR="003D3E35" w:rsidRDefault="003D3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4E63" w14:textId="21BA441F" w:rsidR="00DA64A1" w:rsidRDefault="00DA64A1">
    <w:pPr>
      <w:pStyle w:val="Header"/>
    </w:pPr>
  </w:p>
  <w:p w14:paraId="2C2129BB" w14:textId="1C124A55" w:rsidR="005F349B" w:rsidRDefault="005F34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6097"/>
      <w:gridCol w:w="2533"/>
    </w:tblGrid>
    <w:tr w:rsidR="00830861" w14:paraId="4030D5DD" w14:textId="77777777" w:rsidTr="00352AB1">
      <w:tc>
        <w:tcPr>
          <w:tcW w:w="6768" w:type="dxa"/>
        </w:tcPr>
        <w:p w14:paraId="5177E029" w14:textId="1929CB36" w:rsidR="001047CB" w:rsidRDefault="00A2569E" w:rsidP="006C245E">
          <w:pPr>
            <w:pStyle w:val="Header"/>
            <w:rPr>
              <w:b/>
              <w:bCs/>
              <w:sz w:val="72"/>
              <w:szCs w:val="56"/>
            </w:rPr>
          </w:pPr>
          <w:r>
            <w:rPr>
              <w:b/>
              <w:bCs/>
              <w:sz w:val="72"/>
              <w:szCs w:val="56"/>
            </w:rPr>
            <w:t>Advanced Drone Piloting</w:t>
          </w:r>
          <w:r w:rsidR="001047CB" w:rsidRPr="001047CB">
            <w:rPr>
              <w:b/>
              <w:bCs/>
              <w:sz w:val="72"/>
              <w:szCs w:val="56"/>
            </w:rPr>
            <w:t xml:space="preserve"> </w:t>
          </w:r>
        </w:p>
        <w:p w14:paraId="4A1DFD03" w14:textId="77777777" w:rsidR="001047CB" w:rsidRPr="00A2569E" w:rsidRDefault="001047CB" w:rsidP="006C245E">
          <w:pPr>
            <w:pStyle w:val="Header"/>
            <w:rPr>
              <w:b/>
              <w:bCs/>
              <w:sz w:val="48"/>
              <w:szCs w:val="44"/>
            </w:rPr>
          </w:pPr>
          <w:r w:rsidRPr="00A2569E">
            <w:rPr>
              <w:b/>
              <w:bCs/>
              <w:sz w:val="48"/>
              <w:szCs w:val="44"/>
            </w:rPr>
            <w:t xml:space="preserve">Unit Plan: </w:t>
          </w:r>
        </w:p>
        <w:p w14:paraId="57356E82" w14:textId="1DA98B41" w:rsidR="006C245E" w:rsidRPr="00DA64A1" w:rsidRDefault="00A2569E" w:rsidP="006C245E">
          <w:pPr>
            <w:pStyle w:val="Header"/>
            <w:rPr>
              <w:b/>
              <w:bCs/>
            </w:rPr>
          </w:pPr>
          <w:r w:rsidRPr="00A2569E">
            <w:rPr>
              <w:b/>
              <w:bCs/>
              <w:sz w:val="32"/>
              <w:szCs w:val="28"/>
            </w:rPr>
            <w:t>Real-world applications and vocabulary integrations</w:t>
          </w:r>
          <w:r w:rsidR="00425C5E">
            <w:rPr>
              <w:b/>
              <w:bCs/>
              <w:sz w:val="36"/>
              <w:szCs w:val="32"/>
            </w:rPr>
            <w:t xml:space="preserve"> </w:t>
          </w:r>
          <w:r w:rsidR="006C245E" w:rsidRPr="001047CB">
            <w:rPr>
              <w:b/>
              <w:bCs/>
              <w:sz w:val="36"/>
              <w:szCs w:val="32"/>
            </w:rPr>
            <w:t xml:space="preserve"> </w:t>
          </w:r>
        </w:p>
      </w:tc>
      <w:tc>
        <w:tcPr>
          <w:tcW w:w="2088" w:type="dxa"/>
        </w:tcPr>
        <w:p w14:paraId="0F44820C" w14:textId="77777777" w:rsidR="00A2569E" w:rsidRDefault="00A2569E" w:rsidP="006C245E">
          <w:pPr>
            <w:pStyle w:val="Header"/>
            <w:rPr>
              <w:noProof/>
            </w:rPr>
          </w:pPr>
        </w:p>
        <w:p w14:paraId="4BFCA3B2" w14:textId="77777777" w:rsidR="00A2569E" w:rsidRDefault="00A2569E" w:rsidP="006C245E">
          <w:pPr>
            <w:pStyle w:val="Header"/>
          </w:pPr>
        </w:p>
        <w:p w14:paraId="37DD4F1D" w14:textId="04A86A24" w:rsidR="006C245E" w:rsidRDefault="006C245E" w:rsidP="006C245E">
          <w:pPr>
            <w:pStyle w:val="Header"/>
          </w:pPr>
          <w:r>
            <w:rPr>
              <w:noProof/>
            </w:rPr>
            <w:drawing>
              <wp:inline distT="0" distB="0" distL="0" distR="0" wp14:anchorId="2C896052" wp14:editId="30CC177F">
                <wp:extent cx="1471295" cy="1075509"/>
                <wp:effectExtent l="0" t="0" r="0" b="0"/>
                <wp:docPr id="1" name="Picture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7481" cy="10946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6304954" w14:textId="77777777" w:rsidR="006C245E" w:rsidRDefault="006C24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15FDF" w14:textId="77777777" w:rsidR="00AF2A20" w:rsidRPr="00AF2A20" w:rsidRDefault="00AF2A20" w:rsidP="00AF2A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B25512"/>
    <w:multiLevelType w:val="hybridMultilevel"/>
    <w:tmpl w:val="AD809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0D04FC0"/>
    <w:multiLevelType w:val="multilevel"/>
    <w:tmpl w:val="624EDB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" w15:restartNumberingAfterBreak="0">
    <w:nsid w:val="00F01B90"/>
    <w:multiLevelType w:val="hybridMultilevel"/>
    <w:tmpl w:val="55FE7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F31797"/>
    <w:multiLevelType w:val="multilevel"/>
    <w:tmpl w:val="3C68BEB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01000023"/>
    <w:multiLevelType w:val="hybridMultilevel"/>
    <w:tmpl w:val="E1503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18E4819"/>
    <w:multiLevelType w:val="multilevel"/>
    <w:tmpl w:val="6576C96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 w15:restartNumberingAfterBreak="0">
    <w:nsid w:val="036B528C"/>
    <w:multiLevelType w:val="multilevel"/>
    <w:tmpl w:val="FA48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4927754"/>
    <w:multiLevelType w:val="hybridMultilevel"/>
    <w:tmpl w:val="F5F44B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0638332B"/>
    <w:multiLevelType w:val="hybridMultilevel"/>
    <w:tmpl w:val="614E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6FA4C9F"/>
    <w:multiLevelType w:val="hybridMultilevel"/>
    <w:tmpl w:val="6BA86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281EEF"/>
    <w:multiLevelType w:val="hybridMultilevel"/>
    <w:tmpl w:val="0E341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8375687"/>
    <w:multiLevelType w:val="hybridMultilevel"/>
    <w:tmpl w:val="CD3873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89977A6"/>
    <w:multiLevelType w:val="multilevel"/>
    <w:tmpl w:val="BBE4D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9930F30"/>
    <w:multiLevelType w:val="hybridMultilevel"/>
    <w:tmpl w:val="0D142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A871FF2"/>
    <w:multiLevelType w:val="hybridMultilevel"/>
    <w:tmpl w:val="455C6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BD77241"/>
    <w:multiLevelType w:val="hybridMultilevel"/>
    <w:tmpl w:val="209A22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0A8269B"/>
    <w:multiLevelType w:val="hybridMultilevel"/>
    <w:tmpl w:val="84424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19A7EDB"/>
    <w:multiLevelType w:val="hybridMultilevel"/>
    <w:tmpl w:val="D3DC2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28E17FD"/>
    <w:multiLevelType w:val="hybridMultilevel"/>
    <w:tmpl w:val="005C3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12400D"/>
    <w:multiLevelType w:val="hybridMultilevel"/>
    <w:tmpl w:val="A372D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0257A7"/>
    <w:multiLevelType w:val="hybridMultilevel"/>
    <w:tmpl w:val="BD9E0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71A66F0"/>
    <w:multiLevelType w:val="hybridMultilevel"/>
    <w:tmpl w:val="BA70E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7606CF2"/>
    <w:multiLevelType w:val="hybridMultilevel"/>
    <w:tmpl w:val="4FA02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972D75"/>
    <w:multiLevelType w:val="multilevel"/>
    <w:tmpl w:val="32B8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BD5606A"/>
    <w:multiLevelType w:val="hybridMultilevel"/>
    <w:tmpl w:val="5FA83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CD019D6"/>
    <w:multiLevelType w:val="multilevel"/>
    <w:tmpl w:val="DFB4B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1ECB7FE3"/>
    <w:multiLevelType w:val="hybridMultilevel"/>
    <w:tmpl w:val="28F0E2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F2E6F62"/>
    <w:multiLevelType w:val="hybridMultilevel"/>
    <w:tmpl w:val="B450FE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BC749A"/>
    <w:multiLevelType w:val="hybridMultilevel"/>
    <w:tmpl w:val="8E221E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21A7A43"/>
    <w:multiLevelType w:val="hybridMultilevel"/>
    <w:tmpl w:val="763A09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22E7458"/>
    <w:multiLevelType w:val="multilevel"/>
    <w:tmpl w:val="386E3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31E72A7"/>
    <w:multiLevelType w:val="multilevel"/>
    <w:tmpl w:val="8668E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39419BD"/>
    <w:multiLevelType w:val="multilevel"/>
    <w:tmpl w:val="47C0F05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2" w15:restartNumberingAfterBreak="0">
    <w:nsid w:val="24BF6AC5"/>
    <w:multiLevelType w:val="hybridMultilevel"/>
    <w:tmpl w:val="543AB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5502BC6"/>
    <w:multiLevelType w:val="multilevel"/>
    <w:tmpl w:val="318C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5C4010D"/>
    <w:multiLevelType w:val="multilevel"/>
    <w:tmpl w:val="2222F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266D5A46"/>
    <w:multiLevelType w:val="hybridMultilevel"/>
    <w:tmpl w:val="E606F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72C017B"/>
    <w:multiLevelType w:val="hybridMultilevel"/>
    <w:tmpl w:val="A78AE9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8893944"/>
    <w:multiLevelType w:val="multilevel"/>
    <w:tmpl w:val="5AC81A3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8" w15:restartNumberingAfterBreak="0">
    <w:nsid w:val="289E7031"/>
    <w:multiLevelType w:val="hybridMultilevel"/>
    <w:tmpl w:val="99F6E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28B44E8F"/>
    <w:multiLevelType w:val="hybridMultilevel"/>
    <w:tmpl w:val="2D185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B132377"/>
    <w:multiLevelType w:val="hybridMultilevel"/>
    <w:tmpl w:val="A36A9A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BF50673"/>
    <w:multiLevelType w:val="multilevel"/>
    <w:tmpl w:val="5918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33075A09"/>
    <w:multiLevelType w:val="hybridMultilevel"/>
    <w:tmpl w:val="94E8F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33724B5E"/>
    <w:multiLevelType w:val="hybridMultilevel"/>
    <w:tmpl w:val="7F623F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3E76953"/>
    <w:multiLevelType w:val="hybridMultilevel"/>
    <w:tmpl w:val="DAE418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3E87627"/>
    <w:multiLevelType w:val="hybridMultilevel"/>
    <w:tmpl w:val="F4ACF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4AE2B41"/>
    <w:multiLevelType w:val="hybridMultilevel"/>
    <w:tmpl w:val="46A6C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5AF334D"/>
    <w:multiLevelType w:val="hybridMultilevel"/>
    <w:tmpl w:val="A132AA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63975E8"/>
    <w:multiLevelType w:val="hybridMultilevel"/>
    <w:tmpl w:val="CEFA0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6A51E16"/>
    <w:multiLevelType w:val="hybridMultilevel"/>
    <w:tmpl w:val="52842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7672E9C"/>
    <w:multiLevelType w:val="hybridMultilevel"/>
    <w:tmpl w:val="EE8AB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D274856"/>
    <w:multiLevelType w:val="multilevel"/>
    <w:tmpl w:val="839A5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E71235D"/>
    <w:multiLevelType w:val="hybridMultilevel"/>
    <w:tmpl w:val="B90CB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06E6B7C"/>
    <w:multiLevelType w:val="hybridMultilevel"/>
    <w:tmpl w:val="57642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41BA3E58"/>
    <w:multiLevelType w:val="hybridMultilevel"/>
    <w:tmpl w:val="FE76A1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1DE2BAF"/>
    <w:multiLevelType w:val="multilevel"/>
    <w:tmpl w:val="3D180DB0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6" w15:restartNumberingAfterBreak="0">
    <w:nsid w:val="426B4F05"/>
    <w:multiLevelType w:val="hybridMultilevel"/>
    <w:tmpl w:val="8E70C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2B97481"/>
    <w:multiLevelType w:val="multilevel"/>
    <w:tmpl w:val="A82C5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44576DEC"/>
    <w:multiLevelType w:val="hybridMultilevel"/>
    <w:tmpl w:val="73C49EAE"/>
    <w:lvl w:ilvl="0" w:tplc="04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69" w15:restartNumberingAfterBreak="0">
    <w:nsid w:val="44DD2707"/>
    <w:multiLevelType w:val="multilevel"/>
    <w:tmpl w:val="CA1ACEA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0" w15:restartNumberingAfterBreak="0">
    <w:nsid w:val="44F419EC"/>
    <w:multiLevelType w:val="hybridMultilevel"/>
    <w:tmpl w:val="0AE66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4F4780D"/>
    <w:multiLevelType w:val="hybridMultilevel"/>
    <w:tmpl w:val="0654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51465EE"/>
    <w:multiLevelType w:val="hybridMultilevel"/>
    <w:tmpl w:val="4CC8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54A666D"/>
    <w:multiLevelType w:val="multilevel"/>
    <w:tmpl w:val="625848A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4" w15:restartNumberingAfterBreak="0">
    <w:nsid w:val="45BD2F9F"/>
    <w:multiLevelType w:val="hybridMultilevel"/>
    <w:tmpl w:val="D2F6C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7635877"/>
    <w:multiLevelType w:val="hybridMultilevel"/>
    <w:tmpl w:val="4FD4E3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76F2F1A"/>
    <w:multiLevelType w:val="multilevel"/>
    <w:tmpl w:val="4B1E1CD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7" w15:restartNumberingAfterBreak="0">
    <w:nsid w:val="47A30C96"/>
    <w:multiLevelType w:val="hybridMultilevel"/>
    <w:tmpl w:val="1A1AD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A00183B"/>
    <w:multiLevelType w:val="multilevel"/>
    <w:tmpl w:val="8B001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AAB33E0"/>
    <w:multiLevelType w:val="hybridMultilevel"/>
    <w:tmpl w:val="078CF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B0C5628"/>
    <w:multiLevelType w:val="multilevel"/>
    <w:tmpl w:val="282C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D8B1DF1"/>
    <w:multiLevelType w:val="hybridMultilevel"/>
    <w:tmpl w:val="C03EA8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E9B5A71"/>
    <w:multiLevelType w:val="hybridMultilevel"/>
    <w:tmpl w:val="22F686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FB23503"/>
    <w:multiLevelType w:val="multilevel"/>
    <w:tmpl w:val="DF94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4FCA3102"/>
    <w:multiLevelType w:val="hybridMultilevel"/>
    <w:tmpl w:val="9E1A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0DD6F87"/>
    <w:multiLevelType w:val="multilevel"/>
    <w:tmpl w:val="BDFE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21367D6"/>
    <w:multiLevelType w:val="multilevel"/>
    <w:tmpl w:val="8E1E8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21E0DB7"/>
    <w:multiLevelType w:val="multilevel"/>
    <w:tmpl w:val="C03E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52EB4CB9"/>
    <w:multiLevelType w:val="multilevel"/>
    <w:tmpl w:val="15B2C5B2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9" w15:restartNumberingAfterBreak="0">
    <w:nsid w:val="540B7DE9"/>
    <w:multiLevelType w:val="hybridMultilevel"/>
    <w:tmpl w:val="68D40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4946EC1"/>
    <w:multiLevelType w:val="hybridMultilevel"/>
    <w:tmpl w:val="70FAC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597E55"/>
    <w:multiLevelType w:val="hybridMultilevel"/>
    <w:tmpl w:val="7FE0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5D63DE0"/>
    <w:multiLevelType w:val="multilevel"/>
    <w:tmpl w:val="08785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570D598A"/>
    <w:multiLevelType w:val="multilevel"/>
    <w:tmpl w:val="BD2CBB5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4" w15:restartNumberingAfterBreak="0">
    <w:nsid w:val="579C36CB"/>
    <w:multiLevelType w:val="hybridMultilevel"/>
    <w:tmpl w:val="590A4B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A385E5D"/>
    <w:multiLevelType w:val="hybridMultilevel"/>
    <w:tmpl w:val="F352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A430B39"/>
    <w:multiLevelType w:val="hybridMultilevel"/>
    <w:tmpl w:val="6644B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BE2352A"/>
    <w:multiLevelType w:val="hybridMultilevel"/>
    <w:tmpl w:val="F32EB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C404033"/>
    <w:multiLevelType w:val="hybridMultilevel"/>
    <w:tmpl w:val="360E22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CC35CE8"/>
    <w:multiLevelType w:val="multilevel"/>
    <w:tmpl w:val="09FC579C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0" w15:restartNumberingAfterBreak="0">
    <w:nsid w:val="5E104DBC"/>
    <w:multiLevelType w:val="multilevel"/>
    <w:tmpl w:val="FB34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F561DFE"/>
    <w:multiLevelType w:val="multilevel"/>
    <w:tmpl w:val="9840378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2" w15:restartNumberingAfterBreak="0">
    <w:nsid w:val="5F743CAD"/>
    <w:multiLevelType w:val="hybridMultilevel"/>
    <w:tmpl w:val="E8D83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07D55D5"/>
    <w:multiLevelType w:val="multilevel"/>
    <w:tmpl w:val="059CA43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4" w15:restartNumberingAfterBreak="0">
    <w:nsid w:val="636D1EA6"/>
    <w:multiLevelType w:val="hybridMultilevel"/>
    <w:tmpl w:val="3DBCB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5007056"/>
    <w:multiLevelType w:val="hybridMultilevel"/>
    <w:tmpl w:val="47DE6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8EF5D4F"/>
    <w:multiLevelType w:val="multilevel"/>
    <w:tmpl w:val="C980AA1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7" w15:restartNumberingAfterBreak="0">
    <w:nsid w:val="6BC2353E"/>
    <w:multiLevelType w:val="hybridMultilevel"/>
    <w:tmpl w:val="B6D46A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C4C62AE"/>
    <w:multiLevelType w:val="multilevel"/>
    <w:tmpl w:val="DABC0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9" w15:restartNumberingAfterBreak="0">
    <w:nsid w:val="6D313926"/>
    <w:multiLevelType w:val="hybridMultilevel"/>
    <w:tmpl w:val="2D0CA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EEE7245"/>
    <w:multiLevelType w:val="hybridMultilevel"/>
    <w:tmpl w:val="2354A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F4D3DA4"/>
    <w:multiLevelType w:val="multilevel"/>
    <w:tmpl w:val="E34A1104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12" w15:restartNumberingAfterBreak="0">
    <w:nsid w:val="73654348"/>
    <w:multiLevelType w:val="hybridMultilevel"/>
    <w:tmpl w:val="FDC071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3B35E5D"/>
    <w:multiLevelType w:val="hybridMultilevel"/>
    <w:tmpl w:val="7F020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47046CE"/>
    <w:multiLevelType w:val="multilevel"/>
    <w:tmpl w:val="0EFC5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5" w15:restartNumberingAfterBreak="0">
    <w:nsid w:val="77070870"/>
    <w:multiLevelType w:val="multilevel"/>
    <w:tmpl w:val="BFD6E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73F6FC1"/>
    <w:multiLevelType w:val="hybridMultilevel"/>
    <w:tmpl w:val="FB965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8361164"/>
    <w:multiLevelType w:val="hybridMultilevel"/>
    <w:tmpl w:val="1AD24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8A24410"/>
    <w:multiLevelType w:val="hybridMultilevel"/>
    <w:tmpl w:val="3EACB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A846007"/>
    <w:multiLevelType w:val="hybridMultilevel"/>
    <w:tmpl w:val="7B748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CE64F8C"/>
    <w:multiLevelType w:val="hybridMultilevel"/>
    <w:tmpl w:val="04324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D4514F5"/>
    <w:multiLevelType w:val="multilevel"/>
    <w:tmpl w:val="81B8169E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2" w15:restartNumberingAfterBreak="0">
    <w:nsid w:val="7DDC4267"/>
    <w:multiLevelType w:val="hybridMultilevel"/>
    <w:tmpl w:val="0448B0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EB116ED"/>
    <w:multiLevelType w:val="hybridMultilevel"/>
    <w:tmpl w:val="61546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5018642">
    <w:abstractNumId w:val="8"/>
  </w:num>
  <w:num w:numId="2" w16cid:durableId="61756349">
    <w:abstractNumId w:val="6"/>
  </w:num>
  <w:num w:numId="3" w16cid:durableId="596253894">
    <w:abstractNumId w:val="5"/>
  </w:num>
  <w:num w:numId="4" w16cid:durableId="753673846">
    <w:abstractNumId w:val="4"/>
  </w:num>
  <w:num w:numId="5" w16cid:durableId="935753508">
    <w:abstractNumId w:val="7"/>
  </w:num>
  <w:num w:numId="6" w16cid:durableId="1651474414">
    <w:abstractNumId w:val="3"/>
  </w:num>
  <w:num w:numId="7" w16cid:durableId="1404569514">
    <w:abstractNumId w:val="2"/>
  </w:num>
  <w:num w:numId="8" w16cid:durableId="437137298">
    <w:abstractNumId w:val="1"/>
  </w:num>
  <w:num w:numId="9" w16cid:durableId="183906397">
    <w:abstractNumId w:val="0"/>
  </w:num>
  <w:num w:numId="10" w16cid:durableId="252595800">
    <w:abstractNumId w:val="43"/>
  </w:num>
  <w:num w:numId="11" w16cid:durableId="1890726319">
    <w:abstractNumId w:val="87"/>
  </w:num>
  <w:num w:numId="12" w16cid:durableId="299575619">
    <w:abstractNumId w:val="83"/>
  </w:num>
  <w:num w:numId="13" w16cid:durableId="2109231330">
    <w:abstractNumId w:val="32"/>
  </w:num>
  <w:num w:numId="14" w16cid:durableId="164712270">
    <w:abstractNumId w:val="67"/>
  </w:num>
  <w:num w:numId="15" w16cid:durableId="581376044">
    <w:abstractNumId w:val="44"/>
  </w:num>
  <w:num w:numId="16" w16cid:durableId="958996814">
    <w:abstractNumId w:val="15"/>
  </w:num>
  <w:num w:numId="17" w16cid:durableId="1210259966">
    <w:abstractNumId w:val="115"/>
  </w:num>
  <w:num w:numId="18" w16cid:durableId="214704087">
    <w:abstractNumId w:val="85"/>
  </w:num>
  <w:num w:numId="19" w16cid:durableId="1205797899">
    <w:abstractNumId w:val="39"/>
  </w:num>
  <w:num w:numId="20" w16cid:durableId="2003047085">
    <w:abstractNumId w:val="86"/>
  </w:num>
  <w:num w:numId="21" w16cid:durableId="1351681890">
    <w:abstractNumId w:val="51"/>
  </w:num>
  <w:num w:numId="22" w16cid:durableId="724371821">
    <w:abstractNumId w:val="108"/>
  </w:num>
  <w:num w:numId="23" w16cid:durableId="2094430227">
    <w:abstractNumId w:val="78"/>
  </w:num>
  <w:num w:numId="24" w16cid:durableId="1465611200">
    <w:abstractNumId w:val="61"/>
  </w:num>
  <w:num w:numId="25" w16cid:durableId="155614131">
    <w:abstractNumId w:val="92"/>
  </w:num>
  <w:num w:numId="26" w16cid:durableId="977536283">
    <w:abstractNumId w:val="80"/>
  </w:num>
  <w:num w:numId="27" w16cid:durableId="719210561">
    <w:abstractNumId w:val="21"/>
  </w:num>
  <w:num w:numId="28" w16cid:durableId="1054234528">
    <w:abstractNumId w:val="34"/>
  </w:num>
  <w:num w:numId="29" w16cid:durableId="819149229">
    <w:abstractNumId w:val="100"/>
  </w:num>
  <w:num w:numId="30" w16cid:durableId="1086461200">
    <w:abstractNumId w:val="114"/>
  </w:num>
  <w:num w:numId="31" w16cid:durableId="1865363264">
    <w:abstractNumId w:val="40"/>
  </w:num>
  <w:num w:numId="32" w16cid:durableId="1370564720">
    <w:abstractNumId w:val="9"/>
  </w:num>
  <w:num w:numId="33" w16cid:durableId="1395005994">
    <w:abstractNumId w:val="20"/>
  </w:num>
  <w:num w:numId="34" w16cid:durableId="645815637">
    <w:abstractNumId w:val="75"/>
  </w:num>
  <w:num w:numId="35" w16cid:durableId="238832912">
    <w:abstractNumId w:val="49"/>
  </w:num>
  <w:num w:numId="36" w16cid:durableId="1937712934">
    <w:abstractNumId w:val="16"/>
  </w:num>
  <w:num w:numId="37" w16cid:durableId="1247806588">
    <w:abstractNumId w:val="56"/>
  </w:num>
  <w:num w:numId="38" w16cid:durableId="2144032185">
    <w:abstractNumId w:val="46"/>
  </w:num>
  <w:num w:numId="39" w16cid:durableId="298732394">
    <w:abstractNumId w:val="99"/>
  </w:num>
  <w:num w:numId="40" w16cid:durableId="1463307850">
    <w:abstractNumId w:val="47"/>
  </w:num>
  <w:num w:numId="41" w16cid:durableId="649603744">
    <w:abstractNumId w:val="73"/>
  </w:num>
  <w:num w:numId="42" w16cid:durableId="185949115">
    <w:abstractNumId w:val="106"/>
  </w:num>
  <w:num w:numId="43" w16cid:durableId="292444199">
    <w:abstractNumId w:val="12"/>
  </w:num>
  <w:num w:numId="44" w16cid:durableId="254019487">
    <w:abstractNumId w:val="69"/>
  </w:num>
  <w:num w:numId="45" w16cid:durableId="1801611550">
    <w:abstractNumId w:val="88"/>
  </w:num>
  <w:num w:numId="46" w16cid:durableId="1741099449">
    <w:abstractNumId w:val="121"/>
  </w:num>
  <w:num w:numId="47" w16cid:durableId="1125582645">
    <w:abstractNumId w:val="10"/>
  </w:num>
  <w:num w:numId="48" w16cid:durableId="468713869">
    <w:abstractNumId w:val="76"/>
  </w:num>
  <w:num w:numId="49" w16cid:durableId="404181029">
    <w:abstractNumId w:val="101"/>
  </w:num>
  <w:num w:numId="50" w16cid:durableId="1385789127">
    <w:abstractNumId w:val="111"/>
  </w:num>
  <w:num w:numId="51" w16cid:durableId="283124065">
    <w:abstractNumId w:val="65"/>
  </w:num>
  <w:num w:numId="52" w16cid:durableId="421800536">
    <w:abstractNumId w:val="103"/>
  </w:num>
  <w:num w:numId="53" w16cid:durableId="1285886835">
    <w:abstractNumId w:val="93"/>
  </w:num>
  <w:num w:numId="54" w16cid:durableId="35253697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997732383">
    <w:abstractNumId w:val="14"/>
  </w:num>
  <w:num w:numId="56" w16cid:durableId="268002962">
    <w:abstractNumId w:val="71"/>
  </w:num>
  <w:num w:numId="57" w16cid:durableId="1407997380">
    <w:abstractNumId w:val="17"/>
  </w:num>
  <w:num w:numId="58" w16cid:durableId="1884559228">
    <w:abstractNumId w:val="45"/>
  </w:num>
  <w:num w:numId="59" w16cid:durableId="1358316092">
    <w:abstractNumId w:val="68"/>
  </w:num>
  <w:num w:numId="60" w16cid:durableId="2012756055">
    <w:abstractNumId w:val="29"/>
  </w:num>
  <w:num w:numId="61" w16cid:durableId="552933955">
    <w:abstractNumId w:val="70"/>
  </w:num>
  <w:num w:numId="62" w16cid:durableId="1860972968">
    <w:abstractNumId w:val="55"/>
  </w:num>
  <w:num w:numId="63" w16cid:durableId="1460764113">
    <w:abstractNumId w:val="33"/>
  </w:num>
  <w:num w:numId="64" w16cid:durableId="1451363899">
    <w:abstractNumId w:val="25"/>
  </w:num>
  <w:num w:numId="65" w16cid:durableId="866676249">
    <w:abstractNumId w:val="123"/>
  </w:num>
  <w:num w:numId="66" w16cid:durableId="1327131307">
    <w:abstractNumId w:val="104"/>
  </w:num>
  <w:num w:numId="67" w16cid:durableId="1381514108">
    <w:abstractNumId w:val="72"/>
  </w:num>
  <w:num w:numId="68" w16cid:durableId="324893784">
    <w:abstractNumId w:val="22"/>
  </w:num>
  <w:num w:numId="69" w16cid:durableId="518278867">
    <w:abstractNumId w:val="60"/>
  </w:num>
  <w:num w:numId="70" w16cid:durableId="1347514259">
    <w:abstractNumId w:val="48"/>
  </w:num>
  <w:num w:numId="71" w16cid:durableId="1325010290">
    <w:abstractNumId w:val="119"/>
  </w:num>
  <w:num w:numId="72" w16cid:durableId="681706754">
    <w:abstractNumId w:val="91"/>
  </w:num>
  <w:num w:numId="73" w16cid:durableId="162164981">
    <w:abstractNumId w:val="59"/>
  </w:num>
  <w:num w:numId="74" w16cid:durableId="1143544220">
    <w:abstractNumId w:val="37"/>
  </w:num>
  <w:num w:numId="75" w16cid:durableId="2016958732">
    <w:abstractNumId w:val="94"/>
  </w:num>
  <w:num w:numId="76" w16cid:durableId="657999706">
    <w:abstractNumId w:val="117"/>
  </w:num>
  <w:num w:numId="77" w16cid:durableId="697508003">
    <w:abstractNumId w:val="63"/>
  </w:num>
  <w:num w:numId="78" w16cid:durableId="290139954">
    <w:abstractNumId w:val="79"/>
  </w:num>
  <w:num w:numId="79" w16cid:durableId="948004226">
    <w:abstractNumId w:val="116"/>
  </w:num>
  <w:num w:numId="80" w16cid:durableId="14768318">
    <w:abstractNumId w:val="113"/>
  </w:num>
  <w:num w:numId="81" w16cid:durableId="1987660899">
    <w:abstractNumId w:val="42"/>
  </w:num>
  <w:num w:numId="82" w16cid:durableId="524254885">
    <w:abstractNumId w:val="102"/>
  </w:num>
  <w:num w:numId="83" w16cid:durableId="950934628">
    <w:abstractNumId w:val="81"/>
  </w:num>
  <w:num w:numId="84" w16cid:durableId="391737739">
    <w:abstractNumId w:val="118"/>
  </w:num>
  <w:num w:numId="85" w16cid:durableId="310722194">
    <w:abstractNumId w:val="31"/>
  </w:num>
  <w:num w:numId="86" w16cid:durableId="259988296">
    <w:abstractNumId w:val="89"/>
  </w:num>
  <w:num w:numId="87" w16cid:durableId="1533149600">
    <w:abstractNumId w:val="13"/>
  </w:num>
  <w:num w:numId="88" w16cid:durableId="1080254730">
    <w:abstractNumId w:val="112"/>
  </w:num>
  <w:num w:numId="89" w16cid:durableId="1733382324">
    <w:abstractNumId w:val="97"/>
  </w:num>
  <w:num w:numId="90" w16cid:durableId="2060395515">
    <w:abstractNumId w:val="30"/>
  </w:num>
  <w:num w:numId="91" w16cid:durableId="1352487937">
    <w:abstractNumId w:val="110"/>
  </w:num>
  <w:num w:numId="92" w16cid:durableId="1401558603">
    <w:abstractNumId w:val="58"/>
  </w:num>
  <w:num w:numId="93" w16cid:durableId="125661777">
    <w:abstractNumId w:val="82"/>
  </w:num>
  <w:num w:numId="94" w16cid:durableId="1469859888">
    <w:abstractNumId w:val="36"/>
  </w:num>
  <w:num w:numId="95" w16cid:durableId="1527016178">
    <w:abstractNumId w:val="24"/>
  </w:num>
  <w:num w:numId="96" w16cid:durableId="222180353">
    <w:abstractNumId w:val="84"/>
  </w:num>
  <w:num w:numId="97" w16cid:durableId="1639263846">
    <w:abstractNumId w:val="96"/>
  </w:num>
  <w:num w:numId="98" w16cid:durableId="204490465">
    <w:abstractNumId w:val="98"/>
  </w:num>
  <w:num w:numId="99" w16cid:durableId="2005737982">
    <w:abstractNumId w:val="28"/>
  </w:num>
  <w:num w:numId="100" w16cid:durableId="407462802">
    <w:abstractNumId w:val="52"/>
  </w:num>
  <w:num w:numId="101" w16cid:durableId="1627614138">
    <w:abstractNumId w:val="35"/>
  </w:num>
  <w:num w:numId="102" w16cid:durableId="662583674">
    <w:abstractNumId w:val="62"/>
  </w:num>
  <w:num w:numId="103" w16cid:durableId="637341120">
    <w:abstractNumId w:val="105"/>
  </w:num>
  <w:num w:numId="104" w16cid:durableId="534001658">
    <w:abstractNumId w:val="57"/>
  </w:num>
  <w:num w:numId="105" w16cid:durableId="2069186931">
    <w:abstractNumId w:val="122"/>
  </w:num>
  <w:num w:numId="106" w16cid:durableId="754936705">
    <w:abstractNumId w:val="19"/>
  </w:num>
  <w:num w:numId="107" w16cid:durableId="1309557587">
    <w:abstractNumId w:val="26"/>
  </w:num>
  <w:num w:numId="108" w16cid:durableId="608586354">
    <w:abstractNumId w:val="53"/>
  </w:num>
  <w:num w:numId="109" w16cid:durableId="1649240899">
    <w:abstractNumId w:val="54"/>
  </w:num>
  <w:num w:numId="110" w16cid:durableId="366487032">
    <w:abstractNumId w:val="50"/>
  </w:num>
  <w:num w:numId="111" w16cid:durableId="1059204013">
    <w:abstractNumId w:val="77"/>
  </w:num>
  <w:num w:numId="112" w16cid:durableId="1438913446">
    <w:abstractNumId w:val="109"/>
  </w:num>
  <w:num w:numId="113" w16cid:durableId="1516768493">
    <w:abstractNumId w:val="27"/>
  </w:num>
  <w:num w:numId="114" w16cid:durableId="1923372964">
    <w:abstractNumId w:val="120"/>
  </w:num>
  <w:num w:numId="115" w16cid:durableId="1246456037">
    <w:abstractNumId w:val="90"/>
  </w:num>
  <w:num w:numId="116" w16cid:durableId="735125616">
    <w:abstractNumId w:val="23"/>
  </w:num>
  <w:num w:numId="117" w16cid:durableId="701707893">
    <w:abstractNumId w:val="107"/>
  </w:num>
  <w:num w:numId="118" w16cid:durableId="1111054554">
    <w:abstractNumId w:val="64"/>
  </w:num>
  <w:num w:numId="119" w16cid:durableId="1967200066">
    <w:abstractNumId w:val="11"/>
  </w:num>
  <w:num w:numId="120" w16cid:durableId="1183663963">
    <w:abstractNumId w:val="38"/>
  </w:num>
  <w:num w:numId="121" w16cid:durableId="115834607">
    <w:abstractNumId w:val="95"/>
  </w:num>
  <w:num w:numId="122" w16cid:durableId="1087338573">
    <w:abstractNumId w:val="18"/>
  </w:num>
  <w:num w:numId="123" w16cid:durableId="1390032982">
    <w:abstractNumId w:val="74"/>
  </w:num>
  <w:num w:numId="124" w16cid:durableId="1800221603">
    <w:abstractNumId w:val="6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C0E"/>
    <w:rsid w:val="001047CB"/>
    <w:rsid w:val="0015074B"/>
    <w:rsid w:val="001B4746"/>
    <w:rsid w:val="0029639D"/>
    <w:rsid w:val="002B57DF"/>
    <w:rsid w:val="00323FF2"/>
    <w:rsid w:val="00326F90"/>
    <w:rsid w:val="003D3E35"/>
    <w:rsid w:val="00425C5E"/>
    <w:rsid w:val="005D7F90"/>
    <w:rsid w:val="005F349B"/>
    <w:rsid w:val="006C245E"/>
    <w:rsid w:val="0071799C"/>
    <w:rsid w:val="007C3FAA"/>
    <w:rsid w:val="007F6854"/>
    <w:rsid w:val="008162D3"/>
    <w:rsid w:val="00830861"/>
    <w:rsid w:val="00893743"/>
    <w:rsid w:val="008E01EF"/>
    <w:rsid w:val="00972260"/>
    <w:rsid w:val="009A6183"/>
    <w:rsid w:val="009A6B8B"/>
    <w:rsid w:val="009E3AFB"/>
    <w:rsid w:val="00A028AC"/>
    <w:rsid w:val="00A2569E"/>
    <w:rsid w:val="00A31D44"/>
    <w:rsid w:val="00A91580"/>
    <w:rsid w:val="00AA1D8D"/>
    <w:rsid w:val="00AF2A20"/>
    <w:rsid w:val="00AF6CF3"/>
    <w:rsid w:val="00B20966"/>
    <w:rsid w:val="00B23074"/>
    <w:rsid w:val="00B427B8"/>
    <w:rsid w:val="00B47730"/>
    <w:rsid w:val="00BB5654"/>
    <w:rsid w:val="00C212C1"/>
    <w:rsid w:val="00CB0664"/>
    <w:rsid w:val="00D02076"/>
    <w:rsid w:val="00D32067"/>
    <w:rsid w:val="00D32A54"/>
    <w:rsid w:val="00D46870"/>
    <w:rsid w:val="00D7612F"/>
    <w:rsid w:val="00DA64A1"/>
    <w:rsid w:val="00DD41B6"/>
    <w:rsid w:val="00DF3CE6"/>
    <w:rsid w:val="00E16A36"/>
    <w:rsid w:val="00E3191E"/>
    <w:rsid w:val="00E355FA"/>
    <w:rsid w:val="00ED527D"/>
    <w:rsid w:val="00ED5734"/>
    <w:rsid w:val="00EF4E00"/>
    <w:rsid w:val="00EF61D7"/>
    <w:rsid w:val="00F125FA"/>
    <w:rsid w:val="00F17259"/>
    <w:rsid w:val="00F378EE"/>
    <w:rsid w:val="00FB39D9"/>
    <w:rsid w:val="00FC693F"/>
    <w:rsid w:val="00FF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53C40F1"/>
  <w14:defaultImageDpi w14:val="300"/>
  <w15:docId w15:val="{4404A48C-5782-4838-908B-01ABF4DE5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9374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37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2277</Words>
  <Characters>12984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David Barbour</cp:lastModifiedBy>
  <cp:revision>2</cp:revision>
  <cp:lastPrinted>2026-02-11T18:54:00Z</cp:lastPrinted>
  <dcterms:created xsi:type="dcterms:W3CDTF">2026-02-11T18:54:00Z</dcterms:created>
  <dcterms:modified xsi:type="dcterms:W3CDTF">2026-02-11T18:54:00Z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1c60a9ed-b40d-49c0-ab22-c6c3c0f473bb</vt:lpwstr>
  </property>
</Properties>
</file>