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148E2" w14:textId="77777777" w:rsidR="005F349B" w:rsidRPr="00830861" w:rsidRDefault="00000000" w:rsidP="006C245E">
      <w:pPr>
        <w:pStyle w:val="Heading2"/>
        <w:spacing w:before="0" w:line="240" w:lineRule="auto"/>
        <w:rPr>
          <w:rFonts w:ascii="Arial" w:eastAsia="Arial" w:hAnsi="Arial" w:cs="Arial"/>
          <w:color w:val="244061" w:themeColor="accent1" w:themeShade="80"/>
          <w:sz w:val="24"/>
          <w:szCs w:val="24"/>
        </w:rPr>
      </w:pPr>
      <w:r w:rsidRPr="00830861">
        <w:rPr>
          <w:rFonts w:ascii="Arial" w:eastAsia="Arial" w:hAnsi="Arial" w:cs="Arial"/>
          <w:color w:val="244061" w:themeColor="accent1" w:themeShade="80"/>
          <w:sz w:val="24"/>
          <w:szCs w:val="24"/>
        </w:rPr>
        <w:t>Introduction</w:t>
      </w:r>
    </w:p>
    <w:p w14:paraId="553EDDBD" w14:textId="23E70349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  <w:r w:rsidRPr="006C245E">
        <w:rPr>
          <w:rFonts w:cs="Arial"/>
          <w:szCs w:val="24"/>
        </w:rPr>
        <w:t>The following is a **50-term vocabulary quiz** using the new list of terms, along with an **answer key** at the end. The quiz is multiple choice with three options for each question.</w:t>
      </w:r>
    </w:p>
    <w:p w14:paraId="67CD76B2" w14:textId="77777777" w:rsid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3CD47503" w14:textId="0CF682C8" w:rsidR="00384F16" w:rsidRPr="00384F16" w:rsidRDefault="00384F16" w:rsidP="006C245E">
      <w:pPr>
        <w:spacing w:after="0" w:line="240" w:lineRule="auto"/>
        <w:rPr>
          <w:rFonts w:cs="Arial"/>
          <w:b/>
          <w:bCs/>
          <w:szCs w:val="24"/>
          <w:u w:val="single"/>
        </w:rPr>
      </w:pPr>
      <w:r w:rsidRPr="00384F16">
        <w:rPr>
          <w:rFonts w:cs="Arial"/>
          <w:b/>
          <w:bCs/>
          <w:szCs w:val="24"/>
          <w:u w:val="single"/>
        </w:rPr>
        <w:t>FAA Style Test with only 3 options</w:t>
      </w:r>
    </w:p>
    <w:p w14:paraId="7BA8951A" w14:textId="77777777" w:rsidR="00384F16" w:rsidRPr="006C245E" w:rsidRDefault="00384F16" w:rsidP="006C245E">
      <w:pPr>
        <w:spacing w:after="0" w:line="240" w:lineRule="auto"/>
        <w:rPr>
          <w:rFonts w:cs="Arial"/>
          <w:szCs w:val="24"/>
        </w:rPr>
      </w:pPr>
    </w:p>
    <w:p w14:paraId="504F7F1A" w14:textId="210E3ACB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What is the main responsibility of the Remote Pilot in Command (RPIC)?**  </w:t>
      </w:r>
    </w:p>
    <w:p w14:paraId="14CBECA1" w14:textId="77777777" w:rsidR="006C245E" w:rsidRPr="006C245E" w:rsidRDefault="006C245E" w:rsidP="006C245E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To maintain the drone's hardware  </w:t>
      </w:r>
    </w:p>
    <w:p w14:paraId="6E418A58" w14:textId="77777777" w:rsidR="006C245E" w:rsidRPr="006C245E" w:rsidRDefault="006C245E" w:rsidP="006C245E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To oversee all flight operations and ensure safety  </w:t>
      </w:r>
    </w:p>
    <w:p w14:paraId="6365321A" w14:textId="77777777" w:rsidR="006C245E" w:rsidRPr="006C245E" w:rsidRDefault="006C245E" w:rsidP="006C245E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To document incident reports</w:t>
      </w:r>
    </w:p>
    <w:p w14:paraId="3C3FEB15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740056F7" w14:textId="17D19B84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Which term describes the pre-flight check to ensure the aircraft is in working condition?** </w:t>
      </w:r>
      <w:r w:rsidRPr="006C245E">
        <w:rPr>
          <w:rFonts w:cs="Arial"/>
          <w:b/>
          <w:bCs/>
          <w:szCs w:val="24"/>
        </w:rPr>
        <w:t xml:space="preserve"> </w:t>
      </w:r>
    </w:p>
    <w:p w14:paraId="4C153306" w14:textId="77777777" w:rsidR="006C245E" w:rsidRPr="006C245E" w:rsidRDefault="006C245E" w:rsidP="006C245E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Battery Safety  </w:t>
      </w:r>
    </w:p>
    <w:p w14:paraId="6453393B" w14:textId="77777777" w:rsidR="006C245E" w:rsidRPr="006C245E" w:rsidRDefault="006C245E" w:rsidP="006C245E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Aircraft Maintenance  </w:t>
      </w:r>
    </w:p>
    <w:p w14:paraId="67C77448" w14:textId="77777777" w:rsidR="006C245E" w:rsidRPr="006C245E" w:rsidRDefault="006C245E" w:rsidP="006C245E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Risk Assessment</w:t>
      </w:r>
    </w:p>
    <w:p w14:paraId="69C4E4EA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678249D9" w14:textId="29ED00FA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What is required to fly a drone in certain restricted zones, like near airports or military bases?**  </w:t>
      </w:r>
    </w:p>
    <w:p w14:paraId="0C57EB51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Tactical Considerations  </w:t>
      </w:r>
    </w:p>
    <w:p w14:paraId="23EB41F8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Airspace Restrictions  </w:t>
      </w:r>
    </w:p>
    <w:p w14:paraId="134E7BC5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Weather Monitoring</w:t>
      </w:r>
    </w:p>
    <w:p w14:paraId="44EF02A4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2C0493CC" w14:textId="044B2E1F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What procedure ensures batteries are stored and handled safely to prevent fire hazards?**  </w:t>
      </w:r>
    </w:p>
    <w:p w14:paraId="46A6D4AC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Communications  </w:t>
      </w:r>
    </w:p>
    <w:p w14:paraId="0939A2FA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Battery Safety  </w:t>
      </w:r>
    </w:p>
    <w:p w14:paraId="032E1828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Mission Briefing</w:t>
      </w:r>
    </w:p>
    <w:p w14:paraId="1A616703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6C11CDD3" w14:textId="008B2669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Which term refers to the interaction between the drone team and other emergency personnel during operations?**  </w:t>
      </w:r>
    </w:p>
    <w:p w14:paraId="0211FE02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Communications  </w:t>
      </w:r>
    </w:p>
    <w:p w14:paraId="074A4B00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Incident Documentation  </w:t>
      </w:r>
    </w:p>
    <w:p w14:paraId="482C024A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Maintenance Procedures</w:t>
      </w:r>
    </w:p>
    <w:p w14:paraId="5B609FB2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2D02E84D" w14:textId="77777777" w:rsidR="00E16A36" w:rsidRDefault="00E16A36">
      <w:pPr>
        <w:rPr>
          <w:rFonts w:cs="Arial"/>
          <w:b/>
          <w:bCs/>
          <w:color w:val="004F88"/>
          <w:szCs w:val="24"/>
        </w:rPr>
      </w:pPr>
      <w:r>
        <w:rPr>
          <w:rFonts w:cs="Arial"/>
          <w:b/>
          <w:bCs/>
          <w:color w:val="004F88"/>
          <w:szCs w:val="24"/>
        </w:rPr>
        <w:br w:type="page"/>
      </w:r>
    </w:p>
    <w:p w14:paraId="285619AD" w14:textId="6E8BE557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lastRenderedPageBreak/>
        <w:t xml:space="preserve">Which public safety program uses UAS to deliver medical supplies and respond to health emergencies?**  </w:t>
      </w:r>
    </w:p>
    <w:p w14:paraId="0A23BA7F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Fire Department UAS Program  </w:t>
      </w:r>
    </w:p>
    <w:p w14:paraId="17B659E7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Law Enforcement UAS Program  </w:t>
      </w:r>
    </w:p>
    <w:p w14:paraId="49A3BC7F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Emergency Medical Services UAS Program</w:t>
      </w:r>
    </w:p>
    <w:p w14:paraId="29833C37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3159F803" w14:textId="3B4FDD74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Which type of operations refers to drone flights specifically during disaster response or emergencies?**  </w:t>
      </w:r>
    </w:p>
    <w:p w14:paraId="638C45E8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Emergency Operations  </w:t>
      </w:r>
    </w:p>
    <w:p w14:paraId="1762C5AD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Night Operations  </w:t>
      </w:r>
    </w:p>
    <w:p w14:paraId="43464302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Public Safety Agencies</w:t>
      </w:r>
    </w:p>
    <w:p w14:paraId="7985704D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02A4636B" w14:textId="23CB1734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Which program involves the use of drones for firefighting and fire assessment?**  </w:t>
      </w:r>
    </w:p>
    <w:p w14:paraId="7786AAA7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Emergency Medical Services UAS Program  </w:t>
      </w:r>
    </w:p>
    <w:p w14:paraId="044DBE03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Fire Department UAS Program  </w:t>
      </w:r>
    </w:p>
    <w:p w14:paraId="357F2E84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UAS Deployment</w:t>
      </w:r>
    </w:p>
    <w:p w14:paraId="6B2844FC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170EC78C" w14:textId="0E4865E3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When drones are used to monitor or assess chemical spills, what type of operation is being conducted?**  </w:t>
      </w:r>
    </w:p>
    <w:p w14:paraId="2D09FFB5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Hazardous Materials  </w:t>
      </w:r>
    </w:p>
    <w:p w14:paraId="73A37EEB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Tactical Considerations  </w:t>
      </w:r>
    </w:p>
    <w:p w14:paraId="6248F81A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Search and Rescue</w:t>
      </w:r>
    </w:p>
    <w:p w14:paraId="17A7FC74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228CAF2F" w14:textId="4033A69A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What document outlines objectives, strategies, and assignments during an emergency response?**  </w:t>
      </w:r>
    </w:p>
    <w:p w14:paraId="0A295BAB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Incident Action Plan (IAP)  </w:t>
      </w:r>
    </w:p>
    <w:p w14:paraId="6FAE6E6F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Pre-Flight Planning  </w:t>
      </w:r>
    </w:p>
    <w:p w14:paraId="11CF84D3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Operational Records</w:t>
      </w:r>
    </w:p>
    <w:p w14:paraId="612746BA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5E50E3DE" w14:textId="54CA803F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Where do key leaders coordinate emergency response operations?**  </w:t>
      </w:r>
    </w:p>
    <w:p w14:paraId="60429197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Visual Observer  </w:t>
      </w:r>
    </w:p>
    <w:p w14:paraId="74D834CE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Aircraft Operator  </w:t>
      </w:r>
    </w:p>
    <w:p w14:paraId="256EB2B5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Incident Command Post</w:t>
      </w:r>
    </w:p>
    <w:p w14:paraId="723EF87B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74CF799F" w14:textId="34D46F9C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Who is responsible for the overall management of an incident, including drone operations?**  </w:t>
      </w:r>
    </w:p>
    <w:p w14:paraId="5679BB2D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Incident Commander  </w:t>
      </w:r>
    </w:p>
    <w:p w14:paraId="170E9547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Remote Pilot in Command (RPIC)  </w:t>
      </w:r>
    </w:p>
    <w:p w14:paraId="258175CC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Visual Observer</w:t>
      </w:r>
    </w:p>
    <w:p w14:paraId="7290E501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1ECF7EDB" w14:textId="224E670F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What is the systematic process of collecting and recording information about the drone flight during an incident?**  </w:t>
      </w:r>
    </w:p>
    <w:p w14:paraId="194258F9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Incident Documentation  </w:t>
      </w:r>
    </w:p>
    <w:p w14:paraId="215C11E4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Risk Assessment  </w:t>
      </w:r>
    </w:p>
    <w:p w14:paraId="64270B9A" w14:textId="77777777" w:rsidR="006C245E" w:rsidRPr="006C245E" w:rsidRDefault="006C245E" w:rsidP="00E16A36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Payloads</w:t>
      </w:r>
    </w:p>
    <w:p w14:paraId="48F5007E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150448DB" w14:textId="01770754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Which public safety program integrates UAS into surveillance, crime scene analysis, and tactical operations?**  </w:t>
      </w:r>
    </w:p>
    <w:p w14:paraId="606BBFD7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Law Enforcement UAS Program  </w:t>
      </w:r>
    </w:p>
    <w:p w14:paraId="20AB837C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Fire Department UAS Program  </w:t>
      </w:r>
    </w:p>
    <w:p w14:paraId="6EDFE07F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Tactical Considerations</w:t>
      </w:r>
    </w:p>
    <w:p w14:paraId="1DB447AC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403A0EC9" w14:textId="4E60E2DA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What should drone operators consider to ensure compliance with federal and local laws during flights?**  </w:t>
      </w:r>
    </w:p>
    <w:p w14:paraId="0E56020D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Legal Considerations  </w:t>
      </w:r>
    </w:p>
    <w:p w14:paraId="149955B6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Privacy Concerns  </w:t>
      </w:r>
    </w:p>
    <w:p w14:paraId="5979E84E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Maintenance Procedures</w:t>
      </w:r>
    </w:p>
    <w:p w14:paraId="34D1D33A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4FBCE164" w14:textId="1F1CD74D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Which procedures ensure that drones remain functional and in safe working condition?**  </w:t>
      </w:r>
    </w:p>
    <w:p w14:paraId="1C1FA78D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Communications  </w:t>
      </w:r>
    </w:p>
    <w:p w14:paraId="056B871F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Maintenance Procedures  </w:t>
      </w:r>
    </w:p>
    <w:p w14:paraId="092B5AE6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Operational Area</w:t>
      </w:r>
    </w:p>
    <w:p w14:paraId="5F4AEA97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11DE8176" w14:textId="74DB0D00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What is conducted before a flight to inform all team members of the mission objectives and flight plan?**  </w:t>
      </w:r>
    </w:p>
    <w:p w14:paraId="20194018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Mission Briefing  </w:t>
      </w:r>
    </w:p>
    <w:p w14:paraId="03BCA35A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Weather Monitoring  </w:t>
      </w:r>
    </w:p>
    <w:p w14:paraId="76D363DF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Emergency Operations</w:t>
      </w:r>
    </w:p>
    <w:p w14:paraId="26AB5A59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05D60D2B" w14:textId="4C8D0950" w:rsidR="006C245E" w:rsidRPr="006C245E" w:rsidRDefault="006C245E" w:rsidP="006C245E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6C245E">
        <w:rPr>
          <w:rFonts w:cs="Arial"/>
          <w:b/>
          <w:bCs/>
          <w:color w:val="004F88"/>
          <w:szCs w:val="24"/>
        </w:rPr>
        <w:t xml:space="preserve">Which standard outlines the skills and requirements for drone operations in public safety?**  </w:t>
      </w:r>
    </w:p>
    <w:p w14:paraId="7FC3E942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UAS Deployment  </w:t>
      </w:r>
    </w:p>
    <w:p w14:paraId="19D8837D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NFPA 2400  </w:t>
      </w:r>
    </w:p>
    <w:p w14:paraId="2239054A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Public Safety Operations</w:t>
      </w:r>
    </w:p>
    <w:p w14:paraId="008CA82D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4319C292" w14:textId="36B3B100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operations require additional caution and often involve special equipment when flying drones in low-light conditions?**  </w:t>
      </w:r>
    </w:p>
    <w:p w14:paraId="4E4A412A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Tactical Considerations  </w:t>
      </w:r>
    </w:p>
    <w:p w14:paraId="11B2D834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Night Operations  </w:t>
      </w:r>
    </w:p>
    <w:p w14:paraId="151D049B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Battery Safety</w:t>
      </w:r>
    </w:p>
    <w:p w14:paraId="15466D40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3A391B8D" w14:textId="340C3D2B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Which term refers to the designated geographic area in which a drone operates during a mission?**  </w:t>
      </w:r>
    </w:p>
    <w:p w14:paraId="3BE2BA41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Incident Documentation  </w:t>
      </w:r>
    </w:p>
    <w:p w14:paraId="041014C7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Operational Area  </w:t>
      </w:r>
    </w:p>
    <w:p w14:paraId="77F9BC81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Weather Monitoring</w:t>
      </w:r>
    </w:p>
    <w:p w14:paraId="42C19321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35FEFA86" w14:textId="77777777" w:rsidR="00323FF2" w:rsidRDefault="00323FF2">
      <w:pPr>
        <w:rPr>
          <w:rFonts w:cs="Arial"/>
          <w:b/>
          <w:bCs/>
          <w:color w:val="004F88"/>
          <w:szCs w:val="24"/>
        </w:rPr>
      </w:pPr>
      <w:r>
        <w:rPr>
          <w:rFonts w:cs="Arial"/>
          <w:b/>
          <w:bCs/>
          <w:color w:val="004F88"/>
          <w:szCs w:val="24"/>
        </w:rPr>
        <w:br w:type="page"/>
      </w:r>
    </w:p>
    <w:p w14:paraId="7FA1CD1B" w14:textId="4CB261D7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lastRenderedPageBreak/>
        <w:t xml:space="preserve">What records are maintained to document flights, maintenance, and compliance with operational guidelines?**  </w:t>
      </w:r>
    </w:p>
    <w:p w14:paraId="7D467A25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Maintenance Procedures  </w:t>
      </w:r>
    </w:p>
    <w:p w14:paraId="13C8C8AB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Operational Records  </w:t>
      </w:r>
    </w:p>
    <w:p w14:paraId="18C6F8E7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Payloads</w:t>
      </w:r>
    </w:p>
    <w:p w14:paraId="244772E9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1303FC54" w14:textId="177BA662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refers to the cargo or equipment carried by a drone, such as cameras or sensors?**  </w:t>
      </w:r>
    </w:p>
    <w:p w14:paraId="1AF3D505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Payloads  </w:t>
      </w:r>
    </w:p>
    <w:p w14:paraId="173FE4A1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Law Enforcement UAS Program  </w:t>
      </w:r>
    </w:p>
    <w:p w14:paraId="0932B6BB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Tactical Considerations</w:t>
      </w:r>
    </w:p>
    <w:p w14:paraId="7998C6EC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406F4BDC" w14:textId="2EFE468A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must be done to analyze potential risks and hazards before a flight?**  </w:t>
      </w:r>
    </w:p>
    <w:p w14:paraId="08BE08E6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Pre-Flight Planning  </w:t>
      </w:r>
    </w:p>
    <w:p w14:paraId="7D680816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Risk Assessment  </w:t>
      </w:r>
    </w:p>
    <w:p w14:paraId="1B0B3E76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Legal Considerations</w:t>
      </w:r>
    </w:p>
    <w:p w14:paraId="1968021F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11CD4B13" w14:textId="7F1E0FAE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legal issue may arise when drones capture images or video of people without their consent?**  </w:t>
      </w:r>
    </w:p>
    <w:p w14:paraId="0BC5CD7B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Tactical Considerations  </w:t>
      </w:r>
    </w:p>
    <w:p w14:paraId="3E68964A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Legal Considerations  </w:t>
      </w:r>
    </w:p>
    <w:p w14:paraId="4D5A6DF9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Privacy Concerns</w:t>
      </w:r>
    </w:p>
    <w:p w14:paraId="4CF1CB2F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730CB90A" w14:textId="172D02B3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Which term refers to organizations like fire departments, law enforcement, and EMS that use drones?**  </w:t>
      </w:r>
    </w:p>
    <w:p w14:paraId="4A23B536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Public Safety Agencies  </w:t>
      </w:r>
    </w:p>
    <w:p w14:paraId="56EBA6C4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Incident Commander  </w:t>
      </w:r>
    </w:p>
    <w:p w14:paraId="2969985A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UAS Deployment</w:t>
      </w:r>
    </w:p>
    <w:p w14:paraId="62AAD5A7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4ED351EA" w14:textId="14C72899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term refers to operations where drones are used to assist emergency response teams?**  </w:t>
      </w:r>
    </w:p>
    <w:p w14:paraId="1BFA6D94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Remote Pilot in Command (RPIC)  </w:t>
      </w:r>
    </w:p>
    <w:p w14:paraId="714A8BFF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Public Safety Operations  </w:t>
      </w:r>
    </w:p>
    <w:p w14:paraId="53E9AF8B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Aircraft Operator</w:t>
      </w:r>
    </w:p>
    <w:p w14:paraId="5D3ED9A8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4F30E982" w14:textId="26EEB593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Who is legally responsible for the safe operation of a drone during a mission?**  </w:t>
      </w:r>
    </w:p>
    <w:p w14:paraId="227AF426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Visual Observer  </w:t>
      </w:r>
    </w:p>
    <w:p w14:paraId="61F51A10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Remote Pilot in Command (RPIC)  </w:t>
      </w:r>
    </w:p>
    <w:p w14:paraId="12F5C3DD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Maintenance Procedures</w:t>
      </w:r>
    </w:p>
    <w:p w14:paraId="7967A5E9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7A6BEAC1" w14:textId="77777777" w:rsidR="00323FF2" w:rsidRDefault="00323FF2">
      <w:pPr>
        <w:rPr>
          <w:rFonts w:cs="Arial"/>
          <w:b/>
          <w:bCs/>
          <w:color w:val="004F88"/>
          <w:szCs w:val="24"/>
        </w:rPr>
      </w:pPr>
      <w:r>
        <w:rPr>
          <w:rFonts w:cs="Arial"/>
          <w:b/>
          <w:bCs/>
          <w:color w:val="004F88"/>
          <w:szCs w:val="24"/>
        </w:rPr>
        <w:br w:type="page"/>
      </w:r>
    </w:p>
    <w:p w14:paraId="7070F7B3" w14:textId="3A06E7F9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lastRenderedPageBreak/>
        <w:t xml:space="preserve">What process involves systematically identifying dangers and planning mitigation strategies before a flight?**  </w:t>
      </w:r>
    </w:p>
    <w:p w14:paraId="38DB92E0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Risk Assessment  </w:t>
      </w:r>
    </w:p>
    <w:p w14:paraId="5A9E7729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Communications  </w:t>
      </w:r>
    </w:p>
    <w:p w14:paraId="0C4E4D4B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Pre-Flight Planning</w:t>
      </w:r>
    </w:p>
    <w:p w14:paraId="32F7F137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1CE7A891" w14:textId="026270EE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type of mission typically involves drones flying over difficult-to-reach areas to find missing people?**  </w:t>
      </w:r>
    </w:p>
    <w:p w14:paraId="7E3A8E93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Hazardous Materials  </w:t>
      </w:r>
    </w:p>
    <w:p w14:paraId="277C9DAE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Search and Rescue  </w:t>
      </w:r>
    </w:p>
    <w:p w14:paraId="72B9F4D9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Fire Department UAS Program</w:t>
      </w:r>
    </w:p>
    <w:p w14:paraId="62F32476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0EC4C831" w14:textId="5C6CB7FB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Which term refers to unmanned aircraft that weigh less than 55 pounds?**  </w:t>
      </w:r>
    </w:p>
    <w:p w14:paraId="2E40BCF2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Tactical Considerations  </w:t>
      </w:r>
    </w:p>
    <w:p w14:paraId="049D4BC9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Small Unmanned Aircraft Systems (sUAS)  </w:t>
      </w:r>
    </w:p>
    <w:p w14:paraId="21711685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Payloads</w:t>
      </w:r>
    </w:p>
    <w:p w14:paraId="0A799E26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7F260E2D" w14:textId="79A302A9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needs to be considered when deploying drones during high-risk, time-sensitive operations?**  </w:t>
      </w:r>
    </w:p>
    <w:p w14:paraId="71FACE2E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Tactical Considerations  </w:t>
      </w:r>
    </w:p>
    <w:p w14:paraId="3DC4A20A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Privacy Concerns  </w:t>
      </w:r>
    </w:p>
    <w:p w14:paraId="3B891FB1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Weather Monitoring</w:t>
      </w:r>
    </w:p>
    <w:p w14:paraId="16919CC6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1CCEEA12" w14:textId="685BB8F6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ensures that drone operators are prepared and qualified for their missions?**  </w:t>
      </w:r>
    </w:p>
    <w:p w14:paraId="48F678B9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UAS Deployment  </w:t>
      </w:r>
    </w:p>
    <w:p w14:paraId="32823649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Training Curriculum  </w:t>
      </w:r>
    </w:p>
    <w:p w14:paraId="486969A2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Legal Considerations</w:t>
      </w:r>
    </w:p>
    <w:p w14:paraId="25A978D9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718DD327" w14:textId="12209B78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outlines the qualifications and certifications needed to operate drones in public safety?**  </w:t>
      </w:r>
    </w:p>
    <w:p w14:paraId="68EA7374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Training Requirements  </w:t>
      </w:r>
    </w:p>
    <w:p w14:paraId="055C25C0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Incident Documentation  </w:t>
      </w:r>
    </w:p>
    <w:p w14:paraId="3B20ECD9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Legal Considerations</w:t>
      </w:r>
    </w:p>
    <w:p w14:paraId="792B2036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60AE4FF6" w14:textId="72EF9F22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term describes the launch and control of a drone in a specific mission area?**  </w:t>
      </w:r>
    </w:p>
    <w:p w14:paraId="1A3E8A94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UAS Deployment  </w:t>
      </w:r>
    </w:p>
    <w:p w14:paraId="6C570D0E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Incident Command Post  </w:t>
      </w:r>
    </w:p>
    <w:p w14:paraId="629CC240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Tactical Considerations</w:t>
      </w:r>
    </w:p>
    <w:p w14:paraId="3F00858B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333D30B7" w14:textId="77777777" w:rsidR="00323FF2" w:rsidRDefault="00323FF2">
      <w:pPr>
        <w:rPr>
          <w:rFonts w:cs="Arial"/>
          <w:b/>
          <w:bCs/>
          <w:color w:val="004F88"/>
          <w:szCs w:val="24"/>
        </w:rPr>
      </w:pPr>
      <w:r>
        <w:rPr>
          <w:rFonts w:cs="Arial"/>
          <w:b/>
          <w:bCs/>
          <w:color w:val="004F88"/>
          <w:szCs w:val="24"/>
        </w:rPr>
        <w:br w:type="page"/>
      </w:r>
    </w:p>
    <w:p w14:paraId="12100A5A" w14:textId="683582BB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lastRenderedPageBreak/>
        <w:t xml:space="preserve">Who assists the RPIC by maintaining visual contact with the drone to ensure safe operations?**  </w:t>
      </w:r>
    </w:p>
    <w:p w14:paraId="0C69E4E8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Visual Observer  </w:t>
      </w:r>
    </w:p>
    <w:p w14:paraId="557F5353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Incident Commander  </w:t>
      </w:r>
    </w:p>
    <w:p w14:paraId="10AC7617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Aircraft Operator</w:t>
      </w:r>
    </w:p>
    <w:p w14:paraId="433B0927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500BF528" w14:textId="31CF720C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Which factor should be continuously monitored to ensure safe flight operations?**  </w:t>
      </w:r>
    </w:p>
    <w:p w14:paraId="75C8DDCA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Weather Monitoring  </w:t>
      </w:r>
    </w:p>
    <w:p w14:paraId="35F17B8E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Incident Documentation  </w:t>
      </w:r>
    </w:p>
    <w:p w14:paraId="0C1DC317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Hazardous Materials</w:t>
      </w:r>
    </w:p>
    <w:p w14:paraId="6CD20E49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63D472E0" w14:textId="20204CA5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Who is the person responsible for physically controlling and navigating the drone?**  </w:t>
      </w:r>
    </w:p>
    <w:p w14:paraId="6847DA9B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Aircraft Operator  </w:t>
      </w:r>
    </w:p>
    <w:p w14:paraId="279A6758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Incident Commander  </w:t>
      </w:r>
    </w:p>
    <w:p w14:paraId="697B582F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Remote Pilot in Command (RPIC)</w:t>
      </w:r>
    </w:p>
    <w:p w14:paraId="67958E2F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6F7C95E3" w14:textId="7C5E5EBA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type of operation would involve the drone capturing footage of a fire for post-incident analysis?**  </w:t>
      </w:r>
    </w:p>
    <w:p w14:paraId="198F0620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Incident Action Plan (IAP)  </w:t>
      </w:r>
    </w:p>
    <w:p w14:paraId="1EEAB964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Fire Department UAS Program  </w:t>
      </w:r>
    </w:p>
    <w:p w14:paraId="2DD6FAE9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Search and Rescue</w:t>
      </w:r>
    </w:p>
    <w:p w14:paraId="2B647E5C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76EC2ABA" w14:textId="2D0F44B5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outlines the specific steps to follow to maintain the drone’s functionality after use?**  </w:t>
      </w:r>
    </w:p>
    <w:p w14:paraId="5D30291D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Maintenance Procedures  </w:t>
      </w:r>
    </w:p>
    <w:p w14:paraId="1BA62E01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Battery Safety  </w:t>
      </w:r>
    </w:p>
    <w:p w14:paraId="513FA87D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Incident Documentation</w:t>
      </w:r>
    </w:p>
    <w:p w14:paraId="74131582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1B2D06A1" w14:textId="184F8E70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Which program incorporates the use of drones to support crime scene investigations and patrol activities?**  </w:t>
      </w:r>
    </w:p>
    <w:p w14:paraId="2963FF45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Law Enforcement UAS Program  </w:t>
      </w:r>
    </w:p>
    <w:p w14:paraId="7C44B70E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Fire Department UAS Program  </w:t>
      </w:r>
    </w:p>
    <w:p w14:paraId="732F8EBE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Emergency Medical Services UAS Program</w:t>
      </w:r>
    </w:p>
    <w:p w14:paraId="0283F634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742AB4E6" w14:textId="0AA8A4DC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is necessary before operating a drone in certain restricted airspaces, such as near airports?**  </w:t>
      </w:r>
    </w:p>
    <w:p w14:paraId="256ADE75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Airspace Restrictions  </w:t>
      </w:r>
    </w:p>
    <w:p w14:paraId="0FE4EE92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Pre-Flight Planning  </w:t>
      </w:r>
    </w:p>
    <w:p w14:paraId="5CA11621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Risk Assessment</w:t>
      </w:r>
    </w:p>
    <w:p w14:paraId="4F8A1F9B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6C537E09" w14:textId="77777777" w:rsidR="00323FF2" w:rsidRDefault="00323FF2">
      <w:pPr>
        <w:rPr>
          <w:rFonts w:cs="Arial"/>
          <w:b/>
          <w:bCs/>
          <w:color w:val="004F88"/>
          <w:szCs w:val="24"/>
        </w:rPr>
      </w:pPr>
      <w:r>
        <w:rPr>
          <w:rFonts w:cs="Arial"/>
          <w:b/>
          <w:bCs/>
          <w:color w:val="004F88"/>
          <w:szCs w:val="24"/>
        </w:rPr>
        <w:br w:type="page"/>
      </w:r>
    </w:p>
    <w:p w14:paraId="00EB66A9" w14:textId="431AE785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lastRenderedPageBreak/>
        <w:t xml:space="preserve">What process ensures all team members understand mission objectives and safety protocols before a flight?**  </w:t>
      </w:r>
    </w:p>
    <w:p w14:paraId="61CE23B4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Mission Briefing  </w:t>
      </w:r>
    </w:p>
    <w:p w14:paraId="3C3CA714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Pre-Flight Planning  </w:t>
      </w:r>
    </w:p>
    <w:p w14:paraId="7DE284C7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Training Curriculum</w:t>
      </w:r>
    </w:p>
    <w:p w14:paraId="760CB050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4C39E1D3" w14:textId="2755C423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Which term describes the role of managing and coordinating all aspects of an emergency response?**  </w:t>
      </w:r>
    </w:p>
    <w:p w14:paraId="63992A40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Incident Commander  </w:t>
      </w:r>
    </w:p>
    <w:p w14:paraId="05F6C7D9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Aircraft Operator  </w:t>
      </w:r>
    </w:p>
    <w:p w14:paraId="675D8734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Visual Observer</w:t>
      </w:r>
    </w:p>
    <w:p w14:paraId="0A18B8A6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</w:p>
    <w:p w14:paraId="758D0A61" w14:textId="2947FE2C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refers to the agency-wide use of drones to monitor incidents, assess damage, and support emergency operations?**  </w:t>
      </w:r>
    </w:p>
    <w:p w14:paraId="3ED42047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Public Safety Operations  </w:t>
      </w:r>
    </w:p>
    <w:p w14:paraId="6AE72A11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Incident Action Plan (IAP)  </w:t>
      </w:r>
    </w:p>
    <w:p w14:paraId="4145CC0E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Hazardous Materials</w:t>
      </w:r>
    </w:p>
    <w:p w14:paraId="657B5535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4780BE73" w14:textId="778F63B5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must be completed to ensure compliance with operational safety guidelines during a mission?**  </w:t>
      </w:r>
    </w:p>
    <w:p w14:paraId="311726B5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Risk Assessment  </w:t>
      </w:r>
    </w:p>
    <w:p w14:paraId="6034BAEE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Privacy Concerns  </w:t>
      </w:r>
    </w:p>
    <w:p w14:paraId="61F419BF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Incident Documentation</w:t>
      </w:r>
    </w:p>
    <w:p w14:paraId="6C8C93B1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269D1168" w14:textId="7F982ED6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outlines the type of UAS program a public safety agency is developing?**  </w:t>
      </w:r>
    </w:p>
    <w:p w14:paraId="72B195E0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Law Enforcement UAS Program  </w:t>
      </w:r>
    </w:p>
    <w:p w14:paraId="21CF9D13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Public Safety Operations  </w:t>
      </w:r>
    </w:p>
    <w:p w14:paraId="34C9AE8E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Training Curriculum</w:t>
      </w:r>
    </w:p>
    <w:p w14:paraId="383A5075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7BBBF5DE" w14:textId="6EDBFDED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should be documented to keep records of any drone flights, repairs, or incidents?**  </w:t>
      </w:r>
    </w:p>
    <w:p w14:paraId="74D44C5E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Tactical Considerations  </w:t>
      </w:r>
    </w:p>
    <w:p w14:paraId="0F82A2C5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Operational Records  </w:t>
      </w:r>
    </w:p>
    <w:p w14:paraId="21AB1358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Payloads</w:t>
      </w:r>
    </w:p>
    <w:p w14:paraId="3B11DE27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7B0BA527" w14:textId="2ED260BC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needs to be continuously assessed to ensure proper flight paths and safety?**  </w:t>
      </w:r>
    </w:p>
    <w:p w14:paraId="08CBB5D1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Risk Assessment  </w:t>
      </w:r>
    </w:p>
    <w:p w14:paraId="0A0AD517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Weather Monitoring  </w:t>
      </w:r>
    </w:p>
    <w:p w14:paraId="5C9D95BE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Communications</w:t>
      </w:r>
    </w:p>
    <w:p w14:paraId="24867151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40D9E1B1" w14:textId="77777777" w:rsidR="00323FF2" w:rsidRDefault="00323FF2">
      <w:pPr>
        <w:rPr>
          <w:rFonts w:cs="Arial"/>
          <w:b/>
          <w:bCs/>
          <w:color w:val="004F88"/>
          <w:szCs w:val="24"/>
        </w:rPr>
      </w:pPr>
      <w:r>
        <w:rPr>
          <w:rFonts w:cs="Arial"/>
          <w:b/>
          <w:bCs/>
          <w:color w:val="004F88"/>
          <w:szCs w:val="24"/>
        </w:rPr>
        <w:br w:type="page"/>
      </w:r>
    </w:p>
    <w:p w14:paraId="02568007" w14:textId="7E82FA45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lastRenderedPageBreak/>
        <w:t xml:space="preserve">Which term describes the assigned region where a drone flight must occur?**  </w:t>
      </w:r>
    </w:p>
    <w:p w14:paraId="4B7A3694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Operational Area  </w:t>
      </w:r>
    </w:p>
    <w:p w14:paraId="2A8CA1CA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Law Enforcement UAS Program  </w:t>
      </w:r>
    </w:p>
    <w:p w14:paraId="654B91CB" w14:textId="01C83111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Incident Command Post</w:t>
      </w:r>
    </w:p>
    <w:p w14:paraId="1F25058B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0B786BD5" w14:textId="458978B9" w:rsidR="006C245E" w:rsidRPr="00E16A36" w:rsidRDefault="006C245E" w:rsidP="00E16A36">
      <w:pPr>
        <w:numPr>
          <w:ilvl w:val="0"/>
          <w:numId w:val="36"/>
        </w:numPr>
        <w:spacing w:after="0" w:line="240" w:lineRule="auto"/>
        <w:rPr>
          <w:rFonts w:cs="Arial"/>
          <w:b/>
          <w:bCs/>
          <w:color w:val="004F88"/>
          <w:szCs w:val="24"/>
        </w:rPr>
      </w:pPr>
      <w:r w:rsidRPr="00E16A36">
        <w:rPr>
          <w:rFonts w:cs="Arial"/>
          <w:b/>
          <w:bCs/>
          <w:color w:val="004F88"/>
          <w:szCs w:val="24"/>
        </w:rPr>
        <w:t xml:space="preserve">What process ensures the drone's hardware, software, and safety mechanisms are functioning properly?**  </w:t>
      </w:r>
    </w:p>
    <w:p w14:paraId="25CD8D97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A) Aircraft Maintenance  </w:t>
      </w:r>
    </w:p>
    <w:p w14:paraId="59BDB112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 xml:space="preserve">B) UAS Deployment  </w:t>
      </w:r>
    </w:p>
    <w:p w14:paraId="5D3EE9DC" w14:textId="77777777" w:rsidR="006C245E" w:rsidRPr="006C245E" w:rsidRDefault="006C245E" w:rsidP="00323FF2">
      <w:pPr>
        <w:spacing w:after="0" w:line="240" w:lineRule="auto"/>
        <w:ind w:left="360"/>
        <w:rPr>
          <w:rFonts w:cs="Arial"/>
          <w:szCs w:val="24"/>
        </w:rPr>
      </w:pPr>
      <w:r w:rsidRPr="006C245E">
        <w:rPr>
          <w:rFonts w:cs="Arial"/>
          <w:szCs w:val="24"/>
        </w:rPr>
        <w:t>C) Training Requirements</w:t>
      </w:r>
    </w:p>
    <w:p w14:paraId="30F2E312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382A306A" w14:textId="77777777" w:rsidR="00112941" w:rsidRDefault="00112941">
      <w:pPr>
        <w:rPr>
          <w:rFonts w:cs="Arial"/>
          <w:b/>
          <w:bCs/>
          <w:color w:val="004F88"/>
          <w:sz w:val="36"/>
          <w:szCs w:val="36"/>
          <w:u w:val="single"/>
        </w:rPr>
      </w:pPr>
      <w:r>
        <w:rPr>
          <w:rFonts w:cs="Arial"/>
          <w:b/>
          <w:bCs/>
          <w:color w:val="004F88"/>
          <w:sz w:val="36"/>
          <w:szCs w:val="36"/>
          <w:u w:val="single"/>
        </w:rPr>
        <w:br w:type="page"/>
      </w:r>
    </w:p>
    <w:p w14:paraId="70FDEF38" w14:textId="65FD0EB5" w:rsidR="006C245E" w:rsidRPr="00E16A36" w:rsidRDefault="006C245E" w:rsidP="006C245E">
      <w:pPr>
        <w:spacing w:after="0" w:line="240" w:lineRule="auto"/>
        <w:rPr>
          <w:rFonts w:cs="Arial"/>
          <w:b/>
          <w:bCs/>
          <w:color w:val="004F88"/>
          <w:sz w:val="36"/>
          <w:szCs w:val="36"/>
          <w:u w:val="single"/>
        </w:rPr>
      </w:pPr>
      <w:r w:rsidRPr="00E16A36">
        <w:rPr>
          <w:rFonts w:cs="Arial"/>
          <w:b/>
          <w:bCs/>
          <w:color w:val="004F88"/>
          <w:sz w:val="36"/>
          <w:szCs w:val="36"/>
          <w:u w:val="single"/>
        </w:rPr>
        <w:lastRenderedPageBreak/>
        <w:t>Answer Key:</w:t>
      </w:r>
    </w:p>
    <w:p w14:paraId="58CF34B3" w14:textId="77777777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6"/>
        <w:gridCol w:w="1726"/>
        <w:gridCol w:w="1726"/>
        <w:gridCol w:w="1726"/>
        <w:gridCol w:w="1726"/>
      </w:tblGrid>
      <w:tr w:rsidR="00E16A36" w14:paraId="09FF87C4" w14:textId="77777777" w:rsidTr="00E16A36">
        <w:tc>
          <w:tcPr>
            <w:tcW w:w="1726" w:type="dxa"/>
          </w:tcPr>
          <w:p w14:paraId="798C800B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1. B  </w:t>
            </w:r>
          </w:p>
          <w:p w14:paraId="1E190EF9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2. B  </w:t>
            </w:r>
          </w:p>
          <w:p w14:paraId="42602C5E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3. B  </w:t>
            </w:r>
          </w:p>
          <w:p w14:paraId="7E92D7AE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4. B  </w:t>
            </w:r>
          </w:p>
          <w:p w14:paraId="62691DA1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5. A  </w:t>
            </w:r>
          </w:p>
          <w:p w14:paraId="75A28738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6. C  </w:t>
            </w:r>
          </w:p>
          <w:p w14:paraId="772A7876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7. A  </w:t>
            </w:r>
          </w:p>
          <w:p w14:paraId="335C304B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8. B  </w:t>
            </w:r>
          </w:p>
          <w:p w14:paraId="72B57699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9. A  </w:t>
            </w:r>
          </w:p>
          <w:p w14:paraId="6FEBFBA9" w14:textId="45B982D1" w:rsidR="00E16A36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10. A  </w:t>
            </w:r>
          </w:p>
        </w:tc>
        <w:tc>
          <w:tcPr>
            <w:tcW w:w="1726" w:type="dxa"/>
          </w:tcPr>
          <w:p w14:paraId="50D58EF9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11. C  </w:t>
            </w:r>
          </w:p>
          <w:p w14:paraId="2BDAD8A6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12. A  </w:t>
            </w:r>
          </w:p>
          <w:p w14:paraId="05B62B41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13. A  </w:t>
            </w:r>
          </w:p>
          <w:p w14:paraId="38A61303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14. A  </w:t>
            </w:r>
          </w:p>
          <w:p w14:paraId="56342EFC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15. A  </w:t>
            </w:r>
          </w:p>
          <w:p w14:paraId="2AFB4BAB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16. B  </w:t>
            </w:r>
          </w:p>
          <w:p w14:paraId="0592BBF6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17. A  </w:t>
            </w:r>
          </w:p>
          <w:p w14:paraId="694181DD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18. B  </w:t>
            </w:r>
          </w:p>
          <w:p w14:paraId="111FEFA7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19. B  </w:t>
            </w:r>
          </w:p>
          <w:p w14:paraId="4B228332" w14:textId="78DC5547" w:rsidR="00E16A36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20. B  </w:t>
            </w:r>
          </w:p>
        </w:tc>
        <w:tc>
          <w:tcPr>
            <w:tcW w:w="1726" w:type="dxa"/>
          </w:tcPr>
          <w:p w14:paraId="4B501BAB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21. B  </w:t>
            </w:r>
          </w:p>
          <w:p w14:paraId="5B424896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22. A  </w:t>
            </w:r>
          </w:p>
          <w:p w14:paraId="18E777B0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23. B  </w:t>
            </w:r>
          </w:p>
          <w:p w14:paraId="02E76293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24. C  </w:t>
            </w:r>
          </w:p>
          <w:p w14:paraId="01BD4765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25. A  </w:t>
            </w:r>
          </w:p>
          <w:p w14:paraId="5568A4B1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26. B  </w:t>
            </w:r>
          </w:p>
          <w:p w14:paraId="2A82F137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27. B  </w:t>
            </w:r>
          </w:p>
          <w:p w14:paraId="7C6C91C9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28. A  </w:t>
            </w:r>
          </w:p>
          <w:p w14:paraId="6C21BECF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29. B  </w:t>
            </w:r>
          </w:p>
          <w:p w14:paraId="060FF84C" w14:textId="37C07E54" w:rsidR="00E16A36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30. B  </w:t>
            </w:r>
          </w:p>
        </w:tc>
        <w:tc>
          <w:tcPr>
            <w:tcW w:w="1726" w:type="dxa"/>
          </w:tcPr>
          <w:p w14:paraId="6928FEF3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31. A  </w:t>
            </w:r>
          </w:p>
          <w:p w14:paraId="64C9ACBB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32. B  </w:t>
            </w:r>
          </w:p>
          <w:p w14:paraId="27F476D3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33. A  </w:t>
            </w:r>
          </w:p>
          <w:p w14:paraId="687F3DEA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34. A  </w:t>
            </w:r>
          </w:p>
          <w:p w14:paraId="74771BDC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35. A  </w:t>
            </w:r>
          </w:p>
          <w:p w14:paraId="1874CFAB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36. A  </w:t>
            </w:r>
          </w:p>
          <w:p w14:paraId="544F99A1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37. A  </w:t>
            </w:r>
          </w:p>
          <w:p w14:paraId="0CC58C69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38. B  </w:t>
            </w:r>
          </w:p>
          <w:p w14:paraId="11A8403C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39. A  </w:t>
            </w:r>
          </w:p>
          <w:p w14:paraId="2DB53B00" w14:textId="7EB4F816" w:rsidR="00E16A36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40. A  </w:t>
            </w:r>
          </w:p>
        </w:tc>
        <w:tc>
          <w:tcPr>
            <w:tcW w:w="1726" w:type="dxa"/>
          </w:tcPr>
          <w:p w14:paraId="4BBC99F0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41. A  </w:t>
            </w:r>
          </w:p>
          <w:p w14:paraId="1D6A5804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42. A  </w:t>
            </w:r>
          </w:p>
          <w:p w14:paraId="13BF6467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43. A  </w:t>
            </w:r>
          </w:p>
          <w:p w14:paraId="307B79D1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44. A  </w:t>
            </w:r>
          </w:p>
          <w:p w14:paraId="0BFD1BD3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45. C  </w:t>
            </w:r>
          </w:p>
          <w:p w14:paraId="0821196A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46. A  </w:t>
            </w:r>
          </w:p>
          <w:p w14:paraId="78D8ADFA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47. B  </w:t>
            </w:r>
          </w:p>
          <w:p w14:paraId="2B97520C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48. B  </w:t>
            </w:r>
          </w:p>
          <w:p w14:paraId="67336482" w14:textId="7777777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 xml:space="preserve">49. A  </w:t>
            </w:r>
          </w:p>
          <w:p w14:paraId="655E64F6" w14:textId="6EBB27F7" w:rsidR="00E16A36" w:rsidRPr="006C245E" w:rsidRDefault="00E16A36" w:rsidP="00E16A36">
            <w:pPr>
              <w:spacing w:before="120"/>
              <w:rPr>
                <w:rFonts w:cs="Arial"/>
                <w:szCs w:val="24"/>
              </w:rPr>
            </w:pPr>
            <w:r w:rsidRPr="006C245E">
              <w:rPr>
                <w:rFonts w:cs="Arial"/>
                <w:szCs w:val="24"/>
              </w:rPr>
              <w:t>50. A</w:t>
            </w:r>
          </w:p>
          <w:p w14:paraId="1CA53C1B" w14:textId="77777777" w:rsidR="00E16A36" w:rsidRDefault="00E16A36" w:rsidP="00E16A36">
            <w:pPr>
              <w:spacing w:before="120"/>
              <w:rPr>
                <w:rFonts w:cs="Arial"/>
                <w:szCs w:val="24"/>
              </w:rPr>
            </w:pPr>
          </w:p>
        </w:tc>
      </w:tr>
    </w:tbl>
    <w:p w14:paraId="73F6FB09" w14:textId="77777777" w:rsidR="00E16A36" w:rsidRDefault="00E16A36" w:rsidP="006C245E">
      <w:pPr>
        <w:spacing w:after="0" w:line="240" w:lineRule="auto"/>
        <w:rPr>
          <w:rFonts w:cs="Arial"/>
          <w:szCs w:val="24"/>
        </w:rPr>
      </w:pPr>
    </w:p>
    <w:p w14:paraId="20E977A5" w14:textId="2D2114D5" w:rsidR="006C245E" w:rsidRP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43B31B93" w14:textId="77777777" w:rsidR="006C245E" w:rsidRDefault="006C245E" w:rsidP="006C245E">
      <w:pPr>
        <w:spacing w:after="0" w:line="240" w:lineRule="auto"/>
        <w:rPr>
          <w:rFonts w:cs="Arial"/>
          <w:szCs w:val="24"/>
        </w:rPr>
      </w:pPr>
    </w:p>
    <w:p w14:paraId="1389326F" w14:textId="77777777" w:rsidR="00384F16" w:rsidRDefault="00384F16" w:rsidP="006C245E">
      <w:pPr>
        <w:spacing w:after="0" w:line="240" w:lineRule="auto"/>
        <w:rPr>
          <w:rFonts w:cs="Arial"/>
          <w:szCs w:val="24"/>
        </w:rPr>
      </w:pPr>
    </w:p>
    <w:p w14:paraId="3FA05B4C" w14:textId="77777777" w:rsidR="00384F16" w:rsidRDefault="00384F16" w:rsidP="006C245E">
      <w:pPr>
        <w:spacing w:after="0" w:line="240" w:lineRule="auto"/>
        <w:rPr>
          <w:rFonts w:cs="Arial"/>
          <w:szCs w:val="24"/>
        </w:rPr>
      </w:pPr>
    </w:p>
    <w:p w14:paraId="4A021E96" w14:textId="77777777" w:rsidR="00384F16" w:rsidRDefault="00384F16" w:rsidP="006C245E">
      <w:pPr>
        <w:spacing w:after="0" w:line="240" w:lineRule="auto"/>
        <w:rPr>
          <w:rFonts w:cs="Arial"/>
          <w:szCs w:val="24"/>
        </w:rPr>
      </w:pPr>
    </w:p>
    <w:p w14:paraId="4302E2E1" w14:textId="77777777" w:rsidR="00384F16" w:rsidRDefault="00384F16" w:rsidP="006C245E">
      <w:pPr>
        <w:spacing w:after="0" w:line="240" w:lineRule="auto"/>
        <w:rPr>
          <w:rFonts w:cs="Arial"/>
          <w:szCs w:val="24"/>
        </w:rPr>
      </w:pPr>
    </w:p>
    <w:p w14:paraId="403E239C" w14:textId="77777777" w:rsidR="00384F16" w:rsidRDefault="00384F16" w:rsidP="006C245E">
      <w:pPr>
        <w:spacing w:after="0" w:line="240" w:lineRule="auto"/>
        <w:rPr>
          <w:rFonts w:cs="Arial"/>
          <w:szCs w:val="24"/>
        </w:rPr>
      </w:pPr>
    </w:p>
    <w:p w14:paraId="4729AD61" w14:textId="77777777" w:rsidR="00384F16" w:rsidRDefault="00384F16" w:rsidP="006C245E">
      <w:pPr>
        <w:spacing w:after="0" w:line="240" w:lineRule="auto"/>
        <w:rPr>
          <w:rFonts w:cs="Arial"/>
          <w:szCs w:val="24"/>
        </w:rPr>
      </w:pPr>
    </w:p>
    <w:p w14:paraId="3DE708C3" w14:textId="77777777" w:rsidR="00384F16" w:rsidRDefault="00384F16" w:rsidP="006C245E">
      <w:pPr>
        <w:spacing w:after="0" w:line="240" w:lineRule="auto"/>
        <w:rPr>
          <w:rFonts w:cs="Arial"/>
          <w:szCs w:val="24"/>
        </w:rPr>
      </w:pPr>
    </w:p>
    <w:p w14:paraId="5CBBE79F" w14:textId="77777777" w:rsidR="00384F16" w:rsidRDefault="00384F16" w:rsidP="006C245E">
      <w:pPr>
        <w:spacing w:after="0" w:line="240" w:lineRule="auto"/>
        <w:rPr>
          <w:rFonts w:cs="Arial"/>
          <w:szCs w:val="24"/>
        </w:rPr>
      </w:pPr>
    </w:p>
    <w:p w14:paraId="4D0408ED" w14:textId="77777777" w:rsidR="00384F16" w:rsidRDefault="00384F16" w:rsidP="006C245E">
      <w:pPr>
        <w:spacing w:after="0" w:line="240" w:lineRule="auto"/>
        <w:rPr>
          <w:rFonts w:cs="Arial"/>
          <w:szCs w:val="24"/>
        </w:rPr>
      </w:pPr>
    </w:p>
    <w:p w14:paraId="127DA70E" w14:textId="77777777" w:rsidR="00384F16" w:rsidRDefault="00384F16" w:rsidP="006C245E">
      <w:pPr>
        <w:spacing w:after="0" w:line="240" w:lineRule="auto"/>
        <w:rPr>
          <w:rFonts w:cs="Arial"/>
          <w:szCs w:val="24"/>
        </w:rPr>
      </w:pPr>
    </w:p>
    <w:p w14:paraId="036D249C" w14:textId="77777777" w:rsidR="00384F16" w:rsidRDefault="00384F16" w:rsidP="006C245E">
      <w:pPr>
        <w:spacing w:after="0" w:line="240" w:lineRule="auto"/>
        <w:rPr>
          <w:rFonts w:cs="Arial"/>
          <w:szCs w:val="24"/>
        </w:rPr>
      </w:pPr>
    </w:p>
    <w:p w14:paraId="726B0B79" w14:textId="77777777" w:rsidR="00384F16" w:rsidRDefault="00384F16" w:rsidP="006C245E">
      <w:pPr>
        <w:spacing w:after="0" w:line="240" w:lineRule="auto"/>
        <w:rPr>
          <w:rFonts w:cs="Arial"/>
          <w:szCs w:val="24"/>
        </w:rPr>
      </w:pPr>
    </w:p>
    <w:p w14:paraId="2687B46B" w14:textId="77777777" w:rsidR="00384F16" w:rsidRDefault="00384F16" w:rsidP="006C245E">
      <w:pPr>
        <w:spacing w:after="0" w:line="240" w:lineRule="auto"/>
        <w:rPr>
          <w:rFonts w:cs="Arial"/>
          <w:szCs w:val="24"/>
        </w:rPr>
      </w:pPr>
    </w:p>
    <w:p w14:paraId="46643031" w14:textId="2CFDA842" w:rsidR="00384F16" w:rsidRPr="00750D90" w:rsidRDefault="00384F16" w:rsidP="00750D90">
      <w:pPr>
        <w:rPr>
          <w:rFonts w:cs="Arial"/>
          <w:b/>
          <w:bCs/>
          <w:sz w:val="32"/>
          <w:szCs w:val="32"/>
          <w:u w:val="single"/>
          <w:lang w:val="en"/>
        </w:rPr>
      </w:pPr>
    </w:p>
    <w:sectPr w:rsidR="00384F16" w:rsidRPr="00750D90" w:rsidSect="006C245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A35CC" w14:textId="77777777" w:rsidR="007E0D00" w:rsidRDefault="007E0D00">
      <w:pPr>
        <w:spacing w:after="0" w:line="240" w:lineRule="auto"/>
      </w:pPr>
      <w:r>
        <w:separator/>
      </w:r>
    </w:p>
  </w:endnote>
  <w:endnote w:type="continuationSeparator" w:id="0">
    <w:p w14:paraId="67E37DD7" w14:textId="77777777" w:rsidR="007E0D00" w:rsidRDefault="007E0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4693" w14:textId="1306AE46" w:rsidR="00ED5734" w:rsidRDefault="00ED5734" w:rsidP="00ED5734">
    <w:pPr>
      <w:pStyle w:val="Footer"/>
    </w:pPr>
    <w:r>
      <w:t>©202</w:t>
    </w:r>
    <w:r w:rsidR="00676D7A">
      <w:t>6</w:t>
    </w:r>
    <w:r>
      <w:t xml:space="preserve"> DronePilotsForUS</w:t>
    </w:r>
    <w:r>
      <w:tab/>
    </w:r>
    <w:sdt>
      <w:sdtPr>
        <w:id w:val="11308179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378EE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C959F18" w14:textId="006EE1F6" w:rsidR="00ED5734" w:rsidRDefault="00ED5734" w:rsidP="00ED5734">
    <w:pPr>
      <w:pStyle w:val="Footer"/>
      <w:tabs>
        <w:tab w:val="clear" w:pos="4680"/>
        <w:tab w:val="clear" w:pos="9360"/>
      </w:tabs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65290" w14:textId="601B8942" w:rsidR="006C245E" w:rsidRDefault="006C245E" w:rsidP="006C245E">
    <w:pPr>
      <w:pStyle w:val="Footer"/>
    </w:pPr>
    <w:r>
      <w:t>©2026 DronePilotsForUS</w:t>
    </w:r>
    <w:r>
      <w:tab/>
    </w:r>
    <w:sdt>
      <w:sdtPr>
        <w:id w:val="100694417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</w:sdtContent>
    </w:sdt>
  </w:p>
  <w:p w14:paraId="0DAA37A1" w14:textId="77777777" w:rsidR="006C245E" w:rsidRDefault="006C245E" w:rsidP="006C245E">
    <w:pPr>
      <w:pStyle w:val="Footer"/>
      <w:tabs>
        <w:tab w:val="clear" w:pos="4680"/>
        <w:tab w:val="clear" w:pos="9360"/>
      </w:tabs>
      <w:jc w:val="both"/>
    </w:pPr>
  </w:p>
  <w:p w14:paraId="114EFB11" w14:textId="77777777" w:rsidR="006C245E" w:rsidRDefault="006C24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F7930" w14:textId="77777777" w:rsidR="007E0D00" w:rsidRDefault="007E0D00">
      <w:pPr>
        <w:spacing w:after="0" w:line="240" w:lineRule="auto"/>
      </w:pPr>
      <w:r>
        <w:separator/>
      </w:r>
    </w:p>
  </w:footnote>
  <w:footnote w:type="continuationSeparator" w:id="0">
    <w:p w14:paraId="0D9425D0" w14:textId="77777777" w:rsidR="007E0D00" w:rsidRDefault="007E0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4E63" w14:textId="21BA441F" w:rsidR="00DA64A1" w:rsidRDefault="00DA64A1">
    <w:pPr>
      <w:pStyle w:val="Header"/>
    </w:pPr>
  </w:p>
  <w:p w14:paraId="2C2129BB" w14:textId="1C124A55" w:rsidR="005F349B" w:rsidRDefault="005F34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6097"/>
      <w:gridCol w:w="2533"/>
    </w:tblGrid>
    <w:tr w:rsidR="00830861" w14:paraId="4030D5DD" w14:textId="77777777" w:rsidTr="00352AB1">
      <w:tc>
        <w:tcPr>
          <w:tcW w:w="6768" w:type="dxa"/>
        </w:tcPr>
        <w:p w14:paraId="57356E82" w14:textId="62E1F4F3" w:rsidR="006C245E" w:rsidRPr="00DA64A1" w:rsidRDefault="006C245E" w:rsidP="006C245E">
          <w:pPr>
            <w:pStyle w:val="Header"/>
            <w:rPr>
              <w:b/>
              <w:bCs/>
            </w:rPr>
          </w:pPr>
          <w:r>
            <w:rPr>
              <w:b/>
              <w:bCs/>
              <w:sz w:val="72"/>
              <w:szCs w:val="56"/>
            </w:rPr>
            <w:t xml:space="preserve">NFPA 2400 Vocabulary </w:t>
          </w:r>
          <w:r w:rsidR="00ED527D">
            <w:rPr>
              <w:b/>
              <w:bCs/>
              <w:sz w:val="72"/>
              <w:szCs w:val="56"/>
            </w:rPr>
            <w:t>Quiz</w:t>
          </w:r>
        </w:p>
      </w:tc>
      <w:tc>
        <w:tcPr>
          <w:tcW w:w="2088" w:type="dxa"/>
        </w:tcPr>
        <w:p w14:paraId="37DD4F1D" w14:textId="77777777" w:rsidR="006C245E" w:rsidRDefault="006C245E" w:rsidP="006C245E">
          <w:pPr>
            <w:pStyle w:val="Header"/>
          </w:pPr>
          <w:r>
            <w:rPr>
              <w:noProof/>
            </w:rPr>
            <w:drawing>
              <wp:inline distT="0" distB="0" distL="0" distR="0" wp14:anchorId="2C896052" wp14:editId="62434ECE">
                <wp:extent cx="1471612" cy="981075"/>
                <wp:effectExtent l="0" t="0" r="0" b="0"/>
                <wp:docPr id="1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301" cy="9935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304954" w14:textId="77777777" w:rsidR="006C245E" w:rsidRDefault="006C24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25512"/>
    <w:multiLevelType w:val="hybridMultilevel"/>
    <w:tmpl w:val="AD809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19F710D"/>
    <w:multiLevelType w:val="hybridMultilevel"/>
    <w:tmpl w:val="89285E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AB16A7"/>
    <w:multiLevelType w:val="hybridMultilevel"/>
    <w:tmpl w:val="64E4F9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674573"/>
    <w:multiLevelType w:val="hybridMultilevel"/>
    <w:tmpl w:val="01765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6B528C"/>
    <w:multiLevelType w:val="multilevel"/>
    <w:tmpl w:val="FA48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4345BA8"/>
    <w:multiLevelType w:val="hybridMultilevel"/>
    <w:tmpl w:val="F3524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927754"/>
    <w:multiLevelType w:val="hybridMultilevel"/>
    <w:tmpl w:val="79CCE9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5B04F9B"/>
    <w:multiLevelType w:val="hybridMultilevel"/>
    <w:tmpl w:val="4E70B1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6AE7777"/>
    <w:multiLevelType w:val="hybridMultilevel"/>
    <w:tmpl w:val="A79445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6C15936"/>
    <w:multiLevelType w:val="hybridMultilevel"/>
    <w:tmpl w:val="5C7C7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75154D9"/>
    <w:multiLevelType w:val="hybridMultilevel"/>
    <w:tmpl w:val="C1C41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375687"/>
    <w:multiLevelType w:val="hybridMultilevel"/>
    <w:tmpl w:val="CD387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89977A6"/>
    <w:multiLevelType w:val="multilevel"/>
    <w:tmpl w:val="BBE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9D274C5"/>
    <w:multiLevelType w:val="hybridMultilevel"/>
    <w:tmpl w:val="0D164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B0A234D"/>
    <w:multiLevelType w:val="hybridMultilevel"/>
    <w:tmpl w:val="09B6DE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B945EE7"/>
    <w:multiLevelType w:val="hybridMultilevel"/>
    <w:tmpl w:val="005AE1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0DF635FC"/>
    <w:multiLevelType w:val="hybridMultilevel"/>
    <w:tmpl w:val="A59CDD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115765B"/>
    <w:multiLevelType w:val="hybridMultilevel"/>
    <w:tmpl w:val="C6482F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1BC0636"/>
    <w:multiLevelType w:val="hybridMultilevel"/>
    <w:tmpl w:val="A48C0FC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1DF5615"/>
    <w:multiLevelType w:val="hybridMultilevel"/>
    <w:tmpl w:val="314A38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2FC0D27"/>
    <w:multiLevelType w:val="hybridMultilevel"/>
    <w:tmpl w:val="8CD66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3211B7E"/>
    <w:multiLevelType w:val="hybridMultilevel"/>
    <w:tmpl w:val="B2AE60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3CC2058"/>
    <w:multiLevelType w:val="hybridMultilevel"/>
    <w:tmpl w:val="F7A06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65277BB"/>
    <w:multiLevelType w:val="hybridMultilevel"/>
    <w:tmpl w:val="390CE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9200C60"/>
    <w:multiLevelType w:val="hybridMultilevel"/>
    <w:tmpl w:val="F3A4A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9AF094A"/>
    <w:multiLevelType w:val="hybridMultilevel"/>
    <w:tmpl w:val="78FE27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9DD7601"/>
    <w:multiLevelType w:val="hybridMultilevel"/>
    <w:tmpl w:val="8BBC56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B251C7D"/>
    <w:multiLevelType w:val="hybridMultilevel"/>
    <w:tmpl w:val="46F23F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B8208F6"/>
    <w:multiLevelType w:val="hybridMultilevel"/>
    <w:tmpl w:val="FC24B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B972D75"/>
    <w:multiLevelType w:val="multilevel"/>
    <w:tmpl w:val="32B8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CD019D6"/>
    <w:multiLevelType w:val="multilevel"/>
    <w:tmpl w:val="DFB4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0017156"/>
    <w:multiLevelType w:val="hybridMultilevel"/>
    <w:tmpl w:val="5E741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0A92C8F"/>
    <w:multiLevelType w:val="hybridMultilevel"/>
    <w:tmpl w:val="3942F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2E7458"/>
    <w:multiLevelType w:val="multilevel"/>
    <w:tmpl w:val="386E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31E72A7"/>
    <w:multiLevelType w:val="multilevel"/>
    <w:tmpl w:val="866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5027EAC"/>
    <w:multiLevelType w:val="hybridMultilevel"/>
    <w:tmpl w:val="9DFE98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5502BC6"/>
    <w:multiLevelType w:val="multilevel"/>
    <w:tmpl w:val="318C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5C4010D"/>
    <w:multiLevelType w:val="multilevel"/>
    <w:tmpl w:val="2222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787189A"/>
    <w:multiLevelType w:val="hybridMultilevel"/>
    <w:tmpl w:val="0CBAA4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78B438B"/>
    <w:multiLevelType w:val="hybridMultilevel"/>
    <w:tmpl w:val="C3B821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8B44E8F"/>
    <w:multiLevelType w:val="hybridMultilevel"/>
    <w:tmpl w:val="2D185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ACE5FDB"/>
    <w:multiLevelType w:val="hybridMultilevel"/>
    <w:tmpl w:val="623E50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B337FC9"/>
    <w:multiLevelType w:val="hybridMultilevel"/>
    <w:tmpl w:val="36863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B504BAC"/>
    <w:multiLevelType w:val="hybridMultilevel"/>
    <w:tmpl w:val="9AE4A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BF50673"/>
    <w:multiLevelType w:val="multilevel"/>
    <w:tmpl w:val="5918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C4F1D98"/>
    <w:multiLevelType w:val="hybridMultilevel"/>
    <w:tmpl w:val="29EEF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C7078D4"/>
    <w:multiLevelType w:val="hybridMultilevel"/>
    <w:tmpl w:val="3DD8E7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CD24133"/>
    <w:multiLevelType w:val="hybridMultilevel"/>
    <w:tmpl w:val="F0128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D4E497D"/>
    <w:multiLevelType w:val="hybridMultilevel"/>
    <w:tmpl w:val="02CA6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E426813"/>
    <w:multiLevelType w:val="hybridMultilevel"/>
    <w:tmpl w:val="F56A8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F5B7DCC"/>
    <w:multiLevelType w:val="hybridMultilevel"/>
    <w:tmpl w:val="89C6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2831449"/>
    <w:multiLevelType w:val="hybridMultilevel"/>
    <w:tmpl w:val="E314FF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37B3025"/>
    <w:multiLevelType w:val="hybridMultilevel"/>
    <w:tmpl w:val="73D64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5C175CB"/>
    <w:multiLevelType w:val="hybridMultilevel"/>
    <w:tmpl w:val="8CAC21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6A17C2C"/>
    <w:multiLevelType w:val="hybridMultilevel"/>
    <w:tmpl w:val="F42E4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8182CF5"/>
    <w:multiLevelType w:val="hybridMultilevel"/>
    <w:tmpl w:val="C8FE5B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A1C0851"/>
    <w:multiLevelType w:val="hybridMultilevel"/>
    <w:tmpl w:val="69881C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A49435F"/>
    <w:multiLevelType w:val="hybridMultilevel"/>
    <w:tmpl w:val="BEDA3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D274856"/>
    <w:multiLevelType w:val="multilevel"/>
    <w:tmpl w:val="839A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E005668"/>
    <w:multiLevelType w:val="hybridMultilevel"/>
    <w:tmpl w:val="4BBCBF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407F79A8"/>
    <w:multiLevelType w:val="hybridMultilevel"/>
    <w:tmpl w:val="C452F8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0EF60DB"/>
    <w:multiLevelType w:val="hybridMultilevel"/>
    <w:tmpl w:val="DC3A1A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14C537B"/>
    <w:multiLevelType w:val="hybridMultilevel"/>
    <w:tmpl w:val="C77A13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2B97481"/>
    <w:multiLevelType w:val="multilevel"/>
    <w:tmpl w:val="A82C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2D477E3"/>
    <w:multiLevelType w:val="hybridMultilevel"/>
    <w:tmpl w:val="3D5446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31B2FFE"/>
    <w:multiLevelType w:val="hybridMultilevel"/>
    <w:tmpl w:val="C8CE4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6DB0F90"/>
    <w:multiLevelType w:val="hybridMultilevel"/>
    <w:tmpl w:val="73B66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7635877"/>
    <w:multiLevelType w:val="hybridMultilevel"/>
    <w:tmpl w:val="4FD4E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914478E"/>
    <w:multiLevelType w:val="hybridMultilevel"/>
    <w:tmpl w:val="9CD4F6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926769B"/>
    <w:multiLevelType w:val="hybridMultilevel"/>
    <w:tmpl w:val="B1861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9B438E7"/>
    <w:multiLevelType w:val="hybridMultilevel"/>
    <w:tmpl w:val="6F9E92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9E46AD5"/>
    <w:multiLevelType w:val="hybridMultilevel"/>
    <w:tmpl w:val="51FA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A00183B"/>
    <w:multiLevelType w:val="multilevel"/>
    <w:tmpl w:val="8B00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4B0C5628"/>
    <w:multiLevelType w:val="multilevel"/>
    <w:tmpl w:val="282C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F39014D"/>
    <w:multiLevelType w:val="hybridMultilevel"/>
    <w:tmpl w:val="409AB1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FB23503"/>
    <w:multiLevelType w:val="multilevel"/>
    <w:tmpl w:val="DF94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01B6947"/>
    <w:multiLevelType w:val="hybridMultilevel"/>
    <w:tmpl w:val="4F12FD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06D25CD"/>
    <w:multiLevelType w:val="hybridMultilevel"/>
    <w:tmpl w:val="D46CB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0DD6F87"/>
    <w:multiLevelType w:val="multilevel"/>
    <w:tmpl w:val="BDF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21367D6"/>
    <w:multiLevelType w:val="multilevel"/>
    <w:tmpl w:val="8E1E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21E0ACD"/>
    <w:multiLevelType w:val="hybridMultilevel"/>
    <w:tmpl w:val="0A6E7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21E0DB7"/>
    <w:multiLevelType w:val="multilevel"/>
    <w:tmpl w:val="C03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2654023"/>
    <w:multiLevelType w:val="hybridMultilevel"/>
    <w:tmpl w:val="794E4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2D16480"/>
    <w:multiLevelType w:val="hybridMultilevel"/>
    <w:tmpl w:val="8D440A7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53077A06"/>
    <w:multiLevelType w:val="hybridMultilevel"/>
    <w:tmpl w:val="3B1E7C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35248D9"/>
    <w:multiLevelType w:val="hybridMultilevel"/>
    <w:tmpl w:val="E5C68C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5" w15:restartNumberingAfterBreak="0">
    <w:nsid w:val="537B53D1"/>
    <w:multiLevelType w:val="hybridMultilevel"/>
    <w:tmpl w:val="639CF5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3C31A7D"/>
    <w:multiLevelType w:val="hybridMultilevel"/>
    <w:tmpl w:val="DC3ED3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4550595"/>
    <w:multiLevelType w:val="hybridMultilevel"/>
    <w:tmpl w:val="88825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5D63DE0"/>
    <w:multiLevelType w:val="multilevel"/>
    <w:tmpl w:val="0878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55F5571D"/>
    <w:multiLevelType w:val="hybridMultilevel"/>
    <w:tmpl w:val="73F60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92649A0"/>
    <w:multiLevelType w:val="hybridMultilevel"/>
    <w:tmpl w:val="97C60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ADB4CCA"/>
    <w:multiLevelType w:val="hybridMultilevel"/>
    <w:tmpl w:val="5C26A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B214C88"/>
    <w:multiLevelType w:val="hybridMultilevel"/>
    <w:tmpl w:val="AB626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BA8132D"/>
    <w:multiLevelType w:val="hybridMultilevel"/>
    <w:tmpl w:val="9C5E2A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BF346D9"/>
    <w:multiLevelType w:val="hybridMultilevel"/>
    <w:tmpl w:val="7730F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D0977C9"/>
    <w:multiLevelType w:val="hybridMultilevel"/>
    <w:tmpl w:val="7424E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104DBC"/>
    <w:multiLevelType w:val="multilevel"/>
    <w:tmpl w:val="FB34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F881F98"/>
    <w:multiLevelType w:val="hybridMultilevel"/>
    <w:tmpl w:val="8E46A5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36D2A65"/>
    <w:multiLevelType w:val="hybridMultilevel"/>
    <w:tmpl w:val="200260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4FA0AE8"/>
    <w:multiLevelType w:val="hybridMultilevel"/>
    <w:tmpl w:val="44246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72E26F1"/>
    <w:multiLevelType w:val="hybridMultilevel"/>
    <w:tmpl w:val="4692AC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7783D15"/>
    <w:multiLevelType w:val="hybridMultilevel"/>
    <w:tmpl w:val="17FA4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85A0F6E"/>
    <w:multiLevelType w:val="hybridMultilevel"/>
    <w:tmpl w:val="211ED5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9F36901"/>
    <w:multiLevelType w:val="hybridMultilevel"/>
    <w:tmpl w:val="B866BE2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6C4C62AE"/>
    <w:multiLevelType w:val="multilevel"/>
    <w:tmpl w:val="DABC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6D8D094C"/>
    <w:multiLevelType w:val="hybridMultilevel"/>
    <w:tmpl w:val="C11E4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F9F6D48"/>
    <w:multiLevelType w:val="hybridMultilevel"/>
    <w:tmpl w:val="43B6FA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2737808"/>
    <w:multiLevelType w:val="hybridMultilevel"/>
    <w:tmpl w:val="422290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47046CE"/>
    <w:multiLevelType w:val="multilevel"/>
    <w:tmpl w:val="0EFC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74D6076D"/>
    <w:multiLevelType w:val="hybridMultilevel"/>
    <w:tmpl w:val="04CC48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5B020CD"/>
    <w:multiLevelType w:val="hybridMultilevel"/>
    <w:tmpl w:val="0156C2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7070870"/>
    <w:multiLevelType w:val="multilevel"/>
    <w:tmpl w:val="BFD6E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779D1E04"/>
    <w:multiLevelType w:val="hybridMultilevel"/>
    <w:tmpl w:val="8B409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981223D"/>
    <w:multiLevelType w:val="hybridMultilevel"/>
    <w:tmpl w:val="51C8F2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C552E5"/>
    <w:multiLevelType w:val="hybridMultilevel"/>
    <w:tmpl w:val="D9ECE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DF2119E"/>
    <w:multiLevelType w:val="hybridMultilevel"/>
    <w:tmpl w:val="0B76F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DF73EC7"/>
    <w:multiLevelType w:val="hybridMultilevel"/>
    <w:tmpl w:val="19264E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F0D6DBE"/>
    <w:multiLevelType w:val="hybridMultilevel"/>
    <w:tmpl w:val="8228D1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5A2014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5018642">
    <w:abstractNumId w:val="8"/>
  </w:num>
  <w:num w:numId="2" w16cid:durableId="61756349">
    <w:abstractNumId w:val="6"/>
  </w:num>
  <w:num w:numId="3" w16cid:durableId="596253894">
    <w:abstractNumId w:val="5"/>
  </w:num>
  <w:num w:numId="4" w16cid:durableId="753673846">
    <w:abstractNumId w:val="4"/>
  </w:num>
  <w:num w:numId="5" w16cid:durableId="935753508">
    <w:abstractNumId w:val="7"/>
  </w:num>
  <w:num w:numId="6" w16cid:durableId="1651474414">
    <w:abstractNumId w:val="3"/>
  </w:num>
  <w:num w:numId="7" w16cid:durableId="1404569514">
    <w:abstractNumId w:val="2"/>
  </w:num>
  <w:num w:numId="8" w16cid:durableId="437137298">
    <w:abstractNumId w:val="1"/>
  </w:num>
  <w:num w:numId="9" w16cid:durableId="183906397">
    <w:abstractNumId w:val="0"/>
  </w:num>
  <w:num w:numId="10" w16cid:durableId="252595800">
    <w:abstractNumId w:val="45"/>
  </w:num>
  <w:num w:numId="11" w16cid:durableId="1890726319">
    <w:abstractNumId w:val="90"/>
  </w:num>
  <w:num w:numId="12" w16cid:durableId="299575619">
    <w:abstractNumId w:val="84"/>
  </w:num>
  <w:num w:numId="13" w16cid:durableId="2109231330">
    <w:abstractNumId w:val="38"/>
  </w:num>
  <w:num w:numId="14" w16cid:durableId="164712270">
    <w:abstractNumId w:val="72"/>
  </w:num>
  <w:num w:numId="15" w16cid:durableId="581376044">
    <w:abstractNumId w:val="46"/>
  </w:num>
  <w:num w:numId="16" w16cid:durableId="958996814">
    <w:abstractNumId w:val="13"/>
  </w:num>
  <w:num w:numId="17" w16cid:durableId="1210259966">
    <w:abstractNumId w:val="121"/>
  </w:num>
  <w:num w:numId="18" w16cid:durableId="214704087">
    <w:abstractNumId w:val="87"/>
  </w:num>
  <w:num w:numId="19" w16cid:durableId="1205797899">
    <w:abstractNumId w:val="42"/>
  </w:num>
  <w:num w:numId="20" w16cid:durableId="2003047085">
    <w:abstractNumId w:val="88"/>
  </w:num>
  <w:num w:numId="21" w16cid:durableId="1351681890">
    <w:abstractNumId w:val="53"/>
  </w:num>
  <w:num w:numId="22" w16cid:durableId="724371821">
    <w:abstractNumId w:val="114"/>
  </w:num>
  <w:num w:numId="23" w16cid:durableId="2094430227">
    <w:abstractNumId w:val="81"/>
  </w:num>
  <w:num w:numId="24" w16cid:durableId="1465611200">
    <w:abstractNumId w:val="67"/>
  </w:num>
  <w:num w:numId="25" w16cid:durableId="155614131">
    <w:abstractNumId w:val="98"/>
  </w:num>
  <w:num w:numId="26" w16cid:durableId="977536283">
    <w:abstractNumId w:val="82"/>
  </w:num>
  <w:num w:numId="27" w16cid:durableId="719210561">
    <w:abstractNumId w:val="21"/>
  </w:num>
  <w:num w:numId="28" w16cid:durableId="1054234528">
    <w:abstractNumId w:val="39"/>
  </w:num>
  <w:num w:numId="29" w16cid:durableId="819149229">
    <w:abstractNumId w:val="106"/>
  </w:num>
  <w:num w:numId="30" w16cid:durableId="1086461200">
    <w:abstractNumId w:val="118"/>
  </w:num>
  <w:num w:numId="31" w16cid:durableId="1865363264">
    <w:abstractNumId w:val="43"/>
  </w:num>
  <w:num w:numId="32" w16cid:durableId="1370564720">
    <w:abstractNumId w:val="9"/>
  </w:num>
  <w:num w:numId="33" w16cid:durableId="1395005994">
    <w:abstractNumId w:val="20"/>
  </w:num>
  <w:num w:numId="34" w16cid:durableId="645815637">
    <w:abstractNumId w:val="76"/>
  </w:num>
  <w:num w:numId="35" w16cid:durableId="238832912">
    <w:abstractNumId w:val="49"/>
  </w:num>
  <w:num w:numId="36" w16cid:durableId="1937712934">
    <w:abstractNumId w:val="15"/>
  </w:num>
  <w:num w:numId="37" w16cid:durableId="1815760481">
    <w:abstractNumId w:val="127"/>
  </w:num>
  <w:num w:numId="38" w16cid:durableId="1821800019">
    <w:abstractNumId w:val="54"/>
  </w:num>
  <w:num w:numId="39" w16cid:durableId="337777867">
    <w:abstractNumId w:val="94"/>
  </w:num>
  <w:num w:numId="40" w16cid:durableId="59639247">
    <w:abstractNumId w:val="24"/>
  </w:num>
  <w:num w:numId="41" w16cid:durableId="1584797742">
    <w:abstractNumId w:val="92"/>
  </w:num>
  <w:num w:numId="42" w16cid:durableId="1666469774">
    <w:abstractNumId w:val="27"/>
  </w:num>
  <w:num w:numId="43" w16cid:durableId="1632175103">
    <w:abstractNumId w:val="25"/>
  </w:num>
  <w:num w:numId="44" w16cid:durableId="1023362915">
    <w:abstractNumId w:val="112"/>
  </w:num>
  <w:num w:numId="45" w16cid:durableId="2016417921">
    <w:abstractNumId w:val="68"/>
  </w:num>
  <w:num w:numId="46" w16cid:durableId="1318262682">
    <w:abstractNumId w:val="33"/>
  </w:num>
  <w:num w:numId="47" w16cid:durableId="1624537042">
    <w:abstractNumId w:val="23"/>
  </w:num>
  <w:num w:numId="48" w16cid:durableId="936133432">
    <w:abstractNumId w:val="116"/>
  </w:num>
  <w:num w:numId="49" w16cid:durableId="1736660340">
    <w:abstractNumId w:val="18"/>
  </w:num>
  <w:num w:numId="50" w16cid:durableId="1276329414">
    <w:abstractNumId w:val="28"/>
  </w:num>
  <w:num w:numId="51" w16cid:durableId="133987921">
    <w:abstractNumId w:val="61"/>
  </w:num>
  <w:num w:numId="52" w16cid:durableId="877358282">
    <w:abstractNumId w:val="79"/>
  </w:num>
  <w:num w:numId="53" w16cid:durableId="1098671930">
    <w:abstractNumId w:val="115"/>
  </w:num>
  <w:num w:numId="54" w16cid:durableId="129250616">
    <w:abstractNumId w:val="110"/>
  </w:num>
  <w:num w:numId="55" w16cid:durableId="1184855345">
    <w:abstractNumId w:val="41"/>
  </w:num>
  <w:num w:numId="56" w16cid:durableId="888223093">
    <w:abstractNumId w:val="26"/>
  </w:num>
  <w:num w:numId="57" w16cid:durableId="1590459315">
    <w:abstractNumId w:val="101"/>
  </w:num>
  <w:num w:numId="58" w16cid:durableId="1800761099">
    <w:abstractNumId w:val="96"/>
  </w:num>
  <w:num w:numId="59" w16cid:durableId="2033845704">
    <w:abstractNumId w:val="122"/>
  </w:num>
  <w:num w:numId="60" w16cid:durableId="47267323">
    <w:abstractNumId w:val="126"/>
  </w:num>
  <w:num w:numId="61" w16cid:durableId="1529640592">
    <w:abstractNumId w:val="97"/>
  </w:num>
  <w:num w:numId="62" w16cid:durableId="238252004">
    <w:abstractNumId w:val="70"/>
  </w:num>
  <w:num w:numId="63" w16cid:durableId="1873373657">
    <w:abstractNumId w:val="14"/>
  </w:num>
  <w:num w:numId="64" w16cid:durableId="1957788098">
    <w:abstractNumId w:val="108"/>
  </w:num>
  <w:num w:numId="65" w16cid:durableId="889927050">
    <w:abstractNumId w:val="59"/>
  </w:num>
  <w:num w:numId="66" w16cid:durableId="786892355">
    <w:abstractNumId w:val="120"/>
  </w:num>
  <w:num w:numId="67" w16cid:durableId="333341070">
    <w:abstractNumId w:val="75"/>
  </w:num>
  <w:num w:numId="68" w16cid:durableId="2095009860">
    <w:abstractNumId w:val="35"/>
  </w:num>
  <w:num w:numId="69" w16cid:durableId="136925228">
    <w:abstractNumId w:val="104"/>
  </w:num>
  <w:num w:numId="70" w16cid:durableId="1363239333">
    <w:abstractNumId w:val="93"/>
  </w:num>
  <w:num w:numId="71" w16cid:durableId="1012489575">
    <w:abstractNumId w:val="19"/>
  </w:num>
  <w:num w:numId="72" w16cid:durableId="1943104423">
    <w:abstractNumId w:val="73"/>
  </w:num>
  <w:num w:numId="73" w16cid:durableId="63187639">
    <w:abstractNumId w:val="109"/>
  </w:num>
  <w:num w:numId="74" w16cid:durableId="1420717780">
    <w:abstractNumId w:val="10"/>
  </w:num>
  <w:num w:numId="75" w16cid:durableId="860554799">
    <w:abstractNumId w:val="102"/>
  </w:num>
  <w:num w:numId="76" w16cid:durableId="879322301">
    <w:abstractNumId w:val="16"/>
  </w:num>
  <w:num w:numId="77" w16cid:durableId="2025326496">
    <w:abstractNumId w:val="69"/>
  </w:num>
  <w:num w:numId="78" w16cid:durableId="1271355385">
    <w:abstractNumId w:val="64"/>
  </w:num>
  <w:num w:numId="79" w16cid:durableId="300379781">
    <w:abstractNumId w:val="57"/>
  </w:num>
  <w:num w:numId="80" w16cid:durableId="1303000283">
    <w:abstractNumId w:val="123"/>
  </w:num>
  <w:num w:numId="81" w16cid:durableId="400979475">
    <w:abstractNumId w:val="31"/>
  </w:num>
  <w:num w:numId="82" w16cid:durableId="1974947236">
    <w:abstractNumId w:val="77"/>
  </w:num>
  <w:num w:numId="83" w16cid:durableId="1703743244">
    <w:abstractNumId w:val="12"/>
  </w:num>
  <w:num w:numId="84" w16cid:durableId="1975519659">
    <w:abstractNumId w:val="36"/>
  </w:num>
  <w:num w:numId="85" w16cid:durableId="1427655227">
    <w:abstractNumId w:val="22"/>
  </w:num>
  <w:num w:numId="86" w16cid:durableId="1740446633">
    <w:abstractNumId w:val="85"/>
  </w:num>
  <w:num w:numId="87" w16cid:durableId="1990595568">
    <w:abstractNumId w:val="29"/>
  </w:num>
  <w:num w:numId="88" w16cid:durableId="513374163">
    <w:abstractNumId w:val="60"/>
  </w:num>
  <w:num w:numId="89" w16cid:durableId="1916237014">
    <w:abstractNumId w:val="32"/>
  </w:num>
  <w:num w:numId="90" w16cid:durableId="1379010351">
    <w:abstractNumId w:val="62"/>
  </w:num>
  <w:num w:numId="91" w16cid:durableId="1170412222">
    <w:abstractNumId w:val="66"/>
  </w:num>
  <w:num w:numId="92" w16cid:durableId="1773011507">
    <w:abstractNumId w:val="30"/>
  </w:num>
  <w:num w:numId="93" w16cid:durableId="428819311">
    <w:abstractNumId w:val="56"/>
  </w:num>
  <w:num w:numId="94" w16cid:durableId="1251740113">
    <w:abstractNumId w:val="74"/>
  </w:num>
  <w:num w:numId="95" w16cid:durableId="587079288">
    <w:abstractNumId w:val="40"/>
  </w:num>
  <w:num w:numId="96" w16cid:durableId="1005091433">
    <w:abstractNumId w:val="105"/>
  </w:num>
  <w:num w:numId="97" w16cid:durableId="1640450670">
    <w:abstractNumId w:val="48"/>
  </w:num>
  <w:num w:numId="98" w16cid:durableId="1398476681">
    <w:abstractNumId w:val="51"/>
  </w:num>
  <w:num w:numId="99" w16cid:durableId="995960856">
    <w:abstractNumId w:val="103"/>
  </w:num>
  <w:num w:numId="100" w16cid:durableId="669606089">
    <w:abstractNumId w:val="99"/>
  </w:num>
  <w:num w:numId="101" w16cid:durableId="470294861">
    <w:abstractNumId w:val="34"/>
  </w:num>
  <w:num w:numId="102" w16cid:durableId="1732075998">
    <w:abstractNumId w:val="100"/>
  </w:num>
  <w:num w:numId="103" w16cid:durableId="812721224">
    <w:abstractNumId w:val="17"/>
  </w:num>
  <w:num w:numId="104" w16cid:durableId="2014454455">
    <w:abstractNumId w:val="11"/>
  </w:num>
  <w:num w:numId="105" w16cid:durableId="1103459227">
    <w:abstractNumId w:val="80"/>
  </w:num>
  <w:num w:numId="106" w16cid:durableId="983657876">
    <w:abstractNumId w:val="47"/>
  </w:num>
  <w:num w:numId="107" w16cid:durableId="198401771">
    <w:abstractNumId w:val="52"/>
  </w:num>
  <w:num w:numId="108" w16cid:durableId="1714498408">
    <w:abstractNumId w:val="125"/>
  </w:num>
  <w:num w:numId="109" w16cid:durableId="757672230">
    <w:abstractNumId w:val="91"/>
  </w:num>
  <w:num w:numId="110" w16cid:durableId="1593003648">
    <w:abstractNumId w:val="95"/>
  </w:num>
  <w:num w:numId="111" w16cid:durableId="1970041537">
    <w:abstractNumId w:val="50"/>
  </w:num>
  <w:num w:numId="112" w16cid:durableId="791707253">
    <w:abstractNumId w:val="58"/>
  </w:num>
  <w:num w:numId="113" w16cid:durableId="531849207">
    <w:abstractNumId w:val="107"/>
  </w:num>
  <w:num w:numId="114" w16cid:durableId="784732422">
    <w:abstractNumId w:val="63"/>
  </w:num>
  <w:num w:numId="115" w16cid:durableId="959145194">
    <w:abstractNumId w:val="65"/>
  </w:num>
  <w:num w:numId="116" w16cid:durableId="1413625992">
    <w:abstractNumId w:val="111"/>
  </w:num>
  <w:num w:numId="117" w16cid:durableId="1586843594">
    <w:abstractNumId w:val="55"/>
  </w:num>
  <w:num w:numId="118" w16cid:durableId="1384863296">
    <w:abstractNumId w:val="37"/>
  </w:num>
  <w:num w:numId="119" w16cid:durableId="1609778186">
    <w:abstractNumId w:val="117"/>
  </w:num>
  <w:num w:numId="120" w16cid:durableId="1527063090">
    <w:abstractNumId w:val="124"/>
  </w:num>
  <w:num w:numId="121" w16cid:durableId="1951819798">
    <w:abstractNumId w:val="83"/>
  </w:num>
  <w:num w:numId="122" w16cid:durableId="1406104902">
    <w:abstractNumId w:val="89"/>
  </w:num>
  <w:num w:numId="123" w16cid:durableId="395474436">
    <w:abstractNumId w:val="113"/>
  </w:num>
  <w:num w:numId="124" w16cid:durableId="935483529">
    <w:abstractNumId w:val="86"/>
  </w:num>
  <w:num w:numId="125" w16cid:durableId="1420249097">
    <w:abstractNumId w:val="71"/>
  </w:num>
  <w:num w:numId="126" w16cid:durableId="1692341916">
    <w:abstractNumId w:val="44"/>
  </w:num>
  <w:num w:numId="127" w16cid:durableId="169226035">
    <w:abstractNumId w:val="119"/>
  </w:num>
  <w:num w:numId="128" w16cid:durableId="1336688425">
    <w:abstractNumId w:val="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C0E"/>
    <w:rsid w:val="00112941"/>
    <w:rsid w:val="0015074B"/>
    <w:rsid w:val="00177DD7"/>
    <w:rsid w:val="001A338A"/>
    <w:rsid w:val="0029639D"/>
    <w:rsid w:val="00296F7D"/>
    <w:rsid w:val="003200F6"/>
    <w:rsid w:val="00323FF2"/>
    <w:rsid w:val="00326F90"/>
    <w:rsid w:val="00384F16"/>
    <w:rsid w:val="00396E04"/>
    <w:rsid w:val="004B263C"/>
    <w:rsid w:val="005F349B"/>
    <w:rsid w:val="00601B24"/>
    <w:rsid w:val="00676D7A"/>
    <w:rsid w:val="006C245E"/>
    <w:rsid w:val="00711331"/>
    <w:rsid w:val="00750D90"/>
    <w:rsid w:val="007E0D00"/>
    <w:rsid w:val="008162D3"/>
    <w:rsid w:val="00830861"/>
    <w:rsid w:val="008547C4"/>
    <w:rsid w:val="00893743"/>
    <w:rsid w:val="009B6DF6"/>
    <w:rsid w:val="00A31D44"/>
    <w:rsid w:val="00A42679"/>
    <w:rsid w:val="00AA1D8D"/>
    <w:rsid w:val="00AB2275"/>
    <w:rsid w:val="00B23074"/>
    <w:rsid w:val="00B47730"/>
    <w:rsid w:val="00BA546C"/>
    <w:rsid w:val="00C12187"/>
    <w:rsid w:val="00CB0664"/>
    <w:rsid w:val="00D02076"/>
    <w:rsid w:val="00DA64A1"/>
    <w:rsid w:val="00DF3CE6"/>
    <w:rsid w:val="00E16A36"/>
    <w:rsid w:val="00E343BB"/>
    <w:rsid w:val="00ED527D"/>
    <w:rsid w:val="00ED5734"/>
    <w:rsid w:val="00EF4E00"/>
    <w:rsid w:val="00F17259"/>
    <w:rsid w:val="00F378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3C40F1"/>
  <w14:defaultImageDpi w14:val="300"/>
  <w15:docId w15:val="{4404A48C-5782-4838-908B-01ABF4DE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937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7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1404</Words>
  <Characters>8004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Barbour</cp:lastModifiedBy>
  <cp:revision>14</cp:revision>
  <cp:lastPrinted>2026-02-10T21:54:00Z</cp:lastPrinted>
  <dcterms:created xsi:type="dcterms:W3CDTF">2026-02-10T16:58:00Z</dcterms:created>
  <dcterms:modified xsi:type="dcterms:W3CDTF">2026-02-10T21:56:00Z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1c60a9ed-b40d-49c0-ab22-c6c3c0f473bb</vt:lpwstr>
  </property>
</Properties>
</file>