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67CD76B2" w14:textId="5805E89C" w:rsidR="006C245E" w:rsidRDefault="00A028AC" w:rsidP="006C245E">
      <w:p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 xml:space="preserve">The following is a 15-day lesson plan </w:t>
      </w:r>
      <w:r w:rsidR="00425C5E">
        <w:rPr>
          <w:rFonts w:cs="Arial"/>
          <w:szCs w:val="24"/>
        </w:rPr>
        <w:t>for teaching NFPA 2400 in high school programs</w:t>
      </w:r>
      <w:r>
        <w:rPr>
          <w:rFonts w:cs="Arial"/>
          <w:szCs w:val="24"/>
        </w:rPr>
        <w:t xml:space="preserve"> as part of the Advanced Drone Piloting Curriculum.</w:t>
      </w:r>
      <w:r w:rsidR="00FB39D9" w:rsidRPr="00FB39D9">
        <w:rPr>
          <w:rFonts w:cs="Arial"/>
          <w:szCs w:val="24"/>
        </w:rPr>
        <w:t xml:space="preserve"> </w:t>
      </w:r>
      <w:r w:rsidR="00425C5E">
        <w:rPr>
          <w:rFonts w:cs="Arial"/>
          <w:szCs w:val="24"/>
        </w:rPr>
        <w:t>Included are</w:t>
      </w:r>
      <w:r w:rsidR="00425C5E" w:rsidRPr="00425C5E">
        <w:rPr>
          <w:rFonts w:cs="Arial"/>
          <w:szCs w:val="24"/>
        </w:rPr>
        <w:t xml:space="preserve"> daily essential questions, expected time durations for lectures, lessons addressing the specified standards (</w:t>
      </w:r>
      <w:r w:rsidR="00425C5E">
        <w:rPr>
          <w:rFonts w:cs="Arial"/>
          <w:szCs w:val="24"/>
        </w:rPr>
        <w:t>30</w:t>
      </w:r>
      <w:r w:rsidR="00425C5E" w:rsidRPr="00425C5E">
        <w:rPr>
          <w:rFonts w:cs="Arial"/>
          <w:szCs w:val="24"/>
        </w:rPr>
        <w:t xml:space="preserve">3.01 and </w:t>
      </w:r>
      <w:r w:rsidR="00425C5E">
        <w:rPr>
          <w:rFonts w:cs="Arial"/>
          <w:szCs w:val="24"/>
        </w:rPr>
        <w:t>30</w:t>
      </w:r>
      <w:r w:rsidR="00425C5E" w:rsidRPr="00425C5E">
        <w:rPr>
          <w:rFonts w:cs="Arial"/>
          <w:szCs w:val="24"/>
        </w:rPr>
        <w:t>3.02), and clear learning goals.</w:t>
      </w:r>
    </w:p>
    <w:p w14:paraId="05C9FA40" w14:textId="77777777" w:rsidR="00FB39D9" w:rsidRDefault="00FB39D9" w:rsidP="006C245E">
      <w:pPr>
        <w:spacing w:after="0" w:line="240" w:lineRule="auto"/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8C5215" w14:paraId="1DC3761F" w14:textId="77777777" w:rsidTr="0036257C">
        <w:tc>
          <w:tcPr>
            <w:tcW w:w="9350" w:type="dxa"/>
          </w:tcPr>
          <w:p w14:paraId="6F835E3E" w14:textId="77777777" w:rsidR="00FF226E" w:rsidRPr="008C5215" w:rsidRDefault="00FF226E" w:rsidP="0036257C">
            <w:pPr>
              <w:rPr>
                <w:b/>
                <w:bCs/>
                <w:color w:val="004F88"/>
              </w:rPr>
            </w:pPr>
            <w:r w:rsidRPr="008C5215">
              <w:rPr>
                <w:b/>
                <w:bCs/>
                <w:color w:val="004F88"/>
              </w:rPr>
              <w:t>Day 1: Introduction to UAS Operations</w:t>
            </w:r>
          </w:p>
        </w:tc>
      </w:tr>
      <w:tr w:rsidR="00FF226E" w:rsidRPr="008C5215" w14:paraId="181AB7E0" w14:textId="77777777" w:rsidTr="0036257C">
        <w:tc>
          <w:tcPr>
            <w:tcW w:w="9350" w:type="dxa"/>
          </w:tcPr>
          <w:p w14:paraId="6E975801" w14:textId="77777777" w:rsidR="00FF226E" w:rsidRDefault="00FF226E" w:rsidP="0036257C">
            <w:r w:rsidRPr="008C5215">
              <w:rPr>
                <w:b/>
                <w:bCs/>
              </w:rPr>
              <w:t>Essential Question</w:t>
            </w:r>
            <w:r w:rsidRPr="008C5215">
              <w:t xml:space="preserve">: </w:t>
            </w:r>
          </w:p>
          <w:p w14:paraId="3F1808E9" w14:textId="77777777" w:rsidR="00FF226E" w:rsidRPr="008C5215" w:rsidRDefault="00FF226E" w:rsidP="00FF226E">
            <w:pPr>
              <w:numPr>
                <w:ilvl w:val="0"/>
                <w:numId w:val="56"/>
              </w:numPr>
            </w:pPr>
            <w:r w:rsidRPr="008C5215">
              <w:t>What are the key roles and applications of UAS in emergency services?</w:t>
            </w:r>
          </w:p>
        </w:tc>
      </w:tr>
      <w:tr w:rsidR="00FF226E" w:rsidRPr="008C5215" w14:paraId="0A70659E" w14:textId="77777777" w:rsidTr="0036257C">
        <w:tc>
          <w:tcPr>
            <w:tcW w:w="9350" w:type="dxa"/>
          </w:tcPr>
          <w:p w14:paraId="540CCF0F" w14:textId="77777777" w:rsidR="00FF226E" w:rsidRPr="008C5215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Lecture Duration</w:t>
            </w:r>
            <w:r w:rsidRPr="008C5215">
              <w:t>: 30 minutes</w:t>
            </w:r>
          </w:p>
        </w:tc>
      </w:tr>
      <w:tr w:rsidR="00FF226E" w:rsidRPr="008C5215" w14:paraId="3350B7D5" w14:textId="77777777" w:rsidTr="0036257C">
        <w:trPr>
          <w:trHeight w:val="779"/>
        </w:trPr>
        <w:tc>
          <w:tcPr>
            <w:tcW w:w="9350" w:type="dxa"/>
          </w:tcPr>
          <w:p w14:paraId="14F718D8" w14:textId="77777777" w:rsidR="00FF226E" w:rsidRPr="008C5215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Learning Goals</w:t>
            </w:r>
            <w:r w:rsidRPr="008C5215">
              <w:t>:</w:t>
            </w:r>
          </w:p>
          <w:p w14:paraId="6680E404" w14:textId="77777777" w:rsidR="00FF226E" w:rsidRPr="008C5215" w:rsidRDefault="00FF226E" w:rsidP="00FF226E">
            <w:pPr>
              <w:numPr>
                <w:ilvl w:val="0"/>
                <w:numId w:val="56"/>
              </w:numPr>
            </w:pPr>
            <w:r w:rsidRPr="008C5215">
              <w:t>Understand the significance of NFPA 2400.</w:t>
            </w:r>
          </w:p>
          <w:p w14:paraId="79B86D94" w14:textId="77777777" w:rsidR="00FF226E" w:rsidRPr="008C5215" w:rsidRDefault="00FF226E" w:rsidP="00FF226E">
            <w:pPr>
              <w:numPr>
                <w:ilvl w:val="0"/>
                <w:numId w:val="56"/>
              </w:numPr>
            </w:pPr>
            <w:r w:rsidRPr="008C5215">
              <w:t>Identify various UAS applications in emergency management.</w:t>
            </w:r>
          </w:p>
        </w:tc>
      </w:tr>
      <w:tr w:rsidR="00FF226E" w:rsidRPr="008C5215" w14:paraId="0AA12F8E" w14:textId="77777777" w:rsidTr="0036257C">
        <w:tc>
          <w:tcPr>
            <w:tcW w:w="9350" w:type="dxa"/>
          </w:tcPr>
          <w:p w14:paraId="3AA943F7" w14:textId="77777777" w:rsidR="00FF226E" w:rsidRPr="008C5215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Standards Addressed</w:t>
            </w:r>
            <w:r w:rsidRPr="008C5215">
              <w:t xml:space="preserve">: </w:t>
            </w:r>
            <w:r>
              <w:t>Advanced Drone Piloting 30</w:t>
            </w:r>
            <w:r w:rsidRPr="008C5215">
              <w:t>3.01</w:t>
            </w:r>
          </w:p>
        </w:tc>
      </w:tr>
      <w:tr w:rsidR="00FF226E" w:rsidRPr="008C5215" w14:paraId="71AD556F" w14:textId="77777777" w:rsidTr="0036257C">
        <w:trPr>
          <w:trHeight w:val="1285"/>
        </w:trPr>
        <w:tc>
          <w:tcPr>
            <w:tcW w:w="9350" w:type="dxa"/>
          </w:tcPr>
          <w:p w14:paraId="64A9FF60" w14:textId="77777777" w:rsidR="00FF226E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Activities</w:t>
            </w:r>
            <w:r w:rsidRPr="008C5215">
              <w:t xml:space="preserve">: </w:t>
            </w:r>
          </w:p>
          <w:p w14:paraId="68B6E6D4" w14:textId="77777777" w:rsidR="00FF226E" w:rsidRPr="008C5215" w:rsidRDefault="00FF226E" w:rsidP="00FF226E">
            <w:pPr>
              <w:numPr>
                <w:ilvl w:val="0"/>
                <w:numId w:val="57"/>
              </w:numPr>
            </w:pPr>
            <w:r w:rsidRPr="008C5215">
              <w:t>Class discussion and introduction to flight vocabulary.</w:t>
            </w:r>
          </w:p>
          <w:p w14:paraId="4BC254DE" w14:textId="77777777" w:rsidR="00FF226E" w:rsidRPr="008C5215" w:rsidRDefault="00FF226E" w:rsidP="00FF226E">
            <w:pPr>
              <w:numPr>
                <w:ilvl w:val="0"/>
                <w:numId w:val="57"/>
              </w:numPr>
              <w:rPr>
                <w:i/>
                <w:iCs/>
              </w:rPr>
            </w:pPr>
            <w:r w:rsidRPr="008C5215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8C5215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793E9A2B" w14:textId="77777777" w:rsidR="00FF226E" w:rsidRPr="008C5215" w:rsidRDefault="00FF226E" w:rsidP="00FF226E">
            <w:pPr>
              <w:numPr>
                <w:ilvl w:val="0"/>
                <w:numId w:val="57"/>
              </w:numPr>
            </w:pPr>
            <w:r w:rsidRPr="008C5215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21B3803B" w14:textId="77777777" w:rsidR="00FF226E" w:rsidRDefault="00FF226E" w:rsidP="00FF22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8C5215" w14:paraId="2483298E" w14:textId="77777777" w:rsidTr="0036257C">
        <w:tc>
          <w:tcPr>
            <w:tcW w:w="9350" w:type="dxa"/>
          </w:tcPr>
          <w:p w14:paraId="7E4B297A" w14:textId="77777777" w:rsidR="00FF226E" w:rsidRPr="008C5215" w:rsidRDefault="00FF226E" w:rsidP="0036257C">
            <w:pPr>
              <w:rPr>
                <w:b/>
                <w:bCs/>
                <w:color w:val="004F88"/>
              </w:rPr>
            </w:pPr>
            <w:r w:rsidRPr="008C5215">
              <w:rPr>
                <w:b/>
                <w:bCs/>
                <w:color w:val="004F88"/>
              </w:rPr>
              <w:t xml:space="preserve"> Day 2: Understanding Flight Dynamics</w:t>
            </w:r>
          </w:p>
        </w:tc>
      </w:tr>
      <w:tr w:rsidR="00FF226E" w:rsidRPr="008C5215" w14:paraId="03800842" w14:textId="77777777" w:rsidTr="0036257C">
        <w:tc>
          <w:tcPr>
            <w:tcW w:w="9350" w:type="dxa"/>
          </w:tcPr>
          <w:p w14:paraId="56DDE65B" w14:textId="77777777" w:rsidR="00FF226E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Essential Question</w:t>
            </w:r>
            <w:r w:rsidRPr="008C5215">
              <w:t xml:space="preserve">: </w:t>
            </w:r>
          </w:p>
          <w:p w14:paraId="19DB0CA0" w14:textId="77777777" w:rsidR="00FF226E" w:rsidRPr="008C5215" w:rsidRDefault="00FF226E" w:rsidP="00FF226E">
            <w:pPr>
              <w:numPr>
                <w:ilvl w:val="0"/>
                <w:numId w:val="60"/>
              </w:numPr>
            </w:pPr>
            <w:r w:rsidRPr="008C5215">
              <w:t>How do the principles of flight dynamics affect UAS operation?</w:t>
            </w:r>
          </w:p>
        </w:tc>
      </w:tr>
      <w:tr w:rsidR="00FF226E" w:rsidRPr="008C5215" w14:paraId="076556C2" w14:textId="77777777" w:rsidTr="0036257C">
        <w:tc>
          <w:tcPr>
            <w:tcW w:w="9350" w:type="dxa"/>
          </w:tcPr>
          <w:p w14:paraId="61C96CF1" w14:textId="77777777" w:rsidR="00FF226E" w:rsidRPr="008C5215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Lecture Duration:</w:t>
            </w:r>
            <w:r w:rsidRPr="008C5215">
              <w:t xml:space="preserve"> 30 minutes</w:t>
            </w:r>
          </w:p>
        </w:tc>
      </w:tr>
      <w:tr w:rsidR="00FF226E" w:rsidRPr="008C5215" w14:paraId="2B6D3C43" w14:textId="77777777" w:rsidTr="0036257C">
        <w:trPr>
          <w:trHeight w:val="516"/>
        </w:trPr>
        <w:tc>
          <w:tcPr>
            <w:tcW w:w="9350" w:type="dxa"/>
          </w:tcPr>
          <w:p w14:paraId="55BE17F5" w14:textId="77777777" w:rsidR="00FF226E" w:rsidRPr="008C5215" w:rsidRDefault="00FF226E" w:rsidP="0036257C">
            <w:pPr>
              <w:rPr>
                <w:b/>
                <w:bCs/>
              </w:rPr>
            </w:pPr>
            <w:r w:rsidRPr="008C5215">
              <w:t xml:space="preserve"> </w:t>
            </w:r>
            <w:r w:rsidRPr="008C5215">
              <w:rPr>
                <w:b/>
                <w:bCs/>
              </w:rPr>
              <w:t>Learning Goals:</w:t>
            </w:r>
          </w:p>
          <w:p w14:paraId="78A9F6C8" w14:textId="77777777" w:rsidR="00FF226E" w:rsidRPr="008C5215" w:rsidRDefault="00FF226E" w:rsidP="00FF226E">
            <w:pPr>
              <w:numPr>
                <w:ilvl w:val="0"/>
                <w:numId w:val="59"/>
              </w:numPr>
              <w:ind w:left="700"/>
              <w:rPr>
                <w:b/>
                <w:bCs/>
              </w:rPr>
            </w:pPr>
            <w:r w:rsidRPr="008C5215">
              <w:t>Explain the concepts of Lift, Drag, Throttle, Pitch, Yaw, and Roll.</w:t>
            </w:r>
          </w:p>
        </w:tc>
      </w:tr>
      <w:tr w:rsidR="00FF226E" w:rsidRPr="008C5215" w14:paraId="564D546C" w14:textId="77777777" w:rsidTr="0036257C">
        <w:tc>
          <w:tcPr>
            <w:tcW w:w="9350" w:type="dxa"/>
          </w:tcPr>
          <w:p w14:paraId="18AD9582" w14:textId="77777777" w:rsidR="00FF226E" w:rsidRPr="008C5215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Standards Addressed</w:t>
            </w:r>
            <w:r w:rsidRPr="008C5215">
              <w:t xml:space="preserve">: </w:t>
            </w:r>
            <w:r>
              <w:t>Advanced Drone Piloting</w:t>
            </w:r>
            <w:r w:rsidRPr="008C5215">
              <w:t xml:space="preserve">  </w:t>
            </w:r>
            <w:r>
              <w:t>30</w:t>
            </w:r>
            <w:r w:rsidRPr="008C5215">
              <w:t>3.01</w:t>
            </w:r>
          </w:p>
        </w:tc>
      </w:tr>
      <w:tr w:rsidR="00FF226E" w:rsidRPr="008C5215" w14:paraId="3AF965C0" w14:textId="77777777" w:rsidTr="0036257C">
        <w:trPr>
          <w:trHeight w:val="1285"/>
        </w:trPr>
        <w:tc>
          <w:tcPr>
            <w:tcW w:w="9350" w:type="dxa"/>
          </w:tcPr>
          <w:p w14:paraId="6FAC95EA" w14:textId="77777777" w:rsidR="00FF226E" w:rsidRDefault="00FF226E" w:rsidP="0036257C">
            <w:r w:rsidRPr="008C5215">
              <w:t xml:space="preserve"> </w:t>
            </w:r>
            <w:r w:rsidRPr="008C5215">
              <w:rPr>
                <w:b/>
                <w:bCs/>
              </w:rPr>
              <w:t>Activities</w:t>
            </w:r>
            <w:r w:rsidRPr="008C5215">
              <w:t xml:space="preserve">: </w:t>
            </w:r>
          </w:p>
          <w:p w14:paraId="4B001450" w14:textId="77777777" w:rsidR="00FF226E" w:rsidRPr="008C5215" w:rsidRDefault="00FF226E" w:rsidP="00FF226E">
            <w:pPr>
              <w:numPr>
                <w:ilvl w:val="0"/>
                <w:numId w:val="58"/>
              </w:numPr>
            </w:pPr>
            <w:r w:rsidRPr="008C5215">
              <w:t>Simulation and group diagram creation.</w:t>
            </w:r>
          </w:p>
          <w:p w14:paraId="5D1826E3" w14:textId="77777777" w:rsidR="00FF226E" w:rsidRPr="008C5215" w:rsidRDefault="00FF226E" w:rsidP="00FF226E">
            <w:pPr>
              <w:numPr>
                <w:ilvl w:val="0"/>
                <w:numId w:val="58"/>
              </w:numPr>
              <w:rPr>
                <w:i/>
                <w:iCs/>
              </w:rPr>
            </w:pPr>
            <w:r w:rsidRPr="008C5215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8C5215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0298CCE7" w14:textId="77777777" w:rsidR="00FF226E" w:rsidRPr="008C5215" w:rsidRDefault="00FF226E" w:rsidP="00FF226E">
            <w:pPr>
              <w:numPr>
                <w:ilvl w:val="0"/>
                <w:numId w:val="58"/>
              </w:numPr>
            </w:pPr>
            <w:r w:rsidRPr="008C5215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0CC15A8F" w14:textId="1CDEE96F" w:rsidR="00FF226E" w:rsidRDefault="00FF226E" w:rsidP="00FF226E">
      <w:pPr>
        <w:rPr>
          <w:b/>
          <w:bCs/>
        </w:rPr>
      </w:pPr>
    </w:p>
    <w:p w14:paraId="2EAE0E82" w14:textId="77777777" w:rsidR="00FF226E" w:rsidRDefault="00FF226E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60604C" w14:paraId="73CCCA2F" w14:textId="77777777" w:rsidTr="00FF226E">
        <w:tc>
          <w:tcPr>
            <w:tcW w:w="8630" w:type="dxa"/>
          </w:tcPr>
          <w:p w14:paraId="70BBE854" w14:textId="77777777" w:rsidR="00FF226E" w:rsidRPr="0060604C" w:rsidRDefault="00FF226E" w:rsidP="0036257C">
            <w:pPr>
              <w:rPr>
                <w:b/>
                <w:bCs/>
                <w:color w:val="004F88"/>
              </w:rPr>
            </w:pPr>
            <w:r w:rsidRPr="0060604C">
              <w:rPr>
                <w:b/>
                <w:bCs/>
                <w:color w:val="004F88"/>
              </w:rPr>
              <w:lastRenderedPageBreak/>
              <w:t xml:space="preserve"> Day 3: Safety Protocols and Regulations</w:t>
            </w:r>
          </w:p>
        </w:tc>
      </w:tr>
      <w:tr w:rsidR="00FF226E" w:rsidRPr="0060604C" w14:paraId="3F70C766" w14:textId="77777777" w:rsidTr="00FF226E">
        <w:tc>
          <w:tcPr>
            <w:tcW w:w="8630" w:type="dxa"/>
          </w:tcPr>
          <w:p w14:paraId="12756E07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Essential Question</w:t>
            </w:r>
            <w:r w:rsidRPr="0060604C">
              <w:t xml:space="preserve">: </w:t>
            </w:r>
          </w:p>
          <w:p w14:paraId="3E0ACD3F" w14:textId="77777777" w:rsidR="00FF226E" w:rsidRPr="0060604C" w:rsidRDefault="00FF226E" w:rsidP="00FF226E">
            <w:pPr>
              <w:numPr>
                <w:ilvl w:val="0"/>
                <w:numId w:val="61"/>
              </w:numPr>
            </w:pPr>
            <w:r w:rsidRPr="0060604C">
              <w:t>What safety protocols must UAS operators follow to ensure safe operations?</w:t>
            </w:r>
          </w:p>
        </w:tc>
      </w:tr>
      <w:tr w:rsidR="00FF226E" w:rsidRPr="0060604C" w14:paraId="2B1ED08F" w14:textId="77777777" w:rsidTr="00FF226E">
        <w:tc>
          <w:tcPr>
            <w:tcW w:w="8630" w:type="dxa"/>
          </w:tcPr>
          <w:p w14:paraId="649E61E7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Lecture Duration</w:t>
            </w:r>
            <w:r w:rsidRPr="0060604C">
              <w:t>: 30 minutes</w:t>
            </w:r>
          </w:p>
        </w:tc>
      </w:tr>
      <w:tr w:rsidR="00FF226E" w:rsidRPr="0060604C" w14:paraId="73780CFA" w14:textId="77777777" w:rsidTr="00FF226E">
        <w:trPr>
          <w:trHeight w:val="779"/>
        </w:trPr>
        <w:tc>
          <w:tcPr>
            <w:tcW w:w="8630" w:type="dxa"/>
          </w:tcPr>
          <w:p w14:paraId="5833B82B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Learning Goals</w:t>
            </w:r>
            <w:r w:rsidRPr="0060604C">
              <w:t>:</w:t>
            </w:r>
          </w:p>
          <w:p w14:paraId="532D28A1" w14:textId="77777777" w:rsidR="00FF226E" w:rsidRPr="0060604C" w:rsidRDefault="00FF226E" w:rsidP="00FF226E">
            <w:pPr>
              <w:numPr>
                <w:ilvl w:val="0"/>
                <w:numId w:val="61"/>
              </w:numPr>
            </w:pPr>
            <w:r w:rsidRPr="0060604C">
              <w:t>Understand FAA regulations and NFPA 2400 guidelines.</w:t>
            </w:r>
          </w:p>
          <w:p w14:paraId="067C8E9F" w14:textId="77777777" w:rsidR="00FF226E" w:rsidRPr="0060604C" w:rsidRDefault="00FF226E" w:rsidP="00FF226E">
            <w:pPr>
              <w:numPr>
                <w:ilvl w:val="0"/>
                <w:numId w:val="61"/>
              </w:numPr>
            </w:pPr>
            <w:r w:rsidRPr="0060604C">
              <w:t>Identify risk management strategies.</w:t>
            </w:r>
          </w:p>
        </w:tc>
      </w:tr>
      <w:tr w:rsidR="00FF226E" w:rsidRPr="0060604C" w14:paraId="348CC892" w14:textId="77777777" w:rsidTr="00FF226E">
        <w:tc>
          <w:tcPr>
            <w:tcW w:w="8630" w:type="dxa"/>
          </w:tcPr>
          <w:p w14:paraId="5F96BAE5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Standards Addressed:</w:t>
            </w:r>
            <w:r w:rsidRPr="0060604C">
              <w:t xml:space="preserve"> </w:t>
            </w:r>
            <w:r>
              <w:t>Advanced Drone Piloting</w:t>
            </w:r>
            <w:r w:rsidRPr="0060604C">
              <w:t xml:space="preserve">  </w:t>
            </w:r>
            <w:r>
              <w:t>30</w:t>
            </w:r>
            <w:r w:rsidRPr="0060604C">
              <w:t>3.01</w:t>
            </w:r>
          </w:p>
        </w:tc>
      </w:tr>
      <w:tr w:rsidR="00FF226E" w:rsidRPr="0060604C" w14:paraId="6F6D1513" w14:textId="77777777" w:rsidTr="00FF226E">
        <w:trPr>
          <w:trHeight w:val="1548"/>
        </w:trPr>
        <w:tc>
          <w:tcPr>
            <w:tcW w:w="8630" w:type="dxa"/>
          </w:tcPr>
          <w:p w14:paraId="17F759AA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Activities:</w:t>
            </w:r>
            <w:r w:rsidRPr="0060604C">
              <w:t xml:space="preserve"> </w:t>
            </w:r>
          </w:p>
          <w:p w14:paraId="07379352" w14:textId="77777777" w:rsidR="00FF226E" w:rsidRPr="0060604C" w:rsidRDefault="00FF226E" w:rsidP="00FF226E">
            <w:pPr>
              <w:numPr>
                <w:ilvl w:val="0"/>
                <w:numId w:val="62"/>
              </w:numPr>
            </w:pPr>
            <w:r w:rsidRPr="0060604C">
              <w:t>Guest speaker and emergency scenario roleplay.</w:t>
            </w:r>
          </w:p>
          <w:p w14:paraId="7A1B6BFB" w14:textId="77777777" w:rsidR="00FF226E" w:rsidRPr="0060604C" w:rsidRDefault="00FF226E" w:rsidP="00FF226E">
            <w:pPr>
              <w:numPr>
                <w:ilvl w:val="0"/>
                <w:numId w:val="62"/>
              </w:numPr>
              <w:rPr>
                <w:i/>
                <w:iCs/>
              </w:rPr>
            </w:pPr>
            <w:r w:rsidRPr="0060604C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60604C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090A690F" w14:textId="77777777" w:rsidR="00FF226E" w:rsidRPr="0060604C" w:rsidRDefault="00FF226E" w:rsidP="00FF226E">
            <w:pPr>
              <w:numPr>
                <w:ilvl w:val="0"/>
                <w:numId w:val="62"/>
              </w:numPr>
            </w:pPr>
            <w:r w:rsidRPr="0060604C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46CE75AF" w14:textId="77777777" w:rsidR="00FF226E" w:rsidRDefault="00FF226E" w:rsidP="00FF226E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60604C" w14:paraId="1502F387" w14:textId="77777777" w:rsidTr="0036257C">
        <w:tc>
          <w:tcPr>
            <w:tcW w:w="9350" w:type="dxa"/>
          </w:tcPr>
          <w:p w14:paraId="7985971C" w14:textId="77777777" w:rsidR="00FF226E" w:rsidRPr="0060604C" w:rsidRDefault="00FF226E" w:rsidP="0036257C">
            <w:pPr>
              <w:rPr>
                <w:b/>
                <w:bCs/>
                <w:color w:val="004F88"/>
              </w:rPr>
            </w:pPr>
            <w:r w:rsidRPr="0060604C">
              <w:rPr>
                <w:b/>
                <w:bCs/>
                <w:color w:val="004F88"/>
              </w:rPr>
              <w:t xml:space="preserve">Day 4: </w:t>
            </w:r>
            <w:proofErr w:type="spellStart"/>
            <w:r w:rsidRPr="0060604C">
              <w:rPr>
                <w:b/>
                <w:bCs/>
                <w:color w:val="004F88"/>
              </w:rPr>
              <w:t>PreFlight</w:t>
            </w:r>
            <w:proofErr w:type="spellEnd"/>
            <w:r w:rsidRPr="0060604C">
              <w:rPr>
                <w:b/>
                <w:bCs/>
                <w:color w:val="004F88"/>
              </w:rPr>
              <w:t xml:space="preserve"> Preparedness</w:t>
            </w:r>
          </w:p>
        </w:tc>
      </w:tr>
      <w:tr w:rsidR="00FF226E" w:rsidRPr="0060604C" w14:paraId="12843C4E" w14:textId="77777777" w:rsidTr="0036257C">
        <w:tc>
          <w:tcPr>
            <w:tcW w:w="9350" w:type="dxa"/>
          </w:tcPr>
          <w:p w14:paraId="2D453A51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Essential Question:</w:t>
            </w:r>
            <w:r w:rsidRPr="0060604C">
              <w:t xml:space="preserve"> </w:t>
            </w:r>
          </w:p>
          <w:p w14:paraId="53DAF8B6" w14:textId="77777777" w:rsidR="00FF226E" w:rsidRPr="0060604C" w:rsidRDefault="00FF226E" w:rsidP="00FF226E">
            <w:pPr>
              <w:numPr>
                <w:ilvl w:val="0"/>
                <w:numId w:val="63"/>
              </w:numPr>
            </w:pPr>
            <w:r w:rsidRPr="0060604C">
              <w:t>What steps are necessary for thorough preflight preparation?</w:t>
            </w:r>
          </w:p>
        </w:tc>
      </w:tr>
      <w:tr w:rsidR="00FF226E" w:rsidRPr="0060604C" w14:paraId="01B35AE6" w14:textId="77777777" w:rsidTr="0036257C">
        <w:tc>
          <w:tcPr>
            <w:tcW w:w="9350" w:type="dxa"/>
          </w:tcPr>
          <w:p w14:paraId="760A3C2C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Lecture Duration:</w:t>
            </w:r>
            <w:r w:rsidRPr="0060604C">
              <w:t xml:space="preserve"> 30 minutes</w:t>
            </w:r>
          </w:p>
        </w:tc>
      </w:tr>
      <w:tr w:rsidR="00FF226E" w:rsidRPr="0060604C" w14:paraId="1FEEE0A2" w14:textId="77777777" w:rsidTr="0036257C">
        <w:trPr>
          <w:trHeight w:val="779"/>
        </w:trPr>
        <w:tc>
          <w:tcPr>
            <w:tcW w:w="9350" w:type="dxa"/>
          </w:tcPr>
          <w:p w14:paraId="58B2E738" w14:textId="77777777" w:rsidR="00FF226E" w:rsidRPr="0060604C" w:rsidRDefault="00FF226E" w:rsidP="0036257C">
            <w:pPr>
              <w:rPr>
                <w:b/>
                <w:bCs/>
              </w:rPr>
            </w:pPr>
            <w:r w:rsidRPr="0060604C">
              <w:t xml:space="preserve"> </w:t>
            </w:r>
            <w:r w:rsidRPr="0060604C">
              <w:rPr>
                <w:b/>
                <w:bCs/>
              </w:rPr>
              <w:t>Learning Goals:</w:t>
            </w:r>
          </w:p>
          <w:p w14:paraId="625D3BFE" w14:textId="77777777" w:rsidR="00FF226E" w:rsidRPr="0060604C" w:rsidRDefault="00FF226E" w:rsidP="00FF226E">
            <w:pPr>
              <w:numPr>
                <w:ilvl w:val="0"/>
                <w:numId w:val="63"/>
              </w:numPr>
            </w:pPr>
            <w:r w:rsidRPr="0060604C">
              <w:t>Perform a complete preflight checklist.</w:t>
            </w:r>
          </w:p>
          <w:p w14:paraId="2DD3584A" w14:textId="77777777" w:rsidR="00FF226E" w:rsidRPr="0060604C" w:rsidRDefault="00FF226E" w:rsidP="00FF226E">
            <w:pPr>
              <w:numPr>
                <w:ilvl w:val="0"/>
                <w:numId w:val="63"/>
              </w:numPr>
              <w:rPr>
                <w:b/>
                <w:bCs/>
              </w:rPr>
            </w:pPr>
            <w:r w:rsidRPr="0060604C">
              <w:t>Apply the IMSAFE method.</w:t>
            </w:r>
          </w:p>
        </w:tc>
      </w:tr>
      <w:tr w:rsidR="00FF226E" w:rsidRPr="0060604C" w14:paraId="038C2EF1" w14:textId="77777777" w:rsidTr="0036257C">
        <w:tc>
          <w:tcPr>
            <w:tcW w:w="9350" w:type="dxa"/>
          </w:tcPr>
          <w:p w14:paraId="2A2C60D9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Standards Addressed:</w:t>
            </w:r>
            <w:r w:rsidRPr="0060604C">
              <w:t xml:space="preserve"> </w:t>
            </w:r>
            <w:r>
              <w:t>Advanced Drone Piloting 30</w:t>
            </w:r>
            <w:r w:rsidRPr="0060604C">
              <w:t>3.01</w:t>
            </w:r>
          </w:p>
        </w:tc>
      </w:tr>
      <w:tr w:rsidR="00FF226E" w:rsidRPr="0060604C" w14:paraId="053D67F7" w14:textId="77777777" w:rsidTr="0036257C">
        <w:trPr>
          <w:trHeight w:val="1538"/>
        </w:trPr>
        <w:tc>
          <w:tcPr>
            <w:tcW w:w="9350" w:type="dxa"/>
          </w:tcPr>
          <w:p w14:paraId="33F17951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Activities:</w:t>
            </w:r>
            <w:r w:rsidRPr="0060604C">
              <w:t xml:space="preserve"> </w:t>
            </w:r>
          </w:p>
          <w:p w14:paraId="51C7E0E1" w14:textId="77777777" w:rsidR="00FF226E" w:rsidRPr="0060604C" w:rsidRDefault="00FF226E" w:rsidP="00FF226E">
            <w:pPr>
              <w:numPr>
                <w:ilvl w:val="0"/>
                <w:numId w:val="64"/>
              </w:numPr>
            </w:pPr>
            <w:r w:rsidRPr="0060604C">
              <w:t>Mock preflight checklist and IMSAFE discussion.</w:t>
            </w:r>
          </w:p>
          <w:p w14:paraId="7C0B0A60" w14:textId="77777777" w:rsidR="00FF226E" w:rsidRPr="0060604C" w:rsidRDefault="00FF226E" w:rsidP="00FF226E">
            <w:pPr>
              <w:numPr>
                <w:ilvl w:val="0"/>
                <w:numId w:val="64"/>
              </w:numPr>
              <w:rPr>
                <w:i/>
                <w:iCs/>
              </w:rPr>
            </w:pPr>
            <w:r w:rsidRPr="0060604C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60604C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4E9A01A1" w14:textId="77777777" w:rsidR="00FF226E" w:rsidRPr="0060604C" w:rsidRDefault="00FF226E" w:rsidP="00FF226E">
            <w:pPr>
              <w:numPr>
                <w:ilvl w:val="0"/>
                <w:numId w:val="64"/>
              </w:numPr>
            </w:pPr>
            <w:r w:rsidRPr="0060604C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1FCA267B" w14:textId="61E0AEEE" w:rsidR="00FF226E" w:rsidRDefault="00FF226E" w:rsidP="00FF226E">
      <w:pPr>
        <w:rPr>
          <w:b/>
          <w:bCs/>
        </w:rPr>
      </w:pPr>
      <w:r>
        <w:rPr>
          <w:b/>
          <w:bCs/>
        </w:rPr>
        <w:t xml:space="preserve"> </w:t>
      </w:r>
    </w:p>
    <w:p w14:paraId="03A3CD1C" w14:textId="77777777" w:rsidR="00FF226E" w:rsidRDefault="00FF226E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60604C" w14:paraId="23031D42" w14:textId="77777777" w:rsidTr="00FF226E">
        <w:tc>
          <w:tcPr>
            <w:tcW w:w="8630" w:type="dxa"/>
          </w:tcPr>
          <w:p w14:paraId="2932F58E" w14:textId="77777777" w:rsidR="00FF226E" w:rsidRPr="0060604C" w:rsidRDefault="00FF226E" w:rsidP="0036257C">
            <w:pPr>
              <w:rPr>
                <w:b/>
                <w:bCs/>
                <w:color w:val="004F88"/>
              </w:rPr>
            </w:pPr>
            <w:r w:rsidRPr="0060604C">
              <w:rPr>
                <w:b/>
                <w:bCs/>
                <w:color w:val="004F88"/>
              </w:rPr>
              <w:lastRenderedPageBreak/>
              <w:t>Day 5: Introduction to ALOFT</w:t>
            </w:r>
          </w:p>
        </w:tc>
      </w:tr>
      <w:tr w:rsidR="00FF226E" w:rsidRPr="0060604C" w14:paraId="106771BE" w14:textId="77777777" w:rsidTr="00FF226E">
        <w:tc>
          <w:tcPr>
            <w:tcW w:w="8630" w:type="dxa"/>
          </w:tcPr>
          <w:p w14:paraId="49862A31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Essential Question</w:t>
            </w:r>
            <w:r w:rsidRPr="0060604C">
              <w:t xml:space="preserve">: </w:t>
            </w:r>
          </w:p>
          <w:p w14:paraId="3B0D8300" w14:textId="77777777" w:rsidR="00FF226E" w:rsidRPr="0060604C" w:rsidRDefault="00FF226E" w:rsidP="00FF226E">
            <w:pPr>
              <w:numPr>
                <w:ilvl w:val="0"/>
                <w:numId w:val="65"/>
              </w:numPr>
            </w:pPr>
            <w:r w:rsidRPr="0060604C">
              <w:t>How does ALOFT facilitate efficient flight logging and maintenance tracking?</w:t>
            </w:r>
          </w:p>
        </w:tc>
      </w:tr>
      <w:tr w:rsidR="00FF226E" w:rsidRPr="0060604C" w14:paraId="2410D75F" w14:textId="77777777" w:rsidTr="00FF226E">
        <w:tc>
          <w:tcPr>
            <w:tcW w:w="8630" w:type="dxa"/>
          </w:tcPr>
          <w:p w14:paraId="6B833839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Lecture Duration</w:t>
            </w:r>
            <w:r w:rsidRPr="0060604C">
              <w:t>: 30 minutes</w:t>
            </w:r>
          </w:p>
        </w:tc>
      </w:tr>
      <w:tr w:rsidR="00FF226E" w:rsidRPr="0060604C" w14:paraId="2030DCD1" w14:textId="77777777" w:rsidTr="00FF226E">
        <w:trPr>
          <w:trHeight w:val="516"/>
        </w:trPr>
        <w:tc>
          <w:tcPr>
            <w:tcW w:w="8630" w:type="dxa"/>
          </w:tcPr>
          <w:p w14:paraId="35232A4F" w14:textId="77777777" w:rsidR="00FF226E" w:rsidRPr="0060604C" w:rsidRDefault="00FF226E" w:rsidP="0036257C">
            <w:r w:rsidRPr="0060604C">
              <w:rPr>
                <w:b/>
                <w:bCs/>
              </w:rPr>
              <w:t xml:space="preserve"> Learning Goals</w:t>
            </w:r>
            <w:r w:rsidRPr="0060604C">
              <w:t>:</w:t>
            </w:r>
          </w:p>
          <w:p w14:paraId="211AE787" w14:textId="77777777" w:rsidR="00FF226E" w:rsidRPr="0060604C" w:rsidRDefault="00FF226E" w:rsidP="00FF226E">
            <w:pPr>
              <w:numPr>
                <w:ilvl w:val="0"/>
                <w:numId w:val="65"/>
              </w:numPr>
            </w:pPr>
            <w:r w:rsidRPr="0060604C">
              <w:t>Set up and navigate ALOFT for flight logging.</w:t>
            </w:r>
          </w:p>
        </w:tc>
      </w:tr>
      <w:tr w:rsidR="00FF226E" w:rsidRPr="0060604C" w14:paraId="041BBA7E" w14:textId="77777777" w:rsidTr="00FF226E">
        <w:tc>
          <w:tcPr>
            <w:tcW w:w="8630" w:type="dxa"/>
          </w:tcPr>
          <w:p w14:paraId="0D940F4D" w14:textId="77777777" w:rsidR="00FF226E" w:rsidRPr="0060604C" w:rsidRDefault="00FF226E" w:rsidP="0036257C">
            <w:r w:rsidRPr="0060604C">
              <w:rPr>
                <w:b/>
                <w:bCs/>
              </w:rPr>
              <w:t xml:space="preserve"> Standards Addressed:</w:t>
            </w:r>
            <w:r w:rsidRPr="0060604C">
              <w:t xml:space="preserve"> </w:t>
            </w:r>
            <w:r>
              <w:t>Advanced Drone Piloting 30</w:t>
            </w:r>
            <w:r w:rsidRPr="0060604C">
              <w:t>3.01</w:t>
            </w:r>
          </w:p>
        </w:tc>
      </w:tr>
      <w:tr w:rsidR="00FF226E" w:rsidRPr="0060604C" w14:paraId="0743C8F0" w14:textId="77777777" w:rsidTr="00FF226E">
        <w:trPr>
          <w:trHeight w:val="1285"/>
        </w:trPr>
        <w:tc>
          <w:tcPr>
            <w:tcW w:w="8630" w:type="dxa"/>
          </w:tcPr>
          <w:p w14:paraId="36CE2C1F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Activities:</w:t>
            </w:r>
            <w:r w:rsidRPr="0060604C">
              <w:t xml:space="preserve"> </w:t>
            </w:r>
          </w:p>
          <w:p w14:paraId="1E7F6B85" w14:textId="77777777" w:rsidR="00FF226E" w:rsidRPr="0060604C" w:rsidRDefault="00FF226E" w:rsidP="00FF226E">
            <w:pPr>
              <w:numPr>
                <w:ilvl w:val="0"/>
                <w:numId w:val="65"/>
              </w:numPr>
            </w:pPr>
            <w:r w:rsidRPr="0060604C">
              <w:t>Handson session to log a practice flight.</w:t>
            </w:r>
          </w:p>
          <w:p w14:paraId="194C8105" w14:textId="77777777" w:rsidR="00FF226E" w:rsidRPr="0060604C" w:rsidRDefault="00FF226E" w:rsidP="00FF226E">
            <w:pPr>
              <w:numPr>
                <w:ilvl w:val="0"/>
                <w:numId w:val="65"/>
              </w:numPr>
              <w:rPr>
                <w:i/>
                <w:iCs/>
              </w:rPr>
            </w:pPr>
            <w:r w:rsidRPr="0060604C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60604C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26FE5D08" w14:textId="77777777" w:rsidR="00FF226E" w:rsidRPr="0060604C" w:rsidRDefault="00FF226E" w:rsidP="00FF226E">
            <w:pPr>
              <w:numPr>
                <w:ilvl w:val="0"/>
                <w:numId w:val="65"/>
              </w:numPr>
            </w:pPr>
            <w:r w:rsidRPr="0060604C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4E80482C" w14:textId="77777777" w:rsidR="00FF226E" w:rsidRPr="0060604C" w:rsidRDefault="00FF226E" w:rsidP="00FF226E">
      <w:pPr>
        <w:rPr>
          <w:color w:val="004F8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60604C" w14:paraId="65F10DA8" w14:textId="77777777" w:rsidTr="0036257C">
        <w:tc>
          <w:tcPr>
            <w:tcW w:w="9350" w:type="dxa"/>
          </w:tcPr>
          <w:p w14:paraId="2A5DA789" w14:textId="77777777" w:rsidR="00FF226E" w:rsidRPr="0060604C" w:rsidRDefault="00FF226E" w:rsidP="0036257C">
            <w:pPr>
              <w:rPr>
                <w:b/>
                <w:bCs/>
              </w:rPr>
            </w:pPr>
            <w:r w:rsidRPr="0060604C">
              <w:rPr>
                <w:b/>
                <w:bCs/>
              </w:rPr>
              <w:t xml:space="preserve"> Day 6: Flight Planning and Execution</w:t>
            </w:r>
          </w:p>
        </w:tc>
      </w:tr>
      <w:tr w:rsidR="00FF226E" w:rsidRPr="0060604C" w14:paraId="087CBD90" w14:textId="77777777" w:rsidTr="0036257C">
        <w:tc>
          <w:tcPr>
            <w:tcW w:w="9350" w:type="dxa"/>
          </w:tcPr>
          <w:p w14:paraId="6BA5CC88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Essential Question</w:t>
            </w:r>
            <w:r w:rsidRPr="0060604C">
              <w:t xml:space="preserve">: </w:t>
            </w:r>
          </w:p>
          <w:p w14:paraId="52A469D4" w14:textId="77777777" w:rsidR="00FF226E" w:rsidRPr="0060604C" w:rsidRDefault="00FF226E" w:rsidP="00FF226E">
            <w:pPr>
              <w:numPr>
                <w:ilvl w:val="0"/>
                <w:numId w:val="66"/>
              </w:numPr>
            </w:pPr>
            <w:r w:rsidRPr="0060604C">
              <w:t>How do effective flight plans enhance operational safety and efficiency?</w:t>
            </w:r>
          </w:p>
        </w:tc>
      </w:tr>
      <w:tr w:rsidR="00FF226E" w:rsidRPr="0060604C" w14:paraId="54AD4402" w14:textId="77777777" w:rsidTr="0036257C">
        <w:tc>
          <w:tcPr>
            <w:tcW w:w="9350" w:type="dxa"/>
          </w:tcPr>
          <w:p w14:paraId="34810518" w14:textId="77777777" w:rsidR="00FF226E" w:rsidRPr="0060604C" w:rsidRDefault="00FF226E" w:rsidP="0036257C">
            <w:r w:rsidRPr="0060604C">
              <w:rPr>
                <w:b/>
                <w:bCs/>
              </w:rPr>
              <w:t xml:space="preserve"> Lecture Duration:</w:t>
            </w:r>
            <w:r w:rsidRPr="0060604C">
              <w:t xml:space="preserve"> 30 minutes</w:t>
            </w:r>
          </w:p>
        </w:tc>
      </w:tr>
      <w:tr w:rsidR="00FF226E" w:rsidRPr="0060604C" w14:paraId="411C0BA8" w14:textId="77777777" w:rsidTr="0036257C">
        <w:trPr>
          <w:trHeight w:val="779"/>
        </w:trPr>
        <w:tc>
          <w:tcPr>
            <w:tcW w:w="9350" w:type="dxa"/>
          </w:tcPr>
          <w:p w14:paraId="1616D5D9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Learning Goals</w:t>
            </w:r>
            <w:r w:rsidRPr="0060604C">
              <w:t>:</w:t>
            </w:r>
          </w:p>
          <w:p w14:paraId="0516A680" w14:textId="77777777" w:rsidR="00FF226E" w:rsidRPr="0060604C" w:rsidRDefault="00FF226E" w:rsidP="00FF226E">
            <w:pPr>
              <w:numPr>
                <w:ilvl w:val="0"/>
                <w:numId w:val="66"/>
              </w:numPr>
            </w:pPr>
            <w:r w:rsidRPr="0060604C">
              <w:t>Create a comprehensive flight plan.</w:t>
            </w:r>
          </w:p>
          <w:p w14:paraId="50FE269C" w14:textId="77777777" w:rsidR="00FF226E" w:rsidRPr="0060604C" w:rsidRDefault="00FF226E" w:rsidP="00FF226E">
            <w:pPr>
              <w:numPr>
                <w:ilvl w:val="0"/>
                <w:numId w:val="66"/>
              </w:numPr>
            </w:pPr>
            <w:r w:rsidRPr="0060604C">
              <w:t>Recognize the importance of situational awareness.</w:t>
            </w:r>
          </w:p>
        </w:tc>
      </w:tr>
      <w:tr w:rsidR="00FF226E" w:rsidRPr="0060604C" w14:paraId="276A5224" w14:textId="77777777" w:rsidTr="0036257C">
        <w:tc>
          <w:tcPr>
            <w:tcW w:w="9350" w:type="dxa"/>
          </w:tcPr>
          <w:p w14:paraId="6BF815D4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Standards Addressed:</w:t>
            </w:r>
            <w:r w:rsidRPr="0060604C">
              <w:t xml:space="preserve"> </w:t>
            </w:r>
            <w:r>
              <w:t>Advanced Drone Piloting 303</w:t>
            </w:r>
            <w:r w:rsidRPr="0060604C">
              <w:t>.01</w:t>
            </w:r>
          </w:p>
        </w:tc>
      </w:tr>
      <w:tr w:rsidR="00FF226E" w:rsidRPr="0060604C" w14:paraId="6B90834A" w14:textId="77777777" w:rsidTr="0036257C">
        <w:trPr>
          <w:trHeight w:val="1538"/>
        </w:trPr>
        <w:tc>
          <w:tcPr>
            <w:tcW w:w="9350" w:type="dxa"/>
          </w:tcPr>
          <w:p w14:paraId="34DDE6C0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Activities:</w:t>
            </w:r>
            <w:r w:rsidRPr="0060604C">
              <w:t xml:space="preserve"> </w:t>
            </w:r>
          </w:p>
          <w:p w14:paraId="3FEA2C04" w14:textId="77777777" w:rsidR="00FF226E" w:rsidRPr="0060604C" w:rsidRDefault="00FF226E" w:rsidP="00FF226E">
            <w:pPr>
              <w:numPr>
                <w:ilvl w:val="0"/>
                <w:numId w:val="67"/>
              </w:numPr>
            </w:pPr>
            <w:r w:rsidRPr="0060604C">
              <w:t>Group flight planning for simulated emergencies.</w:t>
            </w:r>
          </w:p>
          <w:p w14:paraId="15A76E3F" w14:textId="77777777" w:rsidR="00FF226E" w:rsidRPr="0060604C" w:rsidRDefault="00FF226E" w:rsidP="00FF226E">
            <w:pPr>
              <w:numPr>
                <w:ilvl w:val="0"/>
                <w:numId w:val="67"/>
              </w:numPr>
              <w:rPr>
                <w:i/>
                <w:iCs/>
              </w:rPr>
            </w:pPr>
            <w:r w:rsidRPr="0060604C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60604C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533D23BA" w14:textId="77777777" w:rsidR="00FF226E" w:rsidRPr="0060604C" w:rsidRDefault="00FF226E" w:rsidP="00FF226E">
            <w:pPr>
              <w:numPr>
                <w:ilvl w:val="0"/>
                <w:numId w:val="67"/>
              </w:numPr>
            </w:pPr>
            <w:r w:rsidRPr="0060604C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65E190E9" w14:textId="77777777" w:rsidR="00FF226E" w:rsidRDefault="00FF226E" w:rsidP="00FF226E">
      <w:pPr>
        <w:rPr>
          <w:b/>
          <w:bCs/>
        </w:rPr>
      </w:pPr>
      <w:r>
        <w:rPr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60604C" w14:paraId="0AFB2831" w14:textId="77777777" w:rsidTr="0036257C">
        <w:tc>
          <w:tcPr>
            <w:tcW w:w="9350" w:type="dxa"/>
          </w:tcPr>
          <w:p w14:paraId="1981287E" w14:textId="77777777" w:rsidR="00FF226E" w:rsidRPr="0060604C" w:rsidRDefault="00FF226E" w:rsidP="0036257C">
            <w:pPr>
              <w:rPr>
                <w:b/>
                <w:bCs/>
                <w:color w:val="004F88"/>
              </w:rPr>
            </w:pPr>
            <w:r w:rsidRPr="0060604C">
              <w:rPr>
                <w:b/>
                <w:bCs/>
                <w:color w:val="004F88"/>
              </w:rPr>
              <w:t>Day 7: Flight Operations and Techniques</w:t>
            </w:r>
          </w:p>
        </w:tc>
      </w:tr>
      <w:tr w:rsidR="00FF226E" w:rsidRPr="0060604C" w14:paraId="39348B74" w14:textId="77777777" w:rsidTr="0036257C">
        <w:tc>
          <w:tcPr>
            <w:tcW w:w="9350" w:type="dxa"/>
          </w:tcPr>
          <w:p w14:paraId="60419F0A" w14:textId="77777777" w:rsidR="00FF226E" w:rsidRPr="0060604C" w:rsidRDefault="00FF226E" w:rsidP="0036257C">
            <w:pPr>
              <w:rPr>
                <w:b/>
                <w:bCs/>
              </w:rPr>
            </w:pPr>
            <w:r w:rsidRPr="0060604C">
              <w:t xml:space="preserve"> </w:t>
            </w:r>
            <w:r w:rsidRPr="0060604C">
              <w:rPr>
                <w:b/>
                <w:bCs/>
              </w:rPr>
              <w:t xml:space="preserve">Essential Question: </w:t>
            </w:r>
          </w:p>
          <w:p w14:paraId="507F2829" w14:textId="77777777" w:rsidR="00FF226E" w:rsidRPr="0060604C" w:rsidRDefault="00FF226E" w:rsidP="00FF226E">
            <w:pPr>
              <w:numPr>
                <w:ilvl w:val="0"/>
                <w:numId w:val="68"/>
              </w:numPr>
            </w:pPr>
            <w:r w:rsidRPr="0060604C">
              <w:t>What operational techniques are essential for safe UAS maneuvers?</w:t>
            </w:r>
          </w:p>
        </w:tc>
      </w:tr>
      <w:tr w:rsidR="00FF226E" w:rsidRPr="0060604C" w14:paraId="5D233198" w14:textId="77777777" w:rsidTr="0036257C">
        <w:tc>
          <w:tcPr>
            <w:tcW w:w="9350" w:type="dxa"/>
          </w:tcPr>
          <w:p w14:paraId="2FD6C3D3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Lecture Duration:</w:t>
            </w:r>
            <w:r w:rsidRPr="0060604C">
              <w:t xml:space="preserve"> 30 minutes</w:t>
            </w:r>
          </w:p>
        </w:tc>
      </w:tr>
      <w:tr w:rsidR="00FF226E" w:rsidRPr="0060604C" w14:paraId="06E13829" w14:textId="77777777" w:rsidTr="0036257C">
        <w:trPr>
          <w:trHeight w:val="516"/>
        </w:trPr>
        <w:tc>
          <w:tcPr>
            <w:tcW w:w="9350" w:type="dxa"/>
          </w:tcPr>
          <w:p w14:paraId="2A327A0C" w14:textId="77777777" w:rsidR="00FF226E" w:rsidRPr="0060604C" w:rsidRDefault="00FF226E" w:rsidP="0036257C">
            <w:pPr>
              <w:rPr>
                <w:b/>
                <w:bCs/>
              </w:rPr>
            </w:pPr>
            <w:r w:rsidRPr="0060604C">
              <w:t xml:space="preserve"> </w:t>
            </w:r>
            <w:r w:rsidRPr="0060604C">
              <w:rPr>
                <w:b/>
                <w:bCs/>
              </w:rPr>
              <w:t>Learning Goals:</w:t>
            </w:r>
          </w:p>
          <w:p w14:paraId="6D80F26D" w14:textId="77777777" w:rsidR="00FF226E" w:rsidRPr="0060604C" w:rsidRDefault="00FF226E" w:rsidP="00FF226E">
            <w:pPr>
              <w:numPr>
                <w:ilvl w:val="0"/>
                <w:numId w:val="68"/>
              </w:numPr>
              <w:rPr>
                <w:b/>
                <w:bCs/>
              </w:rPr>
            </w:pPr>
            <w:r w:rsidRPr="0060604C">
              <w:t>Demonstrate basic maneuvers (e.g., Orbit, Throttle control).</w:t>
            </w:r>
          </w:p>
        </w:tc>
      </w:tr>
      <w:tr w:rsidR="00FF226E" w:rsidRPr="0060604C" w14:paraId="33B1ACDB" w14:textId="77777777" w:rsidTr="0036257C">
        <w:tc>
          <w:tcPr>
            <w:tcW w:w="9350" w:type="dxa"/>
          </w:tcPr>
          <w:p w14:paraId="09343A6A" w14:textId="77777777" w:rsidR="00FF226E" w:rsidRPr="0060604C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Standards Addressed</w:t>
            </w:r>
            <w:r w:rsidRPr="0060604C">
              <w:t xml:space="preserve">: </w:t>
            </w:r>
            <w:r>
              <w:t>Advanced Drone Piloting 303</w:t>
            </w:r>
            <w:r w:rsidRPr="0060604C">
              <w:t>.02</w:t>
            </w:r>
          </w:p>
        </w:tc>
      </w:tr>
      <w:tr w:rsidR="00FF226E" w:rsidRPr="0060604C" w14:paraId="3EF6C0B4" w14:textId="77777777" w:rsidTr="0036257C">
        <w:tc>
          <w:tcPr>
            <w:tcW w:w="9350" w:type="dxa"/>
          </w:tcPr>
          <w:p w14:paraId="424117D0" w14:textId="77777777" w:rsidR="00FF226E" w:rsidRDefault="00FF226E" w:rsidP="0036257C">
            <w:r w:rsidRPr="0060604C">
              <w:t xml:space="preserve"> </w:t>
            </w:r>
            <w:r w:rsidRPr="0060604C">
              <w:rPr>
                <w:b/>
                <w:bCs/>
              </w:rPr>
              <w:t>Activities:</w:t>
            </w:r>
            <w:r w:rsidRPr="0060604C">
              <w:t xml:space="preserve"> </w:t>
            </w:r>
          </w:p>
          <w:p w14:paraId="563B60A0" w14:textId="77777777" w:rsidR="00FF226E" w:rsidRPr="0060604C" w:rsidRDefault="00FF226E" w:rsidP="00FF226E">
            <w:pPr>
              <w:numPr>
                <w:ilvl w:val="0"/>
                <w:numId w:val="68"/>
              </w:numPr>
            </w:pPr>
            <w:r w:rsidRPr="0060604C">
              <w:t>Flight simulator practice.</w:t>
            </w:r>
          </w:p>
        </w:tc>
      </w:tr>
    </w:tbl>
    <w:p w14:paraId="1B4B866B" w14:textId="77777777" w:rsidR="00FF226E" w:rsidRDefault="00FF226E" w:rsidP="00FF22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C7408D" w14:paraId="66D9F9E5" w14:textId="77777777" w:rsidTr="0036257C">
        <w:tc>
          <w:tcPr>
            <w:tcW w:w="9350" w:type="dxa"/>
          </w:tcPr>
          <w:p w14:paraId="3B708639" w14:textId="77777777" w:rsidR="00FF226E" w:rsidRPr="00C7408D" w:rsidRDefault="00FF226E" w:rsidP="0036257C">
            <w:pPr>
              <w:rPr>
                <w:b/>
                <w:bCs/>
                <w:color w:val="004F88"/>
              </w:rPr>
            </w:pPr>
            <w:r w:rsidRPr="00C7408D">
              <w:rPr>
                <w:b/>
                <w:bCs/>
                <w:color w:val="004F88"/>
              </w:rPr>
              <w:lastRenderedPageBreak/>
              <w:t xml:space="preserve"> Day 8: Weather Considerations</w:t>
            </w:r>
          </w:p>
        </w:tc>
      </w:tr>
      <w:tr w:rsidR="00FF226E" w:rsidRPr="00C7408D" w14:paraId="533DE5A0" w14:textId="77777777" w:rsidTr="0036257C">
        <w:tc>
          <w:tcPr>
            <w:tcW w:w="9350" w:type="dxa"/>
          </w:tcPr>
          <w:p w14:paraId="5354A114" w14:textId="77777777" w:rsidR="00FF226E" w:rsidRPr="00C7408D" w:rsidRDefault="00FF226E" w:rsidP="0036257C">
            <w:pPr>
              <w:rPr>
                <w:b/>
                <w:bCs/>
              </w:rPr>
            </w:pPr>
            <w:r w:rsidRPr="00C7408D">
              <w:rPr>
                <w:b/>
                <w:bCs/>
              </w:rPr>
              <w:t xml:space="preserve"> Essential Question: </w:t>
            </w:r>
          </w:p>
          <w:p w14:paraId="70B462C4" w14:textId="77777777" w:rsidR="00FF226E" w:rsidRPr="00C7408D" w:rsidRDefault="00FF226E" w:rsidP="00FF226E">
            <w:pPr>
              <w:numPr>
                <w:ilvl w:val="0"/>
                <w:numId w:val="68"/>
              </w:numPr>
            </w:pPr>
            <w:r w:rsidRPr="00C7408D">
              <w:t>How does weather impact UAS operations and flight safety?</w:t>
            </w:r>
          </w:p>
        </w:tc>
      </w:tr>
      <w:tr w:rsidR="00FF226E" w:rsidRPr="00C7408D" w14:paraId="569CD444" w14:textId="77777777" w:rsidTr="0036257C">
        <w:tc>
          <w:tcPr>
            <w:tcW w:w="9350" w:type="dxa"/>
          </w:tcPr>
          <w:p w14:paraId="089EFEAC" w14:textId="77777777" w:rsidR="00FF226E" w:rsidRPr="00C7408D" w:rsidRDefault="00FF226E" w:rsidP="0036257C">
            <w:r w:rsidRPr="00C7408D">
              <w:rPr>
                <w:b/>
                <w:bCs/>
              </w:rPr>
              <w:t xml:space="preserve"> Lecture Duration:</w:t>
            </w:r>
            <w:r w:rsidRPr="00C7408D">
              <w:t xml:space="preserve"> 30 minutes</w:t>
            </w:r>
          </w:p>
        </w:tc>
      </w:tr>
      <w:tr w:rsidR="00FF226E" w:rsidRPr="00C7408D" w14:paraId="3AC0125B" w14:textId="77777777" w:rsidTr="0036257C">
        <w:trPr>
          <w:trHeight w:val="516"/>
        </w:trPr>
        <w:tc>
          <w:tcPr>
            <w:tcW w:w="9350" w:type="dxa"/>
          </w:tcPr>
          <w:p w14:paraId="59880EFE" w14:textId="77777777" w:rsidR="00FF226E" w:rsidRPr="00C7408D" w:rsidRDefault="00FF226E" w:rsidP="0036257C">
            <w:pPr>
              <w:rPr>
                <w:b/>
                <w:bCs/>
              </w:rPr>
            </w:pPr>
            <w:r w:rsidRPr="00C7408D">
              <w:t xml:space="preserve"> </w:t>
            </w:r>
            <w:r w:rsidRPr="00C7408D">
              <w:rPr>
                <w:b/>
                <w:bCs/>
              </w:rPr>
              <w:t>Learning Goals:</w:t>
            </w:r>
          </w:p>
          <w:p w14:paraId="53B3FB64" w14:textId="77777777" w:rsidR="00FF226E" w:rsidRPr="00C7408D" w:rsidRDefault="00FF226E" w:rsidP="00FF226E">
            <w:pPr>
              <w:numPr>
                <w:ilvl w:val="0"/>
                <w:numId w:val="68"/>
              </w:numPr>
              <w:rPr>
                <w:b/>
                <w:bCs/>
              </w:rPr>
            </w:pPr>
            <w:r w:rsidRPr="00C7408D">
              <w:t>Analyze weather conditions to inform flight decisions.</w:t>
            </w:r>
          </w:p>
        </w:tc>
      </w:tr>
      <w:tr w:rsidR="00FF226E" w:rsidRPr="00C7408D" w14:paraId="3CE72765" w14:textId="77777777" w:rsidTr="0036257C">
        <w:tc>
          <w:tcPr>
            <w:tcW w:w="9350" w:type="dxa"/>
          </w:tcPr>
          <w:p w14:paraId="758CFD87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Standards Addressed:</w:t>
            </w:r>
            <w:r w:rsidRPr="00C7408D">
              <w:t xml:space="preserve"> </w:t>
            </w:r>
            <w:r>
              <w:t>Advanced Drone Piloting 30</w:t>
            </w:r>
            <w:r w:rsidRPr="00C7408D">
              <w:t>3.01</w:t>
            </w:r>
          </w:p>
        </w:tc>
      </w:tr>
      <w:tr w:rsidR="00FF226E" w:rsidRPr="00C7408D" w14:paraId="073098C6" w14:textId="77777777" w:rsidTr="0036257C">
        <w:trPr>
          <w:trHeight w:val="1538"/>
        </w:trPr>
        <w:tc>
          <w:tcPr>
            <w:tcW w:w="9350" w:type="dxa"/>
          </w:tcPr>
          <w:p w14:paraId="0ADF1135" w14:textId="77777777" w:rsidR="00FF226E" w:rsidRDefault="00FF226E" w:rsidP="0036257C">
            <w:r w:rsidRPr="00C7408D">
              <w:rPr>
                <w:b/>
                <w:bCs/>
              </w:rPr>
              <w:t xml:space="preserve"> Activities:</w:t>
            </w:r>
            <w:r w:rsidRPr="00C7408D">
              <w:t xml:space="preserve"> </w:t>
            </w:r>
          </w:p>
          <w:p w14:paraId="2AA3C49E" w14:textId="77777777" w:rsidR="00FF226E" w:rsidRPr="00C7408D" w:rsidRDefault="00FF226E" w:rsidP="00FF226E">
            <w:pPr>
              <w:numPr>
                <w:ilvl w:val="0"/>
                <w:numId w:val="68"/>
              </w:numPr>
            </w:pPr>
            <w:r w:rsidRPr="00C7408D">
              <w:t>Weather analysis for flight scenarios.</w:t>
            </w:r>
          </w:p>
          <w:p w14:paraId="67BABB3C" w14:textId="77777777" w:rsidR="00FF226E" w:rsidRPr="00C7408D" w:rsidRDefault="00FF226E" w:rsidP="00FF226E">
            <w:pPr>
              <w:numPr>
                <w:ilvl w:val="0"/>
                <w:numId w:val="68"/>
              </w:numPr>
              <w:rPr>
                <w:i/>
                <w:iCs/>
              </w:rPr>
            </w:pPr>
            <w:r w:rsidRPr="00C7408D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C7408D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01ADE4D6" w14:textId="77777777" w:rsidR="00FF226E" w:rsidRPr="00C7408D" w:rsidRDefault="00FF226E" w:rsidP="00FF226E">
            <w:pPr>
              <w:numPr>
                <w:ilvl w:val="0"/>
                <w:numId w:val="68"/>
              </w:numPr>
            </w:pPr>
            <w:r w:rsidRPr="00C7408D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6E618BCB" w14:textId="77777777" w:rsidR="00FF226E" w:rsidRDefault="00FF226E" w:rsidP="00FF22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C7408D" w14:paraId="4AA434E9" w14:textId="77777777" w:rsidTr="0036257C">
        <w:tc>
          <w:tcPr>
            <w:tcW w:w="9350" w:type="dxa"/>
          </w:tcPr>
          <w:p w14:paraId="2F3CCD7E" w14:textId="77777777" w:rsidR="00FF226E" w:rsidRPr="00C7408D" w:rsidRDefault="00FF226E" w:rsidP="0036257C">
            <w:pPr>
              <w:rPr>
                <w:b/>
                <w:bCs/>
                <w:color w:val="004F88"/>
              </w:rPr>
            </w:pPr>
            <w:r w:rsidRPr="00C7408D">
              <w:rPr>
                <w:b/>
                <w:bCs/>
                <w:color w:val="004F88"/>
              </w:rPr>
              <w:t xml:space="preserve"> Day 9: Emergency Procedures and Protocols</w:t>
            </w:r>
          </w:p>
        </w:tc>
      </w:tr>
      <w:tr w:rsidR="00FF226E" w:rsidRPr="00C7408D" w14:paraId="5B152B7A" w14:textId="77777777" w:rsidTr="0036257C">
        <w:tc>
          <w:tcPr>
            <w:tcW w:w="9350" w:type="dxa"/>
          </w:tcPr>
          <w:p w14:paraId="188EBC31" w14:textId="77777777" w:rsidR="00FF226E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Essential Question</w:t>
            </w:r>
            <w:r w:rsidRPr="00C7408D">
              <w:t xml:space="preserve">: </w:t>
            </w:r>
          </w:p>
          <w:p w14:paraId="36D66CB5" w14:textId="77777777" w:rsidR="00FF226E" w:rsidRPr="00C7408D" w:rsidRDefault="00FF226E" w:rsidP="00FF226E">
            <w:pPr>
              <w:numPr>
                <w:ilvl w:val="0"/>
                <w:numId w:val="69"/>
              </w:numPr>
            </w:pPr>
            <w:r w:rsidRPr="00C7408D">
              <w:t>What are the best practices for handling inflight emergencies?</w:t>
            </w:r>
          </w:p>
        </w:tc>
      </w:tr>
      <w:tr w:rsidR="00FF226E" w:rsidRPr="00C7408D" w14:paraId="4F5301FA" w14:textId="77777777" w:rsidTr="0036257C">
        <w:tc>
          <w:tcPr>
            <w:tcW w:w="9350" w:type="dxa"/>
          </w:tcPr>
          <w:p w14:paraId="5631CB59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Lecture Duration</w:t>
            </w:r>
            <w:r w:rsidRPr="00C7408D">
              <w:t>: 30 minutes</w:t>
            </w:r>
          </w:p>
        </w:tc>
      </w:tr>
      <w:tr w:rsidR="00FF226E" w:rsidRPr="00C7408D" w14:paraId="5C776F3C" w14:textId="77777777" w:rsidTr="0036257C">
        <w:trPr>
          <w:trHeight w:val="779"/>
        </w:trPr>
        <w:tc>
          <w:tcPr>
            <w:tcW w:w="9350" w:type="dxa"/>
          </w:tcPr>
          <w:p w14:paraId="3E7FBC32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Learning Goals</w:t>
            </w:r>
            <w:r w:rsidRPr="00C7408D">
              <w:t>:</w:t>
            </w:r>
          </w:p>
          <w:p w14:paraId="4563A4FA" w14:textId="77777777" w:rsidR="00FF226E" w:rsidRPr="00C7408D" w:rsidRDefault="00FF226E" w:rsidP="00FF226E">
            <w:pPr>
              <w:numPr>
                <w:ilvl w:val="0"/>
                <w:numId w:val="69"/>
              </w:numPr>
            </w:pPr>
            <w:r w:rsidRPr="00C7408D">
              <w:t>Implement emergency landing techniques.</w:t>
            </w:r>
          </w:p>
          <w:p w14:paraId="1ABCEA5B" w14:textId="77777777" w:rsidR="00FF226E" w:rsidRPr="00C7408D" w:rsidRDefault="00FF226E" w:rsidP="00FF226E">
            <w:pPr>
              <w:numPr>
                <w:ilvl w:val="0"/>
                <w:numId w:val="69"/>
              </w:numPr>
            </w:pPr>
            <w:r w:rsidRPr="00C7408D">
              <w:t>Communicate effectively with local authorities.</w:t>
            </w:r>
          </w:p>
        </w:tc>
      </w:tr>
      <w:tr w:rsidR="00FF226E" w:rsidRPr="00C7408D" w14:paraId="4C748A50" w14:textId="77777777" w:rsidTr="0036257C">
        <w:tc>
          <w:tcPr>
            <w:tcW w:w="9350" w:type="dxa"/>
          </w:tcPr>
          <w:p w14:paraId="6CF34A41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Standards Addressed</w:t>
            </w:r>
            <w:r w:rsidRPr="00C7408D">
              <w:t>:</w:t>
            </w:r>
            <w:r>
              <w:t xml:space="preserve"> Advanced Drone Piloting 30</w:t>
            </w:r>
            <w:r w:rsidRPr="00C7408D">
              <w:t>3.01</w:t>
            </w:r>
          </w:p>
        </w:tc>
      </w:tr>
      <w:tr w:rsidR="00FF226E" w:rsidRPr="00C7408D" w14:paraId="511A6358" w14:textId="77777777" w:rsidTr="0036257C">
        <w:trPr>
          <w:trHeight w:val="1285"/>
        </w:trPr>
        <w:tc>
          <w:tcPr>
            <w:tcW w:w="9350" w:type="dxa"/>
          </w:tcPr>
          <w:p w14:paraId="2DEAEBB7" w14:textId="77777777" w:rsidR="00FF226E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Activities</w:t>
            </w:r>
            <w:r w:rsidRPr="00C7408D">
              <w:t xml:space="preserve">: </w:t>
            </w:r>
          </w:p>
          <w:p w14:paraId="28619E5A" w14:textId="77777777" w:rsidR="00FF226E" w:rsidRPr="00C7408D" w:rsidRDefault="00FF226E" w:rsidP="00FF226E">
            <w:pPr>
              <w:numPr>
                <w:ilvl w:val="0"/>
                <w:numId w:val="70"/>
              </w:numPr>
            </w:pPr>
            <w:r w:rsidRPr="00C7408D">
              <w:t>Simulated emergency response training.</w:t>
            </w:r>
          </w:p>
          <w:p w14:paraId="4404B87D" w14:textId="77777777" w:rsidR="00FF226E" w:rsidRPr="00C7408D" w:rsidRDefault="00FF226E" w:rsidP="00FF226E">
            <w:pPr>
              <w:numPr>
                <w:ilvl w:val="0"/>
                <w:numId w:val="70"/>
              </w:numPr>
              <w:rPr>
                <w:i/>
                <w:iCs/>
              </w:rPr>
            </w:pPr>
            <w:r w:rsidRPr="00C7408D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C7408D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04266C6E" w14:textId="77777777" w:rsidR="00FF226E" w:rsidRPr="00C7408D" w:rsidRDefault="00FF226E" w:rsidP="00FF226E">
            <w:pPr>
              <w:numPr>
                <w:ilvl w:val="0"/>
                <w:numId w:val="70"/>
              </w:numPr>
            </w:pPr>
            <w:r w:rsidRPr="00C7408D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7C620753" w14:textId="3735AA00" w:rsidR="00FF226E" w:rsidRDefault="00FF226E" w:rsidP="00FF226E"/>
    <w:p w14:paraId="20C78C2E" w14:textId="77777777" w:rsidR="00FF226E" w:rsidRDefault="00FF226E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C7408D" w14:paraId="78BEFEF6" w14:textId="77777777" w:rsidTr="00FF226E">
        <w:tc>
          <w:tcPr>
            <w:tcW w:w="8630" w:type="dxa"/>
          </w:tcPr>
          <w:p w14:paraId="57BFEB9E" w14:textId="77777777" w:rsidR="00FF226E" w:rsidRPr="00C7408D" w:rsidRDefault="00FF226E" w:rsidP="0036257C">
            <w:pPr>
              <w:rPr>
                <w:b/>
                <w:bCs/>
                <w:color w:val="004F88"/>
              </w:rPr>
            </w:pPr>
            <w:r w:rsidRPr="00C7408D">
              <w:rPr>
                <w:b/>
                <w:bCs/>
                <w:color w:val="004F88"/>
              </w:rPr>
              <w:lastRenderedPageBreak/>
              <w:t xml:space="preserve"> Day 10: </w:t>
            </w:r>
            <w:proofErr w:type="spellStart"/>
            <w:r w:rsidRPr="00C7408D">
              <w:rPr>
                <w:b/>
                <w:bCs/>
                <w:color w:val="004F88"/>
              </w:rPr>
              <w:t>PostFlight</w:t>
            </w:r>
            <w:proofErr w:type="spellEnd"/>
            <w:r w:rsidRPr="00C7408D">
              <w:rPr>
                <w:b/>
                <w:bCs/>
                <w:color w:val="004F88"/>
              </w:rPr>
              <w:t xml:space="preserve"> Assessment and Maintenance</w:t>
            </w:r>
          </w:p>
        </w:tc>
      </w:tr>
      <w:tr w:rsidR="00FF226E" w:rsidRPr="00C7408D" w14:paraId="366DC5B5" w14:textId="77777777" w:rsidTr="00FF226E">
        <w:tc>
          <w:tcPr>
            <w:tcW w:w="8630" w:type="dxa"/>
          </w:tcPr>
          <w:p w14:paraId="52481927" w14:textId="77777777" w:rsidR="00FF226E" w:rsidRPr="00C7408D" w:rsidRDefault="00FF226E" w:rsidP="0036257C">
            <w:pPr>
              <w:rPr>
                <w:b/>
                <w:bCs/>
              </w:rPr>
            </w:pPr>
            <w:r w:rsidRPr="00C7408D">
              <w:t xml:space="preserve"> </w:t>
            </w:r>
            <w:r w:rsidRPr="00C7408D">
              <w:rPr>
                <w:b/>
                <w:bCs/>
              </w:rPr>
              <w:t xml:space="preserve">Essential Question: </w:t>
            </w:r>
          </w:p>
          <w:p w14:paraId="32F9DBB0" w14:textId="77777777" w:rsidR="00FF226E" w:rsidRPr="00C7408D" w:rsidRDefault="00FF226E" w:rsidP="00FF226E">
            <w:pPr>
              <w:numPr>
                <w:ilvl w:val="0"/>
                <w:numId w:val="71"/>
              </w:numPr>
            </w:pPr>
            <w:r w:rsidRPr="00C7408D">
              <w:t>What steps should be taken during postflight assessments to ensure safety and maintenance?</w:t>
            </w:r>
          </w:p>
        </w:tc>
      </w:tr>
      <w:tr w:rsidR="00FF226E" w:rsidRPr="00C7408D" w14:paraId="2574269B" w14:textId="77777777" w:rsidTr="00FF226E">
        <w:tc>
          <w:tcPr>
            <w:tcW w:w="8630" w:type="dxa"/>
          </w:tcPr>
          <w:p w14:paraId="2C467145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Lecture Duration:</w:t>
            </w:r>
            <w:r w:rsidRPr="00C7408D">
              <w:t xml:space="preserve"> 30 minutes</w:t>
            </w:r>
          </w:p>
        </w:tc>
      </w:tr>
      <w:tr w:rsidR="00FF226E" w:rsidRPr="00C7408D" w14:paraId="46524239" w14:textId="77777777" w:rsidTr="00FF226E">
        <w:trPr>
          <w:trHeight w:val="516"/>
        </w:trPr>
        <w:tc>
          <w:tcPr>
            <w:tcW w:w="8630" w:type="dxa"/>
          </w:tcPr>
          <w:p w14:paraId="73F9C72C" w14:textId="77777777" w:rsidR="00FF226E" w:rsidRPr="00C7408D" w:rsidRDefault="00FF226E" w:rsidP="0036257C">
            <w:pPr>
              <w:rPr>
                <w:b/>
                <w:bCs/>
              </w:rPr>
            </w:pPr>
            <w:r w:rsidRPr="00C7408D">
              <w:rPr>
                <w:b/>
                <w:bCs/>
              </w:rPr>
              <w:t xml:space="preserve"> Learning Goals:</w:t>
            </w:r>
          </w:p>
          <w:p w14:paraId="505ACC08" w14:textId="77777777" w:rsidR="00FF226E" w:rsidRPr="00C7408D" w:rsidRDefault="00FF226E" w:rsidP="00FF226E">
            <w:pPr>
              <w:numPr>
                <w:ilvl w:val="0"/>
                <w:numId w:val="71"/>
              </w:numPr>
            </w:pPr>
            <w:r w:rsidRPr="00C7408D">
              <w:t>Conduct postflight inspections and log maintenance.</w:t>
            </w:r>
          </w:p>
        </w:tc>
      </w:tr>
      <w:tr w:rsidR="00FF226E" w:rsidRPr="00C7408D" w14:paraId="4B7130AA" w14:textId="77777777" w:rsidTr="00FF226E">
        <w:tc>
          <w:tcPr>
            <w:tcW w:w="8630" w:type="dxa"/>
          </w:tcPr>
          <w:p w14:paraId="5CC34D16" w14:textId="77777777" w:rsidR="00FF226E" w:rsidRPr="00C7408D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 xml:space="preserve">Standards Addressed: </w:t>
            </w:r>
            <w:r>
              <w:t>Advanced Drone Piloting 30</w:t>
            </w:r>
            <w:r w:rsidRPr="00C7408D">
              <w:t>3.01</w:t>
            </w:r>
          </w:p>
        </w:tc>
      </w:tr>
      <w:tr w:rsidR="00FF226E" w:rsidRPr="00C7408D" w14:paraId="20921FEE" w14:textId="77777777" w:rsidTr="00FF226E">
        <w:trPr>
          <w:trHeight w:val="1538"/>
        </w:trPr>
        <w:tc>
          <w:tcPr>
            <w:tcW w:w="8630" w:type="dxa"/>
          </w:tcPr>
          <w:p w14:paraId="5064C445" w14:textId="77777777" w:rsidR="00FF226E" w:rsidRDefault="00FF226E" w:rsidP="0036257C">
            <w:r w:rsidRPr="00C7408D">
              <w:t xml:space="preserve"> </w:t>
            </w:r>
            <w:r w:rsidRPr="00C7408D">
              <w:rPr>
                <w:b/>
                <w:bCs/>
              </w:rPr>
              <w:t>Activities</w:t>
            </w:r>
            <w:r w:rsidRPr="00C7408D">
              <w:t xml:space="preserve">: </w:t>
            </w:r>
          </w:p>
          <w:p w14:paraId="44CA7517" w14:textId="77777777" w:rsidR="00FF226E" w:rsidRPr="00C7408D" w:rsidRDefault="00FF226E" w:rsidP="00FF226E">
            <w:pPr>
              <w:numPr>
                <w:ilvl w:val="0"/>
                <w:numId w:val="71"/>
              </w:numPr>
            </w:pPr>
            <w:r w:rsidRPr="00C7408D">
              <w:t>Postflight inspection and ALOFT logging.</w:t>
            </w:r>
          </w:p>
          <w:p w14:paraId="25FACE05" w14:textId="77777777" w:rsidR="00FF226E" w:rsidRPr="00C7408D" w:rsidRDefault="00FF226E" w:rsidP="00FF226E">
            <w:pPr>
              <w:numPr>
                <w:ilvl w:val="0"/>
                <w:numId w:val="71"/>
              </w:numPr>
              <w:rPr>
                <w:i/>
                <w:iCs/>
              </w:rPr>
            </w:pPr>
            <w:r w:rsidRPr="00C7408D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C7408D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21BE676A" w14:textId="77777777" w:rsidR="00FF226E" w:rsidRPr="00C7408D" w:rsidRDefault="00FF226E" w:rsidP="00FF226E">
            <w:pPr>
              <w:numPr>
                <w:ilvl w:val="0"/>
                <w:numId w:val="71"/>
              </w:numPr>
            </w:pPr>
            <w:r w:rsidRPr="00C7408D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20DFBFCF" w14:textId="77777777" w:rsidR="00FF226E" w:rsidRDefault="00FF226E" w:rsidP="00FF22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F226E" w:rsidRPr="00FF226E" w14:paraId="19CAD084" w14:textId="77777777">
        <w:tc>
          <w:tcPr>
            <w:tcW w:w="8630" w:type="dxa"/>
          </w:tcPr>
          <w:p w14:paraId="7834B9DA" w14:textId="77777777" w:rsidR="00FF226E" w:rsidRPr="00FF226E" w:rsidRDefault="00FF226E" w:rsidP="003F1D30">
            <w:pPr>
              <w:rPr>
                <w:b/>
                <w:bCs/>
                <w:color w:val="004F88"/>
              </w:rPr>
            </w:pPr>
            <w:r w:rsidRPr="00FF226E">
              <w:rPr>
                <w:b/>
                <w:bCs/>
                <w:color w:val="004F88"/>
              </w:rPr>
              <w:t xml:space="preserve"> Day 11: Flight Simulations and Practical Application</w:t>
            </w:r>
          </w:p>
        </w:tc>
      </w:tr>
      <w:tr w:rsidR="00FF226E" w:rsidRPr="00FF226E" w14:paraId="75973A02" w14:textId="77777777">
        <w:tc>
          <w:tcPr>
            <w:tcW w:w="8630" w:type="dxa"/>
          </w:tcPr>
          <w:p w14:paraId="00B3DADC" w14:textId="77777777" w:rsidR="00FF226E" w:rsidRPr="00AF6CF3" w:rsidRDefault="00FF226E" w:rsidP="003F1D30">
            <w:pPr>
              <w:rPr>
                <w:b/>
                <w:bCs/>
              </w:rPr>
            </w:pPr>
            <w:r w:rsidRPr="00AF6CF3">
              <w:rPr>
                <w:b/>
                <w:bCs/>
              </w:rPr>
              <w:t xml:space="preserve"> Essential Question: </w:t>
            </w:r>
          </w:p>
          <w:p w14:paraId="14AE1639" w14:textId="6878E346" w:rsidR="00FF226E" w:rsidRPr="00FF226E" w:rsidRDefault="00FF226E" w:rsidP="00AF6CF3">
            <w:pPr>
              <w:numPr>
                <w:ilvl w:val="0"/>
                <w:numId w:val="72"/>
              </w:numPr>
            </w:pPr>
            <w:r w:rsidRPr="00FF226E">
              <w:t>How can simulations enhance a pilot’s understanding of UAS maneuvers?</w:t>
            </w:r>
          </w:p>
        </w:tc>
      </w:tr>
      <w:tr w:rsidR="00FF226E" w:rsidRPr="00FF226E" w14:paraId="25188206" w14:textId="77777777">
        <w:tc>
          <w:tcPr>
            <w:tcW w:w="8630" w:type="dxa"/>
          </w:tcPr>
          <w:p w14:paraId="45994C7F" w14:textId="77777777" w:rsidR="00FF226E" w:rsidRPr="00FF226E" w:rsidRDefault="00FF226E" w:rsidP="003F1D30">
            <w:r w:rsidRPr="00FF226E">
              <w:t xml:space="preserve"> </w:t>
            </w:r>
            <w:r w:rsidRPr="00AF6CF3">
              <w:rPr>
                <w:b/>
                <w:bCs/>
              </w:rPr>
              <w:t>Lecture Duration:</w:t>
            </w:r>
            <w:r w:rsidRPr="00FF226E">
              <w:t xml:space="preserve"> 30 minutes</w:t>
            </w:r>
          </w:p>
        </w:tc>
      </w:tr>
      <w:tr w:rsidR="00AF6CF3" w:rsidRPr="00FF226E" w14:paraId="2D715E43" w14:textId="77777777" w:rsidTr="006E1383">
        <w:trPr>
          <w:trHeight w:val="562"/>
        </w:trPr>
        <w:tc>
          <w:tcPr>
            <w:tcW w:w="8630" w:type="dxa"/>
          </w:tcPr>
          <w:p w14:paraId="369A685B" w14:textId="77777777" w:rsidR="00AF6CF3" w:rsidRPr="00AF6CF3" w:rsidRDefault="00AF6CF3" w:rsidP="003F1D30">
            <w:pPr>
              <w:rPr>
                <w:b/>
                <w:bCs/>
              </w:rPr>
            </w:pPr>
            <w:r w:rsidRPr="00AF6CF3">
              <w:rPr>
                <w:b/>
                <w:bCs/>
              </w:rPr>
              <w:t xml:space="preserve"> Learning Goals:</w:t>
            </w:r>
          </w:p>
          <w:p w14:paraId="3840EA82" w14:textId="470A04EE" w:rsidR="00AF6CF3" w:rsidRPr="00FF226E" w:rsidRDefault="00AF6CF3" w:rsidP="00AF6CF3">
            <w:pPr>
              <w:numPr>
                <w:ilvl w:val="0"/>
                <w:numId w:val="72"/>
              </w:numPr>
            </w:pPr>
            <w:r w:rsidRPr="00FF226E">
              <w:t>Apply learned maneuvers in simulated flights.</w:t>
            </w:r>
          </w:p>
        </w:tc>
      </w:tr>
      <w:tr w:rsidR="00FF226E" w:rsidRPr="00FF226E" w14:paraId="52D7DDDF" w14:textId="77777777">
        <w:tc>
          <w:tcPr>
            <w:tcW w:w="8630" w:type="dxa"/>
          </w:tcPr>
          <w:p w14:paraId="110A4A7A" w14:textId="550D16F1" w:rsidR="00FF226E" w:rsidRPr="00FF226E" w:rsidRDefault="00FF226E" w:rsidP="003F1D30">
            <w:r w:rsidRPr="00FF226E">
              <w:t xml:space="preserve"> </w:t>
            </w:r>
            <w:r w:rsidRPr="00AF6CF3">
              <w:rPr>
                <w:b/>
                <w:bCs/>
              </w:rPr>
              <w:t>Standards Addressed</w:t>
            </w:r>
            <w:r w:rsidRPr="00FF226E">
              <w:t>:</w:t>
            </w:r>
            <w:r w:rsidR="00AF6CF3">
              <w:t xml:space="preserve"> Advanced Drone Piloting 303</w:t>
            </w:r>
            <w:r w:rsidRPr="00FF226E">
              <w:t>.02</w:t>
            </w:r>
          </w:p>
        </w:tc>
      </w:tr>
      <w:tr w:rsidR="00FF226E" w:rsidRPr="00FF226E" w14:paraId="258BB7F0" w14:textId="77777777" w:rsidTr="00155D33">
        <w:trPr>
          <w:trHeight w:val="1952"/>
        </w:trPr>
        <w:tc>
          <w:tcPr>
            <w:tcW w:w="8630" w:type="dxa"/>
          </w:tcPr>
          <w:p w14:paraId="3EFAEFAF" w14:textId="77777777" w:rsidR="00FF226E" w:rsidRPr="00AF6CF3" w:rsidRDefault="00FF226E" w:rsidP="003F1D30">
            <w:pPr>
              <w:rPr>
                <w:b/>
                <w:bCs/>
              </w:rPr>
            </w:pPr>
            <w:r w:rsidRPr="00AF6CF3">
              <w:rPr>
                <w:b/>
                <w:bCs/>
              </w:rPr>
              <w:t xml:space="preserve"> Activities: </w:t>
            </w:r>
          </w:p>
          <w:p w14:paraId="5471B91B" w14:textId="77777777" w:rsidR="00FF226E" w:rsidRPr="00FF226E" w:rsidRDefault="00FF226E" w:rsidP="00AF6CF3">
            <w:pPr>
              <w:numPr>
                <w:ilvl w:val="0"/>
                <w:numId w:val="72"/>
              </w:numPr>
            </w:pPr>
            <w:r w:rsidRPr="00FF226E">
              <w:t>Simulated flight sessions.</w:t>
            </w:r>
          </w:p>
          <w:p w14:paraId="29D7242A" w14:textId="6EFA9F0F" w:rsidR="00FF226E" w:rsidRPr="00FF226E" w:rsidRDefault="00FF226E" w:rsidP="00AF6CF3">
            <w:pPr>
              <w:numPr>
                <w:ilvl w:val="0"/>
                <w:numId w:val="72"/>
              </w:numPr>
              <w:rPr>
                <w:i/>
                <w:iCs/>
              </w:rPr>
            </w:pPr>
            <w:r w:rsidRPr="00FF226E">
              <w:rPr>
                <w:i/>
                <w:iCs/>
              </w:rPr>
              <w:t>Daily Flight Logs in ALOFT</w:t>
            </w:r>
            <w:r w:rsidR="00AF6CF3">
              <w:rPr>
                <w:i/>
                <w:iCs/>
              </w:rPr>
              <w:t xml:space="preserve"> or Manual entry</w:t>
            </w:r>
            <w:r w:rsidRPr="00FF226E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3E678CA7" w14:textId="1B542344" w:rsidR="00FF226E" w:rsidRPr="00FF226E" w:rsidRDefault="00FF226E" w:rsidP="00AF6CF3">
            <w:pPr>
              <w:numPr>
                <w:ilvl w:val="0"/>
                <w:numId w:val="72"/>
              </w:numPr>
            </w:pPr>
            <w:r w:rsidRPr="00FF226E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7C2FD966" w14:textId="11793FAF" w:rsidR="00EF61D7" w:rsidRDefault="00FF226E" w:rsidP="00FF226E">
      <w:pPr>
        <w:rPr>
          <w:b/>
          <w:bCs/>
        </w:rPr>
      </w:pPr>
      <w:r>
        <w:rPr>
          <w:b/>
          <w:bCs/>
        </w:rPr>
        <w:t xml:space="preserve"> </w:t>
      </w:r>
    </w:p>
    <w:p w14:paraId="738CC93B" w14:textId="77777777" w:rsidR="00EF61D7" w:rsidRDefault="00EF61D7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F6CF3" w:rsidRPr="00AF6CF3" w14:paraId="7998324B" w14:textId="77777777">
        <w:tc>
          <w:tcPr>
            <w:tcW w:w="8630" w:type="dxa"/>
          </w:tcPr>
          <w:p w14:paraId="5CC7D737" w14:textId="77777777" w:rsidR="00FF226E" w:rsidRPr="00AF6CF3" w:rsidRDefault="00FF226E" w:rsidP="00E928C6">
            <w:pPr>
              <w:rPr>
                <w:b/>
                <w:bCs/>
                <w:color w:val="004F88"/>
              </w:rPr>
            </w:pPr>
            <w:r w:rsidRPr="00AF6CF3">
              <w:rPr>
                <w:b/>
                <w:bCs/>
                <w:color w:val="004F88"/>
              </w:rPr>
              <w:lastRenderedPageBreak/>
              <w:t>Day 12: Advanced Flight Techniques</w:t>
            </w:r>
          </w:p>
        </w:tc>
      </w:tr>
      <w:tr w:rsidR="00FF226E" w:rsidRPr="00FF226E" w14:paraId="2C9A9899" w14:textId="77777777">
        <w:tc>
          <w:tcPr>
            <w:tcW w:w="8630" w:type="dxa"/>
          </w:tcPr>
          <w:p w14:paraId="475FE907" w14:textId="77777777" w:rsidR="00AF6CF3" w:rsidRDefault="00FF226E" w:rsidP="00E928C6">
            <w:r w:rsidRPr="00FF226E">
              <w:t xml:space="preserve"> </w:t>
            </w:r>
            <w:r w:rsidRPr="00AF6CF3">
              <w:rPr>
                <w:b/>
                <w:bCs/>
              </w:rPr>
              <w:t>Essential Question:</w:t>
            </w:r>
            <w:r w:rsidRPr="00FF226E">
              <w:t xml:space="preserve"> </w:t>
            </w:r>
          </w:p>
          <w:p w14:paraId="5ECE54DD" w14:textId="452C164A" w:rsidR="00FF226E" w:rsidRPr="00FF226E" w:rsidRDefault="00FF226E" w:rsidP="00AF6CF3">
            <w:pPr>
              <w:numPr>
                <w:ilvl w:val="0"/>
                <w:numId w:val="73"/>
              </w:numPr>
            </w:pPr>
            <w:r w:rsidRPr="00FF226E">
              <w:t>What advanced maneuvers should pilots master for complex flight scenarios?</w:t>
            </w:r>
          </w:p>
        </w:tc>
      </w:tr>
      <w:tr w:rsidR="00FF226E" w:rsidRPr="00FF226E" w14:paraId="5528D073" w14:textId="77777777">
        <w:tc>
          <w:tcPr>
            <w:tcW w:w="8630" w:type="dxa"/>
          </w:tcPr>
          <w:p w14:paraId="41DCF827" w14:textId="77777777" w:rsidR="00FF226E" w:rsidRPr="00FF226E" w:rsidRDefault="00FF226E" w:rsidP="00E928C6">
            <w:r w:rsidRPr="00AF6CF3">
              <w:rPr>
                <w:b/>
                <w:bCs/>
              </w:rPr>
              <w:t xml:space="preserve"> Lecture Duration</w:t>
            </w:r>
            <w:r w:rsidRPr="00FF226E">
              <w:t>: 30 minutes</w:t>
            </w:r>
          </w:p>
        </w:tc>
      </w:tr>
      <w:tr w:rsidR="00AF6CF3" w:rsidRPr="00FF226E" w14:paraId="1D24350B" w14:textId="77777777" w:rsidTr="00FA0EB1">
        <w:trPr>
          <w:trHeight w:val="562"/>
        </w:trPr>
        <w:tc>
          <w:tcPr>
            <w:tcW w:w="8630" w:type="dxa"/>
          </w:tcPr>
          <w:p w14:paraId="3AE6BABB" w14:textId="77777777" w:rsidR="00AF6CF3" w:rsidRPr="00AF6CF3" w:rsidRDefault="00AF6CF3" w:rsidP="00E928C6">
            <w:pPr>
              <w:rPr>
                <w:b/>
                <w:bCs/>
              </w:rPr>
            </w:pPr>
            <w:r w:rsidRPr="00FF226E">
              <w:t xml:space="preserve"> </w:t>
            </w:r>
            <w:r w:rsidRPr="00AF6CF3">
              <w:rPr>
                <w:b/>
                <w:bCs/>
              </w:rPr>
              <w:t>Learning Goals:</w:t>
            </w:r>
          </w:p>
          <w:p w14:paraId="19D1B547" w14:textId="345D44E3" w:rsidR="00AF6CF3" w:rsidRPr="00FF226E" w:rsidRDefault="00AF6CF3" w:rsidP="00AF6CF3">
            <w:pPr>
              <w:numPr>
                <w:ilvl w:val="0"/>
                <w:numId w:val="73"/>
              </w:numPr>
            </w:pPr>
            <w:r w:rsidRPr="00FF226E">
              <w:t>Execute advanced maneuvers effectively.</w:t>
            </w:r>
          </w:p>
        </w:tc>
      </w:tr>
      <w:tr w:rsidR="00FF226E" w:rsidRPr="00FF226E" w14:paraId="04F2EFBA" w14:textId="77777777">
        <w:tc>
          <w:tcPr>
            <w:tcW w:w="8630" w:type="dxa"/>
          </w:tcPr>
          <w:p w14:paraId="6715F67D" w14:textId="77777777" w:rsidR="00AF6CF3" w:rsidRPr="00AF6CF3" w:rsidRDefault="00FF226E" w:rsidP="00E928C6">
            <w:pPr>
              <w:rPr>
                <w:b/>
                <w:bCs/>
              </w:rPr>
            </w:pPr>
            <w:r w:rsidRPr="00FF226E">
              <w:t xml:space="preserve"> </w:t>
            </w:r>
            <w:r w:rsidRPr="00AF6CF3">
              <w:rPr>
                <w:b/>
                <w:bCs/>
              </w:rPr>
              <w:t>Standards Addressed:</w:t>
            </w:r>
            <w:r w:rsidR="00AF6CF3" w:rsidRPr="00AF6CF3">
              <w:rPr>
                <w:b/>
                <w:bCs/>
              </w:rPr>
              <w:t xml:space="preserve"> </w:t>
            </w:r>
          </w:p>
          <w:p w14:paraId="4A2EEACF" w14:textId="7385979A" w:rsidR="00FF226E" w:rsidRPr="00FF226E" w:rsidRDefault="00AF6CF3" w:rsidP="00AF6CF3">
            <w:pPr>
              <w:numPr>
                <w:ilvl w:val="0"/>
                <w:numId w:val="73"/>
              </w:numPr>
            </w:pPr>
            <w:r>
              <w:t>Advanced Drone Piloting</w:t>
            </w:r>
            <w:r>
              <w:t xml:space="preserve"> 30</w:t>
            </w:r>
            <w:r w:rsidR="00FF226E" w:rsidRPr="00FF226E">
              <w:t>3.02</w:t>
            </w:r>
          </w:p>
        </w:tc>
      </w:tr>
      <w:tr w:rsidR="00AF6CF3" w:rsidRPr="00FF226E" w14:paraId="0F0AB24C" w14:textId="77777777" w:rsidTr="00C04012">
        <w:trPr>
          <w:trHeight w:val="1952"/>
        </w:trPr>
        <w:tc>
          <w:tcPr>
            <w:tcW w:w="8630" w:type="dxa"/>
          </w:tcPr>
          <w:p w14:paraId="57809274" w14:textId="77777777" w:rsidR="00AF6CF3" w:rsidRPr="00AF6CF3" w:rsidRDefault="00AF6CF3" w:rsidP="00E928C6">
            <w:pPr>
              <w:rPr>
                <w:b/>
                <w:bCs/>
              </w:rPr>
            </w:pPr>
            <w:r w:rsidRPr="00FF226E">
              <w:t xml:space="preserve"> </w:t>
            </w:r>
            <w:r w:rsidRPr="00AF6CF3">
              <w:rPr>
                <w:b/>
                <w:bCs/>
              </w:rPr>
              <w:t xml:space="preserve">Activities: </w:t>
            </w:r>
          </w:p>
          <w:p w14:paraId="6B04A13A" w14:textId="77777777" w:rsidR="00AF6CF3" w:rsidRPr="00FF226E" w:rsidRDefault="00AF6CF3" w:rsidP="00AF6CF3">
            <w:pPr>
              <w:numPr>
                <w:ilvl w:val="0"/>
                <w:numId w:val="73"/>
              </w:numPr>
            </w:pPr>
            <w:r w:rsidRPr="00FF226E">
              <w:t>Handson practice with advanced maneuvers.</w:t>
            </w:r>
          </w:p>
          <w:p w14:paraId="2BAA206A" w14:textId="7D8CB3C0" w:rsidR="00AF6CF3" w:rsidRPr="00FF226E" w:rsidRDefault="00AF6CF3" w:rsidP="00AF6CF3">
            <w:pPr>
              <w:numPr>
                <w:ilvl w:val="0"/>
                <w:numId w:val="73"/>
              </w:numPr>
              <w:rPr>
                <w:i/>
                <w:iCs/>
              </w:rPr>
            </w:pPr>
            <w:r w:rsidRPr="00FF226E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FF226E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76E374F4" w14:textId="30D94F21" w:rsidR="00AF6CF3" w:rsidRPr="00FF226E" w:rsidRDefault="00AF6CF3" w:rsidP="00AF6CF3">
            <w:pPr>
              <w:numPr>
                <w:ilvl w:val="0"/>
                <w:numId w:val="73"/>
              </w:numPr>
            </w:pPr>
            <w:r w:rsidRPr="00FF226E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04AE8A79" w14:textId="77777777" w:rsidR="00FF226E" w:rsidRDefault="00FF226E" w:rsidP="00FF22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F6CF3" w:rsidRPr="00AF6CF3" w14:paraId="1052C8F3" w14:textId="77777777">
        <w:tc>
          <w:tcPr>
            <w:tcW w:w="8630" w:type="dxa"/>
          </w:tcPr>
          <w:p w14:paraId="058311E9" w14:textId="77777777" w:rsidR="00FF226E" w:rsidRPr="00AF6CF3" w:rsidRDefault="00FF226E" w:rsidP="00EF3896">
            <w:pPr>
              <w:rPr>
                <w:b/>
                <w:bCs/>
                <w:color w:val="004F88"/>
              </w:rPr>
            </w:pPr>
            <w:r w:rsidRPr="00AF6CF3">
              <w:rPr>
                <w:b/>
                <w:bCs/>
                <w:color w:val="004F88"/>
              </w:rPr>
              <w:t xml:space="preserve"> Day 13: Review and Reflection</w:t>
            </w:r>
          </w:p>
        </w:tc>
      </w:tr>
      <w:tr w:rsidR="00FF226E" w:rsidRPr="00FF226E" w14:paraId="6FF2EC62" w14:textId="77777777">
        <w:tc>
          <w:tcPr>
            <w:tcW w:w="8630" w:type="dxa"/>
          </w:tcPr>
          <w:p w14:paraId="3FE255C3" w14:textId="77777777" w:rsidR="00AF6CF3" w:rsidRPr="00AF6CF3" w:rsidRDefault="00FF226E" w:rsidP="00EF3896">
            <w:pPr>
              <w:rPr>
                <w:b/>
                <w:bCs/>
              </w:rPr>
            </w:pPr>
            <w:r w:rsidRPr="00FF226E">
              <w:t xml:space="preserve"> </w:t>
            </w:r>
            <w:r w:rsidRPr="00AF6CF3">
              <w:rPr>
                <w:b/>
                <w:bCs/>
              </w:rPr>
              <w:t xml:space="preserve">Essential Question: </w:t>
            </w:r>
          </w:p>
          <w:p w14:paraId="52F3D9AF" w14:textId="01C3640F" w:rsidR="00FF226E" w:rsidRPr="00FF226E" w:rsidRDefault="00FF226E" w:rsidP="00AF6CF3">
            <w:pPr>
              <w:numPr>
                <w:ilvl w:val="0"/>
                <w:numId w:val="74"/>
              </w:numPr>
            </w:pPr>
            <w:r w:rsidRPr="00FF226E">
              <w:t>What are the key takeaways from our UAS training thus far?</w:t>
            </w:r>
          </w:p>
        </w:tc>
      </w:tr>
      <w:tr w:rsidR="00FF226E" w:rsidRPr="00FF226E" w14:paraId="5ECD3661" w14:textId="77777777">
        <w:tc>
          <w:tcPr>
            <w:tcW w:w="8630" w:type="dxa"/>
          </w:tcPr>
          <w:p w14:paraId="55635553" w14:textId="77777777" w:rsidR="00FF226E" w:rsidRPr="00FF226E" w:rsidRDefault="00FF226E" w:rsidP="00EF3896">
            <w:r w:rsidRPr="00FF226E">
              <w:t xml:space="preserve"> </w:t>
            </w:r>
            <w:r w:rsidRPr="00AF6CF3">
              <w:rPr>
                <w:b/>
                <w:bCs/>
              </w:rPr>
              <w:t>Lecture Duration</w:t>
            </w:r>
            <w:r w:rsidRPr="00FF226E">
              <w:t>: 30 minutes</w:t>
            </w:r>
          </w:p>
        </w:tc>
      </w:tr>
      <w:tr w:rsidR="00AF6CF3" w:rsidRPr="00FF226E" w14:paraId="40F9B3AF" w14:textId="77777777" w:rsidTr="00F91881">
        <w:trPr>
          <w:trHeight w:val="562"/>
        </w:trPr>
        <w:tc>
          <w:tcPr>
            <w:tcW w:w="8630" w:type="dxa"/>
          </w:tcPr>
          <w:p w14:paraId="48252E65" w14:textId="77777777" w:rsidR="00AF6CF3" w:rsidRPr="00FF226E" w:rsidRDefault="00AF6CF3" w:rsidP="00EF3896">
            <w:r w:rsidRPr="00FF226E">
              <w:t xml:space="preserve"> </w:t>
            </w:r>
            <w:r w:rsidRPr="00AF6CF3">
              <w:rPr>
                <w:b/>
                <w:bCs/>
              </w:rPr>
              <w:t>Learning Goals</w:t>
            </w:r>
            <w:r w:rsidRPr="00FF226E">
              <w:t>:</w:t>
            </w:r>
          </w:p>
          <w:p w14:paraId="01AC104B" w14:textId="34CF2649" w:rsidR="00AF6CF3" w:rsidRPr="00FF226E" w:rsidRDefault="00AF6CF3" w:rsidP="00AF6CF3">
            <w:pPr>
              <w:numPr>
                <w:ilvl w:val="0"/>
                <w:numId w:val="74"/>
              </w:numPr>
            </w:pPr>
            <w:r w:rsidRPr="00FF226E">
              <w:t>Reflect on learning experiences and address challenges.</w:t>
            </w:r>
          </w:p>
        </w:tc>
      </w:tr>
      <w:tr w:rsidR="00FF226E" w:rsidRPr="00FF226E" w14:paraId="3183AEF6" w14:textId="77777777">
        <w:tc>
          <w:tcPr>
            <w:tcW w:w="8630" w:type="dxa"/>
          </w:tcPr>
          <w:p w14:paraId="03AD7C3C" w14:textId="4A886181" w:rsidR="00FF226E" w:rsidRPr="00FF226E" w:rsidRDefault="00FF226E" w:rsidP="00EF3896">
            <w:r w:rsidRPr="00FF226E">
              <w:t xml:space="preserve"> </w:t>
            </w:r>
            <w:r w:rsidRPr="00AF6CF3">
              <w:rPr>
                <w:b/>
                <w:bCs/>
              </w:rPr>
              <w:t>Standards Addressed</w:t>
            </w:r>
            <w:r w:rsidRPr="00FF226E">
              <w:t>:</w:t>
            </w:r>
            <w:r w:rsidR="00AF6CF3">
              <w:t xml:space="preserve"> </w:t>
            </w:r>
            <w:r w:rsidR="00AF6CF3">
              <w:t xml:space="preserve"> Advanced Drone Piloting</w:t>
            </w:r>
            <w:r w:rsidR="00AF6CF3">
              <w:t xml:space="preserve"> 30</w:t>
            </w:r>
            <w:r w:rsidRPr="00FF226E">
              <w:t>3.01</w:t>
            </w:r>
          </w:p>
        </w:tc>
      </w:tr>
      <w:tr w:rsidR="00AF6CF3" w:rsidRPr="00FF226E" w14:paraId="47B1D5B8" w14:textId="77777777" w:rsidTr="00C16433">
        <w:trPr>
          <w:trHeight w:val="1952"/>
        </w:trPr>
        <w:tc>
          <w:tcPr>
            <w:tcW w:w="8630" w:type="dxa"/>
          </w:tcPr>
          <w:p w14:paraId="0E6D3FF6" w14:textId="77777777" w:rsidR="00AF6CF3" w:rsidRPr="00AF6CF3" w:rsidRDefault="00AF6CF3" w:rsidP="00EF3896">
            <w:pPr>
              <w:rPr>
                <w:b/>
                <w:bCs/>
              </w:rPr>
            </w:pPr>
            <w:r w:rsidRPr="00FF226E">
              <w:t xml:space="preserve"> </w:t>
            </w:r>
            <w:r w:rsidRPr="00AF6CF3">
              <w:rPr>
                <w:b/>
                <w:bCs/>
              </w:rPr>
              <w:t xml:space="preserve">Activities: </w:t>
            </w:r>
          </w:p>
          <w:p w14:paraId="52E3D2C9" w14:textId="77777777" w:rsidR="00AF6CF3" w:rsidRPr="00FF226E" w:rsidRDefault="00AF6CF3" w:rsidP="00AF6CF3">
            <w:pPr>
              <w:numPr>
                <w:ilvl w:val="0"/>
                <w:numId w:val="74"/>
              </w:numPr>
            </w:pPr>
            <w:r w:rsidRPr="00FF226E">
              <w:t>Group discussion and practice test review.</w:t>
            </w:r>
          </w:p>
          <w:p w14:paraId="091A4FAD" w14:textId="697B8D3C" w:rsidR="00AF6CF3" w:rsidRPr="00FF226E" w:rsidRDefault="00AF6CF3" w:rsidP="00AF6CF3">
            <w:pPr>
              <w:numPr>
                <w:ilvl w:val="0"/>
                <w:numId w:val="74"/>
              </w:numPr>
              <w:rPr>
                <w:i/>
                <w:iCs/>
              </w:rPr>
            </w:pPr>
            <w:r w:rsidRPr="00FF226E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FF226E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23DBF0CE" w14:textId="481612C1" w:rsidR="00AF6CF3" w:rsidRPr="00FF226E" w:rsidRDefault="00AF6CF3" w:rsidP="00AF6CF3">
            <w:pPr>
              <w:numPr>
                <w:ilvl w:val="0"/>
                <w:numId w:val="74"/>
              </w:numPr>
            </w:pPr>
            <w:r w:rsidRPr="00FF226E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38EFE336" w14:textId="0510D15A" w:rsidR="00EF61D7" w:rsidRDefault="00EF61D7" w:rsidP="00FF226E">
      <w:pPr>
        <w:rPr>
          <w:b/>
          <w:bCs/>
        </w:rPr>
      </w:pPr>
    </w:p>
    <w:p w14:paraId="713C1F7E" w14:textId="77777777" w:rsidR="00EF61D7" w:rsidRDefault="00EF61D7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F6CF3" w:rsidRPr="00AF6CF3" w14:paraId="3134576D" w14:textId="77777777">
        <w:tc>
          <w:tcPr>
            <w:tcW w:w="8630" w:type="dxa"/>
          </w:tcPr>
          <w:p w14:paraId="73EB9EB4" w14:textId="77777777" w:rsidR="00FF226E" w:rsidRPr="00AF6CF3" w:rsidRDefault="00FF226E" w:rsidP="007A32F7">
            <w:pPr>
              <w:rPr>
                <w:b/>
                <w:bCs/>
                <w:color w:val="004F88"/>
              </w:rPr>
            </w:pPr>
            <w:r w:rsidRPr="00AF6CF3">
              <w:rPr>
                <w:b/>
                <w:bCs/>
                <w:color w:val="004F88"/>
              </w:rPr>
              <w:lastRenderedPageBreak/>
              <w:t xml:space="preserve"> Day 14: Final Preparations for Certification</w:t>
            </w:r>
          </w:p>
        </w:tc>
      </w:tr>
      <w:tr w:rsidR="00FF226E" w:rsidRPr="00FF226E" w14:paraId="78F97CE0" w14:textId="77777777">
        <w:tc>
          <w:tcPr>
            <w:tcW w:w="8630" w:type="dxa"/>
          </w:tcPr>
          <w:p w14:paraId="7ED48B2B" w14:textId="77777777" w:rsidR="00AF6CF3" w:rsidRDefault="00FF226E" w:rsidP="007A32F7">
            <w:r w:rsidRPr="00FF226E">
              <w:t xml:space="preserve"> </w:t>
            </w:r>
            <w:r w:rsidRPr="00EF61D7">
              <w:rPr>
                <w:b/>
                <w:bCs/>
              </w:rPr>
              <w:t>Essential Question</w:t>
            </w:r>
            <w:r w:rsidRPr="00FF226E">
              <w:t xml:space="preserve">: </w:t>
            </w:r>
          </w:p>
          <w:p w14:paraId="400ACA23" w14:textId="1FB506DA" w:rsidR="00FF226E" w:rsidRPr="00FF226E" w:rsidRDefault="00FF226E" w:rsidP="00AF6CF3">
            <w:pPr>
              <w:numPr>
                <w:ilvl w:val="0"/>
                <w:numId w:val="75"/>
              </w:numPr>
            </w:pPr>
            <w:r w:rsidRPr="00FF226E">
              <w:t>How can I effectively prepare for the NFPA 2400 certification exam?</w:t>
            </w:r>
          </w:p>
        </w:tc>
      </w:tr>
      <w:tr w:rsidR="00FF226E" w:rsidRPr="00FF226E" w14:paraId="11A96F0E" w14:textId="77777777">
        <w:tc>
          <w:tcPr>
            <w:tcW w:w="8630" w:type="dxa"/>
          </w:tcPr>
          <w:p w14:paraId="16388740" w14:textId="77777777" w:rsidR="00FF226E" w:rsidRPr="00FF226E" w:rsidRDefault="00FF226E" w:rsidP="007A32F7">
            <w:r w:rsidRPr="00FF226E">
              <w:t xml:space="preserve"> </w:t>
            </w:r>
            <w:r w:rsidRPr="00EF61D7">
              <w:rPr>
                <w:b/>
                <w:bCs/>
              </w:rPr>
              <w:t>Lecture Duration</w:t>
            </w:r>
            <w:r w:rsidRPr="00FF226E">
              <w:t>: 30 minutes</w:t>
            </w:r>
          </w:p>
        </w:tc>
      </w:tr>
      <w:tr w:rsidR="00AF6CF3" w:rsidRPr="00FF226E" w14:paraId="68D0FCF4" w14:textId="77777777" w:rsidTr="00D17BCA">
        <w:trPr>
          <w:trHeight w:val="562"/>
        </w:trPr>
        <w:tc>
          <w:tcPr>
            <w:tcW w:w="8630" w:type="dxa"/>
          </w:tcPr>
          <w:p w14:paraId="7BF3C6F5" w14:textId="77777777" w:rsidR="00AF6CF3" w:rsidRPr="00EF61D7" w:rsidRDefault="00AF6CF3" w:rsidP="007A32F7">
            <w:pPr>
              <w:rPr>
                <w:b/>
                <w:bCs/>
              </w:rPr>
            </w:pPr>
            <w:r w:rsidRPr="00FF226E">
              <w:t xml:space="preserve"> </w:t>
            </w:r>
            <w:r w:rsidRPr="00EF61D7">
              <w:rPr>
                <w:b/>
                <w:bCs/>
              </w:rPr>
              <w:t>Learning Goals:</w:t>
            </w:r>
          </w:p>
          <w:p w14:paraId="2C162688" w14:textId="5C0DED15" w:rsidR="00AF6CF3" w:rsidRPr="00FF226E" w:rsidRDefault="00AF6CF3" w:rsidP="00AF6CF3">
            <w:pPr>
              <w:numPr>
                <w:ilvl w:val="0"/>
                <w:numId w:val="75"/>
              </w:numPr>
            </w:pPr>
            <w:r w:rsidRPr="00FF226E">
              <w:t>Review key concepts and exam strategies.</w:t>
            </w:r>
          </w:p>
        </w:tc>
      </w:tr>
      <w:tr w:rsidR="00FF226E" w:rsidRPr="00FF226E" w14:paraId="3E0B3B9E" w14:textId="77777777">
        <w:tc>
          <w:tcPr>
            <w:tcW w:w="8630" w:type="dxa"/>
          </w:tcPr>
          <w:p w14:paraId="27854094" w14:textId="72EB2C4F" w:rsidR="00FF226E" w:rsidRPr="00FF226E" w:rsidRDefault="00FF226E" w:rsidP="007A32F7">
            <w:r w:rsidRPr="00EF61D7">
              <w:rPr>
                <w:b/>
                <w:bCs/>
              </w:rPr>
              <w:t xml:space="preserve"> Standards Addressed:</w:t>
            </w:r>
            <w:r w:rsidRPr="00FF226E">
              <w:t xml:space="preserve"> </w:t>
            </w:r>
            <w:r w:rsidR="00AF6CF3">
              <w:t xml:space="preserve"> Advanced Drone Piloting</w:t>
            </w:r>
            <w:r w:rsidR="00AF6CF3">
              <w:t xml:space="preserve"> 30</w:t>
            </w:r>
            <w:r w:rsidRPr="00FF226E">
              <w:t>3.01</w:t>
            </w:r>
          </w:p>
        </w:tc>
      </w:tr>
      <w:tr w:rsidR="00AF6CF3" w:rsidRPr="00FF226E" w14:paraId="68300611" w14:textId="77777777" w:rsidTr="00634C0F">
        <w:trPr>
          <w:trHeight w:val="1952"/>
        </w:trPr>
        <w:tc>
          <w:tcPr>
            <w:tcW w:w="8630" w:type="dxa"/>
          </w:tcPr>
          <w:p w14:paraId="60A910D2" w14:textId="77777777" w:rsidR="00AF6CF3" w:rsidRDefault="00AF6CF3" w:rsidP="007A32F7">
            <w:r w:rsidRPr="00FF226E">
              <w:t xml:space="preserve"> </w:t>
            </w:r>
            <w:r w:rsidRPr="00AF6CF3">
              <w:rPr>
                <w:b/>
                <w:bCs/>
              </w:rPr>
              <w:t>Activities</w:t>
            </w:r>
            <w:r w:rsidRPr="00FF226E">
              <w:t xml:space="preserve">: </w:t>
            </w:r>
          </w:p>
          <w:p w14:paraId="4BB458BF" w14:textId="77777777" w:rsidR="00AF6CF3" w:rsidRPr="00FF226E" w:rsidRDefault="00AF6CF3" w:rsidP="00AF6CF3">
            <w:pPr>
              <w:numPr>
                <w:ilvl w:val="0"/>
                <w:numId w:val="75"/>
              </w:numPr>
            </w:pPr>
            <w:r w:rsidRPr="00FF226E">
              <w:t>Mock certification exam and Q&amp;A.</w:t>
            </w:r>
          </w:p>
          <w:p w14:paraId="60BD7B31" w14:textId="77777777" w:rsidR="00AF6CF3" w:rsidRPr="00FF226E" w:rsidRDefault="00AF6CF3" w:rsidP="00AF6CF3">
            <w:pPr>
              <w:numPr>
                <w:ilvl w:val="0"/>
                <w:numId w:val="75"/>
              </w:numPr>
              <w:rPr>
                <w:i/>
                <w:iCs/>
              </w:rPr>
            </w:pPr>
            <w:r w:rsidRPr="00FF226E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FF226E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4FFAEBAC" w14:textId="11EC358E" w:rsidR="00AF6CF3" w:rsidRPr="00FF226E" w:rsidRDefault="00AF6CF3" w:rsidP="00AF6CF3">
            <w:pPr>
              <w:numPr>
                <w:ilvl w:val="0"/>
                <w:numId w:val="75"/>
              </w:numPr>
            </w:pPr>
            <w:r w:rsidRPr="00FF226E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57238A0D" w14:textId="77777777" w:rsidR="00FF226E" w:rsidRDefault="00FF226E" w:rsidP="00FF226E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EF61D7" w:rsidRPr="00EF61D7" w14:paraId="5B4803E7" w14:textId="77777777">
        <w:tc>
          <w:tcPr>
            <w:tcW w:w="8630" w:type="dxa"/>
          </w:tcPr>
          <w:p w14:paraId="63B96AED" w14:textId="77777777" w:rsidR="00FF226E" w:rsidRPr="00EF61D7" w:rsidRDefault="00FF226E" w:rsidP="0022143C">
            <w:pPr>
              <w:rPr>
                <w:b/>
                <w:bCs/>
                <w:color w:val="004F88"/>
              </w:rPr>
            </w:pPr>
            <w:r w:rsidRPr="00EF61D7">
              <w:rPr>
                <w:b/>
                <w:bCs/>
                <w:color w:val="004F88"/>
              </w:rPr>
              <w:t xml:space="preserve"> Day 15: Certification Day and Practical Flight Test</w:t>
            </w:r>
          </w:p>
        </w:tc>
      </w:tr>
      <w:tr w:rsidR="00FF226E" w:rsidRPr="00FF226E" w14:paraId="19AE1BD5" w14:textId="77777777">
        <w:tc>
          <w:tcPr>
            <w:tcW w:w="8630" w:type="dxa"/>
          </w:tcPr>
          <w:p w14:paraId="09218900" w14:textId="77777777" w:rsidR="00EF61D7" w:rsidRDefault="00FF226E" w:rsidP="0022143C">
            <w:r w:rsidRPr="00EF61D7">
              <w:rPr>
                <w:b/>
                <w:bCs/>
              </w:rPr>
              <w:t xml:space="preserve"> Essential Question</w:t>
            </w:r>
            <w:r w:rsidRPr="00FF226E">
              <w:t xml:space="preserve">: </w:t>
            </w:r>
          </w:p>
          <w:p w14:paraId="74CA8DC8" w14:textId="4A8C72EB" w:rsidR="00FF226E" w:rsidRPr="00FF226E" w:rsidRDefault="00FF226E" w:rsidP="00EF61D7">
            <w:pPr>
              <w:numPr>
                <w:ilvl w:val="0"/>
                <w:numId w:val="76"/>
              </w:numPr>
            </w:pPr>
            <w:r w:rsidRPr="00FF226E">
              <w:t>How can I demonstrate my proficiency in UAS operations to obtain certification?</w:t>
            </w:r>
          </w:p>
        </w:tc>
      </w:tr>
      <w:tr w:rsidR="00FF226E" w:rsidRPr="00FF226E" w14:paraId="74B2629F" w14:textId="77777777">
        <w:tc>
          <w:tcPr>
            <w:tcW w:w="8630" w:type="dxa"/>
          </w:tcPr>
          <w:p w14:paraId="476E7CB1" w14:textId="77777777" w:rsidR="00FF226E" w:rsidRPr="00FF226E" w:rsidRDefault="00FF226E" w:rsidP="0022143C">
            <w:r w:rsidRPr="00FF226E">
              <w:t xml:space="preserve"> </w:t>
            </w:r>
            <w:r w:rsidRPr="00EF61D7">
              <w:rPr>
                <w:b/>
                <w:bCs/>
              </w:rPr>
              <w:t>Lecture Duration</w:t>
            </w:r>
            <w:r w:rsidRPr="00FF226E">
              <w:t>: 30 minutes</w:t>
            </w:r>
          </w:p>
        </w:tc>
      </w:tr>
      <w:tr w:rsidR="00EF61D7" w:rsidRPr="00FF226E" w14:paraId="5DAF8119" w14:textId="77777777" w:rsidTr="00DD4851">
        <w:trPr>
          <w:trHeight w:val="838"/>
        </w:trPr>
        <w:tc>
          <w:tcPr>
            <w:tcW w:w="8630" w:type="dxa"/>
          </w:tcPr>
          <w:p w14:paraId="35FDD336" w14:textId="77777777" w:rsidR="00EF61D7" w:rsidRPr="00FF226E" w:rsidRDefault="00EF61D7" w:rsidP="0022143C">
            <w:r w:rsidRPr="00EF61D7">
              <w:rPr>
                <w:b/>
                <w:bCs/>
              </w:rPr>
              <w:t xml:space="preserve"> Learning Goals</w:t>
            </w:r>
            <w:r w:rsidRPr="00FF226E">
              <w:t>:</w:t>
            </w:r>
          </w:p>
          <w:p w14:paraId="7A7E632C" w14:textId="55124F9A" w:rsidR="00EF61D7" w:rsidRPr="00FF226E" w:rsidRDefault="00EF61D7" w:rsidP="00EF61D7">
            <w:pPr>
              <w:numPr>
                <w:ilvl w:val="0"/>
                <w:numId w:val="76"/>
              </w:numPr>
            </w:pPr>
            <w:r w:rsidRPr="00FF226E">
              <w:t>Successfully complete the NFPA 2400 certification exam and practical flight test.</w:t>
            </w:r>
          </w:p>
        </w:tc>
      </w:tr>
      <w:tr w:rsidR="00FF226E" w:rsidRPr="00FF226E" w14:paraId="6272ABB7" w14:textId="77777777">
        <w:tc>
          <w:tcPr>
            <w:tcW w:w="8630" w:type="dxa"/>
          </w:tcPr>
          <w:p w14:paraId="19440B50" w14:textId="1AC7C00F" w:rsidR="00FF226E" w:rsidRPr="00FF226E" w:rsidRDefault="00FF226E" w:rsidP="0022143C">
            <w:r w:rsidRPr="00EF61D7">
              <w:rPr>
                <w:b/>
                <w:bCs/>
              </w:rPr>
              <w:t xml:space="preserve"> Standards Addressed:</w:t>
            </w:r>
            <w:r w:rsidR="00AF6CF3">
              <w:t xml:space="preserve"> </w:t>
            </w:r>
            <w:r w:rsidR="00AF6CF3">
              <w:t xml:space="preserve"> Advanced Drone Piloting</w:t>
            </w:r>
            <w:r w:rsidR="00AF6CF3">
              <w:t xml:space="preserve"> 30</w:t>
            </w:r>
            <w:r w:rsidRPr="00FF226E">
              <w:t>3.02</w:t>
            </w:r>
          </w:p>
        </w:tc>
      </w:tr>
      <w:tr w:rsidR="00EF61D7" w:rsidRPr="00FF226E" w14:paraId="7F6829CC" w14:textId="77777777" w:rsidTr="006465F0">
        <w:trPr>
          <w:trHeight w:val="1952"/>
        </w:trPr>
        <w:tc>
          <w:tcPr>
            <w:tcW w:w="8630" w:type="dxa"/>
          </w:tcPr>
          <w:p w14:paraId="1BD6D811" w14:textId="77777777" w:rsidR="00EF61D7" w:rsidRDefault="00EF61D7" w:rsidP="0022143C">
            <w:r w:rsidRPr="00EF61D7">
              <w:rPr>
                <w:b/>
                <w:bCs/>
              </w:rPr>
              <w:t xml:space="preserve"> Activities</w:t>
            </w:r>
            <w:r w:rsidRPr="00FF226E">
              <w:t xml:space="preserve">: </w:t>
            </w:r>
          </w:p>
          <w:p w14:paraId="1CCE7DB7" w14:textId="77777777" w:rsidR="00EF61D7" w:rsidRPr="00FF226E" w:rsidRDefault="00EF61D7" w:rsidP="00EF61D7">
            <w:pPr>
              <w:numPr>
                <w:ilvl w:val="0"/>
                <w:numId w:val="76"/>
              </w:numPr>
            </w:pPr>
            <w:r w:rsidRPr="00FF226E">
              <w:t>Administering the certification exam and practical assessments.</w:t>
            </w:r>
          </w:p>
          <w:p w14:paraId="38B99086" w14:textId="32F89EDD" w:rsidR="00EF61D7" w:rsidRPr="00FF226E" w:rsidRDefault="00EF61D7" w:rsidP="00EF61D7">
            <w:pPr>
              <w:numPr>
                <w:ilvl w:val="0"/>
                <w:numId w:val="76"/>
              </w:numPr>
              <w:rPr>
                <w:i/>
                <w:iCs/>
              </w:rPr>
            </w:pPr>
            <w:r w:rsidRPr="00FF226E">
              <w:rPr>
                <w:i/>
                <w:iCs/>
              </w:rPr>
              <w:t>Daily Flight Logs in ALOFT</w:t>
            </w:r>
            <w:r>
              <w:rPr>
                <w:i/>
                <w:iCs/>
              </w:rPr>
              <w:t xml:space="preserve"> or Manual entry</w:t>
            </w:r>
            <w:r w:rsidRPr="00FF226E">
              <w:rPr>
                <w:i/>
                <w:iCs/>
              </w:rPr>
              <w:t>: Pilots will log their flight hours and maintenance performed daily, emphasizing the importance of recordkeeping and compliance.</w:t>
            </w:r>
          </w:p>
          <w:p w14:paraId="64327966" w14:textId="0FA755BD" w:rsidR="00EF61D7" w:rsidRPr="00FF226E" w:rsidRDefault="00EF61D7" w:rsidP="00EF61D7">
            <w:pPr>
              <w:numPr>
                <w:ilvl w:val="0"/>
                <w:numId w:val="76"/>
              </w:numPr>
            </w:pPr>
            <w:r w:rsidRPr="00FF226E">
              <w:rPr>
                <w:i/>
                <w:iCs/>
              </w:rPr>
              <w:t>Safety Emphasis: Safety, situational awareness, and proper communication are reinforced throughout the unit.</w:t>
            </w:r>
          </w:p>
        </w:tc>
      </w:tr>
    </w:tbl>
    <w:p w14:paraId="61883088" w14:textId="77777777" w:rsidR="00FF226E" w:rsidRDefault="00FF226E" w:rsidP="00FF226E"/>
    <w:p w14:paraId="38735C6C" w14:textId="77777777" w:rsidR="00FF226E" w:rsidRDefault="00FF226E" w:rsidP="006C245E">
      <w:pPr>
        <w:spacing w:after="0" w:line="240" w:lineRule="auto"/>
        <w:rPr>
          <w:rFonts w:cs="Arial"/>
          <w:szCs w:val="24"/>
        </w:rPr>
      </w:pPr>
    </w:p>
    <w:sectPr w:rsidR="00FF226E" w:rsidSect="006C24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D4B0" w14:textId="77777777" w:rsidR="00D32067" w:rsidRDefault="00D32067">
      <w:pPr>
        <w:spacing w:after="0" w:line="240" w:lineRule="auto"/>
      </w:pPr>
      <w:r>
        <w:separator/>
      </w:r>
    </w:p>
  </w:endnote>
  <w:endnote w:type="continuationSeparator" w:id="0">
    <w:p w14:paraId="0CFA770A" w14:textId="77777777" w:rsidR="00D32067" w:rsidRDefault="00D32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©2026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B98E3" w14:textId="77777777" w:rsidR="00D32067" w:rsidRDefault="00D32067">
      <w:pPr>
        <w:spacing w:after="0" w:line="240" w:lineRule="auto"/>
      </w:pPr>
      <w:r>
        <w:separator/>
      </w:r>
    </w:p>
  </w:footnote>
  <w:footnote w:type="continuationSeparator" w:id="0">
    <w:p w14:paraId="0C22C580" w14:textId="77777777" w:rsidR="00D32067" w:rsidRDefault="00D32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177E029" w14:textId="77777777" w:rsidR="001047CB" w:rsidRDefault="001047CB" w:rsidP="006C245E">
          <w:pPr>
            <w:pStyle w:val="Header"/>
            <w:rPr>
              <w:b/>
              <w:bCs/>
              <w:sz w:val="72"/>
              <w:szCs w:val="56"/>
            </w:rPr>
          </w:pPr>
          <w:r w:rsidRPr="001047CB">
            <w:rPr>
              <w:b/>
              <w:bCs/>
              <w:sz w:val="72"/>
              <w:szCs w:val="56"/>
            </w:rPr>
            <w:t xml:space="preserve">NFPA2400 </w:t>
          </w:r>
        </w:p>
        <w:p w14:paraId="4A1DFD03" w14:textId="77777777" w:rsidR="001047CB" w:rsidRDefault="001047CB" w:rsidP="006C245E">
          <w:pPr>
            <w:pStyle w:val="Header"/>
            <w:rPr>
              <w:b/>
              <w:bCs/>
              <w:sz w:val="56"/>
              <w:szCs w:val="52"/>
            </w:rPr>
          </w:pPr>
          <w:r w:rsidRPr="001047CB">
            <w:rPr>
              <w:b/>
              <w:bCs/>
              <w:sz w:val="56"/>
              <w:szCs w:val="52"/>
            </w:rPr>
            <w:t xml:space="preserve">Unit Plan: </w:t>
          </w:r>
        </w:p>
        <w:p w14:paraId="57356E82" w14:textId="0287ECF9" w:rsidR="006C245E" w:rsidRPr="00DA64A1" w:rsidRDefault="00425C5E" w:rsidP="006C245E">
          <w:pPr>
            <w:pStyle w:val="Header"/>
            <w:rPr>
              <w:b/>
              <w:bCs/>
            </w:rPr>
          </w:pPr>
          <w:r>
            <w:rPr>
              <w:b/>
              <w:bCs/>
              <w:sz w:val="36"/>
              <w:szCs w:val="32"/>
            </w:rPr>
            <w:t xml:space="preserve">High School Programs </w:t>
          </w:r>
          <w:r w:rsidR="006C245E" w:rsidRPr="001047CB">
            <w:rPr>
              <w:b/>
              <w:bCs/>
              <w:sz w:val="36"/>
              <w:szCs w:val="32"/>
            </w:rPr>
            <w:t xml:space="preserve"> 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2434ECE">
                <wp:extent cx="1471612" cy="981075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01" cy="993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04FC0"/>
    <w:multiLevelType w:val="multilevel"/>
    <w:tmpl w:val="624EDB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00F31797"/>
    <w:multiLevelType w:val="multilevel"/>
    <w:tmpl w:val="3C68BEB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018E4819"/>
    <w:multiLevelType w:val="multilevel"/>
    <w:tmpl w:val="6576C96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638332B"/>
    <w:multiLevelType w:val="hybridMultilevel"/>
    <w:tmpl w:val="614E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930F30"/>
    <w:multiLevelType w:val="hybridMultilevel"/>
    <w:tmpl w:val="0D142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A8269B"/>
    <w:multiLevelType w:val="hybridMultilevel"/>
    <w:tmpl w:val="84424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40257A7"/>
    <w:multiLevelType w:val="hybridMultilevel"/>
    <w:tmpl w:val="BD9E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D5606A"/>
    <w:multiLevelType w:val="hybridMultilevel"/>
    <w:tmpl w:val="5FA83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BC749A"/>
    <w:multiLevelType w:val="hybridMultilevel"/>
    <w:tmpl w:val="8E221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9419BD"/>
    <w:multiLevelType w:val="multilevel"/>
    <w:tmpl w:val="47C0F0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66D5A46"/>
    <w:multiLevelType w:val="hybridMultilevel"/>
    <w:tmpl w:val="E606F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893944"/>
    <w:multiLevelType w:val="multilevel"/>
    <w:tmpl w:val="5AC81A3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289E7031"/>
    <w:multiLevelType w:val="hybridMultilevel"/>
    <w:tmpl w:val="99F6E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3E87627"/>
    <w:multiLevelType w:val="hybridMultilevel"/>
    <w:tmpl w:val="F4ACF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A51E16"/>
    <w:multiLevelType w:val="hybridMultilevel"/>
    <w:tmpl w:val="5284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672E9C"/>
    <w:multiLevelType w:val="hybridMultilevel"/>
    <w:tmpl w:val="EE8AB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1DE2BAF"/>
    <w:multiLevelType w:val="multilevel"/>
    <w:tmpl w:val="3D180D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2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4576DEC"/>
    <w:multiLevelType w:val="hybridMultilevel"/>
    <w:tmpl w:val="73C49EAE"/>
    <w:lvl w:ilvl="0" w:tplc="04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44" w15:restartNumberingAfterBreak="0">
    <w:nsid w:val="44DD2707"/>
    <w:multiLevelType w:val="multilevel"/>
    <w:tmpl w:val="CA1ACEA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44F419EC"/>
    <w:multiLevelType w:val="hybridMultilevel"/>
    <w:tmpl w:val="0AE66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F4780D"/>
    <w:multiLevelType w:val="hybridMultilevel"/>
    <w:tmpl w:val="0654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1465EE"/>
    <w:multiLevelType w:val="hybridMultilevel"/>
    <w:tmpl w:val="4CC8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54A666D"/>
    <w:multiLevelType w:val="multilevel"/>
    <w:tmpl w:val="625848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9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6F2F1A"/>
    <w:multiLevelType w:val="multilevel"/>
    <w:tmpl w:val="4B1E1CD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1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2EB4CB9"/>
    <w:multiLevelType w:val="multilevel"/>
    <w:tmpl w:val="15B2C5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8" w15:restartNumberingAfterBreak="0">
    <w:nsid w:val="55597E55"/>
    <w:multiLevelType w:val="hybridMultilevel"/>
    <w:tmpl w:val="7FE0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70D598A"/>
    <w:multiLevelType w:val="multilevel"/>
    <w:tmpl w:val="BD2CBB5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1" w15:restartNumberingAfterBreak="0">
    <w:nsid w:val="579C36CB"/>
    <w:multiLevelType w:val="hybridMultilevel"/>
    <w:tmpl w:val="590A4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CC35CE8"/>
    <w:multiLevelType w:val="multilevel"/>
    <w:tmpl w:val="09FC57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3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F561DFE"/>
    <w:multiLevelType w:val="multilevel"/>
    <w:tmpl w:val="9840378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5" w15:restartNumberingAfterBreak="0">
    <w:nsid w:val="607D55D5"/>
    <w:multiLevelType w:val="multilevel"/>
    <w:tmpl w:val="059CA43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6" w15:restartNumberingAfterBreak="0">
    <w:nsid w:val="636D1EA6"/>
    <w:multiLevelType w:val="hybridMultilevel"/>
    <w:tmpl w:val="3DBCB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8EF5D4F"/>
    <w:multiLevelType w:val="multilevel"/>
    <w:tmpl w:val="C980AA1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8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F4D3DA4"/>
    <w:multiLevelType w:val="multilevel"/>
    <w:tmpl w:val="E34A110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0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8361164"/>
    <w:multiLevelType w:val="hybridMultilevel"/>
    <w:tmpl w:val="1AD24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A846007"/>
    <w:multiLevelType w:val="hybridMultilevel"/>
    <w:tmpl w:val="7B748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D4514F5"/>
    <w:multiLevelType w:val="multilevel"/>
    <w:tmpl w:val="81B816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5" w15:restartNumberingAfterBreak="0">
    <w:nsid w:val="7EB116ED"/>
    <w:multiLevelType w:val="hybridMultilevel"/>
    <w:tmpl w:val="61546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28"/>
  </w:num>
  <w:num w:numId="11" w16cid:durableId="1890726319">
    <w:abstractNumId w:val="56"/>
  </w:num>
  <w:num w:numId="12" w16cid:durableId="299575619">
    <w:abstractNumId w:val="53"/>
  </w:num>
  <w:num w:numId="13" w16cid:durableId="2109231330">
    <w:abstractNumId w:val="21"/>
  </w:num>
  <w:num w:numId="14" w16cid:durableId="164712270">
    <w:abstractNumId w:val="42"/>
  </w:num>
  <w:num w:numId="15" w16cid:durableId="581376044">
    <w:abstractNumId w:val="29"/>
  </w:num>
  <w:num w:numId="16" w16cid:durableId="958996814">
    <w:abstractNumId w:val="13"/>
  </w:num>
  <w:num w:numId="17" w16cid:durableId="1210259966">
    <w:abstractNumId w:val="71"/>
  </w:num>
  <w:num w:numId="18" w16cid:durableId="214704087">
    <w:abstractNumId w:val="54"/>
  </w:num>
  <w:num w:numId="19" w16cid:durableId="1205797899">
    <w:abstractNumId w:val="25"/>
  </w:num>
  <w:num w:numId="20" w16cid:durableId="2003047085">
    <w:abstractNumId w:val="55"/>
  </w:num>
  <w:num w:numId="21" w16cid:durableId="1351681890">
    <w:abstractNumId w:val="35"/>
  </w:num>
  <w:num w:numId="22" w16cid:durableId="724371821">
    <w:abstractNumId w:val="68"/>
  </w:num>
  <w:num w:numId="23" w16cid:durableId="2094430227">
    <w:abstractNumId w:val="51"/>
  </w:num>
  <w:num w:numId="24" w16cid:durableId="1465611200">
    <w:abstractNumId w:val="40"/>
  </w:num>
  <w:num w:numId="25" w16cid:durableId="155614131">
    <w:abstractNumId w:val="59"/>
  </w:num>
  <w:num w:numId="26" w16cid:durableId="977536283">
    <w:abstractNumId w:val="52"/>
  </w:num>
  <w:num w:numId="27" w16cid:durableId="719210561">
    <w:abstractNumId w:val="17"/>
  </w:num>
  <w:num w:numId="28" w16cid:durableId="1054234528">
    <w:abstractNumId w:val="23"/>
  </w:num>
  <w:num w:numId="29" w16cid:durableId="819149229">
    <w:abstractNumId w:val="63"/>
  </w:num>
  <w:num w:numId="30" w16cid:durableId="1086461200">
    <w:abstractNumId w:val="70"/>
  </w:num>
  <w:num w:numId="31" w16cid:durableId="1865363264">
    <w:abstractNumId w:val="26"/>
  </w:num>
  <w:num w:numId="32" w16cid:durableId="1370564720">
    <w:abstractNumId w:val="9"/>
  </w:num>
  <w:num w:numId="33" w16cid:durableId="1395005994">
    <w:abstractNumId w:val="16"/>
  </w:num>
  <w:num w:numId="34" w16cid:durableId="645815637">
    <w:abstractNumId w:val="49"/>
  </w:num>
  <w:num w:numId="35" w16cid:durableId="238832912">
    <w:abstractNumId w:val="34"/>
  </w:num>
  <w:num w:numId="36" w16cid:durableId="1937712934">
    <w:abstractNumId w:val="14"/>
  </w:num>
  <w:num w:numId="37" w16cid:durableId="1247806588">
    <w:abstractNumId w:val="37"/>
  </w:num>
  <w:num w:numId="38" w16cid:durableId="2144032185">
    <w:abstractNumId w:val="31"/>
  </w:num>
  <w:num w:numId="39" w16cid:durableId="298732394">
    <w:abstractNumId w:val="62"/>
  </w:num>
  <w:num w:numId="40" w16cid:durableId="1463307850">
    <w:abstractNumId w:val="32"/>
  </w:num>
  <w:num w:numId="41" w16cid:durableId="649603744">
    <w:abstractNumId w:val="48"/>
  </w:num>
  <w:num w:numId="42" w16cid:durableId="185949115">
    <w:abstractNumId w:val="67"/>
  </w:num>
  <w:num w:numId="43" w16cid:durableId="292444199">
    <w:abstractNumId w:val="11"/>
  </w:num>
  <w:num w:numId="44" w16cid:durableId="254019487">
    <w:abstractNumId w:val="44"/>
  </w:num>
  <w:num w:numId="45" w16cid:durableId="1801611550">
    <w:abstractNumId w:val="57"/>
  </w:num>
  <w:num w:numId="46" w16cid:durableId="1741099449">
    <w:abstractNumId w:val="74"/>
  </w:num>
  <w:num w:numId="47" w16cid:durableId="1125582645">
    <w:abstractNumId w:val="10"/>
  </w:num>
  <w:num w:numId="48" w16cid:durableId="468713869">
    <w:abstractNumId w:val="50"/>
  </w:num>
  <w:num w:numId="49" w16cid:durableId="404181029">
    <w:abstractNumId w:val="64"/>
  </w:num>
  <w:num w:numId="50" w16cid:durableId="1385789127">
    <w:abstractNumId w:val="69"/>
  </w:num>
  <w:num w:numId="51" w16cid:durableId="283124065">
    <w:abstractNumId w:val="41"/>
  </w:num>
  <w:num w:numId="52" w16cid:durableId="421800536">
    <w:abstractNumId w:val="65"/>
  </w:num>
  <w:num w:numId="53" w16cid:durableId="1285886835">
    <w:abstractNumId w:val="60"/>
  </w:num>
  <w:num w:numId="54" w16cid:durableId="35253697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97732383">
    <w:abstractNumId w:val="12"/>
  </w:num>
  <w:num w:numId="56" w16cid:durableId="268002962">
    <w:abstractNumId w:val="46"/>
  </w:num>
  <w:num w:numId="57" w16cid:durableId="1407997380">
    <w:abstractNumId w:val="15"/>
  </w:num>
  <w:num w:numId="58" w16cid:durableId="1884559228">
    <w:abstractNumId w:val="30"/>
  </w:num>
  <w:num w:numId="59" w16cid:durableId="1358316092">
    <w:abstractNumId w:val="43"/>
  </w:num>
  <w:num w:numId="60" w16cid:durableId="2012756055">
    <w:abstractNumId w:val="20"/>
  </w:num>
  <w:num w:numId="61" w16cid:durableId="552933955">
    <w:abstractNumId w:val="45"/>
  </w:num>
  <w:num w:numId="62" w16cid:durableId="1860972968">
    <w:abstractNumId w:val="36"/>
  </w:num>
  <w:num w:numId="63" w16cid:durableId="1460764113">
    <w:abstractNumId w:val="22"/>
  </w:num>
  <w:num w:numId="64" w16cid:durableId="1451363899">
    <w:abstractNumId w:val="19"/>
  </w:num>
  <w:num w:numId="65" w16cid:durableId="866676249">
    <w:abstractNumId w:val="75"/>
  </w:num>
  <w:num w:numId="66" w16cid:durableId="1327131307">
    <w:abstractNumId w:val="66"/>
  </w:num>
  <w:num w:numId="67" w16cid:durableId="1381514108">
    <w:abstractNumId w:val="47"/>
  </w:num>
  <w:num w:numId="68" w16cid:durableId="324893784">
    <w:abstractNumId w:val="18"/>
  </w:num>
  <w:num w:numId="69" w16cid:durableId="518278867">
    <w:abstractNumId w:val="39"/>
  </w:num>
  <w:num w:numId="70" w16cid:durableId="1347514259">
    <w:abstractNumId w:val="33"/>
  </w:num>
  <w:num w:numId="71" w16cid:durableId="1325010290">
    <w:abstractNumId w:val="73"/>
  </w:num>
  <w:num w:numId="72" w16cid:durableId="681706754">
    <w:abstractNumId w:val="58"/>
  </w:num>
  <w:num w:numId="73" w16cid:durableId="162164981">
    <w:abstractNumId w:val="38"/>
  </w:num>
  <w:num w:numId="74" w16cid:durableId="1143544220">
    <w:abstractNumId w:val="24"/>
  </w:num>
  <w:num w:numId="75" w16cid:durableId="2016958732">
    <w:abstractNumId w:val="61"/>
  </w:num>
  <w:num w:numId="76" w16cid:durableId="657999706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047CB"/>
    <w:rsid w:val="0015074B"/>
    <w:rsid w:val="001B4746"/>
    <w:rsid w:val="0029639D"/>
    <w:rsid w:val="00323FF2"/>
    <w:rsid w:val="00326F90"/>
    <w:rsid w:val="00425C5E"/>
    <w:rsid w:val="005F349B"/>
    <w:rsid w:val="006C245E"/>
    <w:rsid w:val="008162D3"/>
    <w:rsid w:val="00830861"/>
    <w:rsid w:val="00893743"/>
    <w:rsid w:val="009E3AFB"/>
    <w:rsid w:val="00A028AC"/>
    <w:rsid w:val="00A31D44"/>
    <w:rsid w:val="00AA1D8D"/>
    <w:rsid w:val="00AF6CF3"/>
    <w:rsid w:val="00B20966"/>
    <w:rsid w:val="00B23074"/>
    <w:rsid w:val="00B427B8"/>
    <w:rsid w:val="00B47730"/>
    <w:rsid w:val="00BB5654"/>
    <w:rsid w:val="00C212C1"/>
    <w:rsid w:val="00CB0664"/>
    <w:rsid w:val="00D02076"/>
    <w:rsid w:val="00D32067"/>
    <w:rsid w:val="00D7612F"/>
    <w:rsid w:val="00DA64A1"/>
    <w:rsid w:val="00DD41B6"/>
    <w:rsid w:val="00DF3CE6"/>
    <w:rsid w:val="00E16A36"/>
    <w:rsid w:val="00E3191E"/>
    <w:rsid w:val="00ED527D"/>
    <w:rsid w:val="00ED5734"/>
    <w:rsid w:val="00EF4E00"/>
    <w:rsid w:val="00EF61D7"/>
    <w:rsid w:val="00F125FA"/>
    <w:rsid w:val="00F17259"/>
    <w:rsid w:val="00F378EE"/>
    <w:rsid w:val="00FB39D9"/>
    <w:rsid w:val="00FC693F"/>
    <w:rsid w:val="00F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3</cp:revision>
  <cp:lastPrinted>2026-02-10T17:32:00Z</cp:lastPrinted>
  <dcterms:created xsi:type="dcterms:W3CDTF">2026-02-11T15:13:00Z</dcterms:created>
  <dcterms:modified xsi:type="dcterms:W3CDTF">2026-02-11T15:56:00Z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