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148E2" w14:textId="77777777" w:rsidR="005F349B" w:rsidRPr="00A0721F" w:rsidRDefault="00000000" w:rsidP="006C245E">
      <w:pPr>
        <w:pStyle w:val="Heading2"/>
        <w:spacing w:before="0" w:line="240" w:lineRule="auto"/>
        <w:rPr>
          <w:rFonts w:ascii="Arial" w:eastAsia="Arial" w:hAnsi="Arial" w:cs="Arial"/>
          <w:color w:val="004F88"/>
          <w:sz w:val="24"/>
          <w:szCs w:val="24"/>
        </w:rPr>
      </w:pPr>
      <w:r w:rsidRPr="00A0721F">
        <w:rPr>
          <w:rFonts w:ascii="Arial" w:eastAsia="Arial" w:hAnsi="Arial" w:cs="Arial"/>
          <w:color w:val="004F88"/>
          <w:sz w:val="24"/>
          <w:szCs w:val="24"/>
        </w:rPr>
        <w:t>Introduction</w:t>
      </w:r>
    </w:p>
    <w:p w14:paraId="05C9FA40" w14:textId="3693DCC2" w:rsidR="00FB39D9" w:rsidRDefault="00A219EC" w:rsidP="006C245E">
      <w:pPr>
        <w:spacing w:after="0" w:line="240" w:lineRule="auto"/>
        <w:rPr>
          <w:rFonts w:cs="Arial"/>
          <w:szCs w:val="24"/>
        </w:rPr>
      </w:pPr>
      <w:r w:rsidRPr="00A219EC">
        <w:rPr>
          <w:rFonts w:cs="Arial"/>
          <w:szCs w:val="24"/>
        </w:rPr>
        <w:t>The following resources are recommended for teaching drone safety protocols, FAA regulations, and responsible UAS operations. Resources are organized by category to support both teacher instruction and student learning, and to clearly distinguish FAA-official materials from supplemental third-party resources.</w:t>
      </w:r>
    </w:p>
    <w:p w14:paraId="3139ADDF" w14:textId="77777777" w:rsidR="00A0721F" w:rsidRDefault="00A0721F" w:rsidP="006C245E">
      <w:pPr>
        <w:spacing w:after="0" w:line="240" w:lineRule="auto"/>
        <w:rPr>
          <w:rFonts w:cs="Arial"/>
          <w:szCs w:val="24"/>
        </w:rPr>
      </w:pPr>
    </w:p>
    <w:p w14:paraId="26DFD74C" w14:textId="77777777" w:rsidR="00A0721F" w:rsidRPr="00A0721F" w:rsidRDefault="00A0721F" w:rsidP="00A0721F">
      <w:pPr>
        <w:spacing w:after="0" w:line="240" w:lineRule="auto"/>
        <w:rPr>
          <w:rFonts w:cs="Arial"/>
          <w:b/>
          <w:bCs/>
          <w:color w:val="004F88"/>
          <w:szCs w:val="24"/>
          <w:lang w:val="en"/>
        </w:rPr>
      </w:pPr>
      <w:r w:rsidRPr="00A0721F">
        <w:rPr>
          <w:rFonts w:cs="Arial"/>
          <w:b/>
          <w:bCs/>
          <w:color w:val="004F88"/>
          <w:szCs w:val="24"/>
          <w:lang w:val="en"/>
        </w:rPr>
        <w:t>Online Courses and Certifications</w:t>
      </w:r>
    </w:p>
    <w:p w14:paraId="42B62BEE" w14:textId="77777777" w:rsidR="00A219EC" w:rsidRPr="00A219EC" w:rsidRDefault="00A219EC" w:rsidP="00A219EC">
      <w:pPr>
        <w:numPr>
          <w:ilvl w:val="0"/>
          <w:numId w:val="93"/>
        </w:numPr>
        <w:spacing w:after="120" w:line="240" w:lineRule="auto"/>
        <w:rPr>
          <w:rFonts w:cs="Arial"/>
          <w:b/>
          <w:bCs/>
          <w:szCs w:val="24"/>
        </w:rPr>
      </w:pPr>
      <w:r w:rsidRPr="00A219EC">
        <w:rPr>
          <w:rFonts w:cs="Arial"/>
          <w:b/>
          <w:bCs/>
          <w:szCs w:val="24"/>
        </w:rPr>
        <w:t>FAA – Certified Remote Pilot (Official Materials)</w:t>
      </w:r>
    </w:p>
    <w:p w14:paraId="61C02A57" w14:textId="3F40E861" w:rsidR="00A219EC" w:rsidRPr="00A219EC" w:rsidRDefault="00A219EC" w:rsidP="00A219EC">
      <w:pPr>
        <w:spacing w:after="120" w:line="240" w:lineRule="auto"/>
        <w:ind w:left="720"/>
        <w:rPr>
          <w:rFonts w:cs="Arial"/>
          <w:szCs w:val="24"/>
        </w:rPr>
      </w:pPr>
      <w:hyperlink r:id="rId8" w:history="1">
        <w:r w:rsidRPr="00A219EC">
          <w:rPr>
            <w:rStyle w:val="Hyperlink"/>
            <w:rFonts w:cs="Arial"/>
            <w:b/>
            <w:bCs/>
            <w:szCs w:val="24"/>
          </w:rPr>
          <w:t>Federal Aviation Administration (FAA)</w:t>
        </w:r>
      </w:hyperlink>
    </w:p>
    <w:p w14:paraId="2425467D" w14:textId="77777777" w:rsidR="00A219EC" w:rsidRPr="00A219EC" w:rsidRDefault="00A219EC" w:rsidP="00A219EC">
      <w:pPr>
        <w:spacing w:after="120" w:line="240" w:lineRule="auto"/>
        <w:ind w:left="720"/>
        <w:rPr>
          <w:rFonts w:cs="Arial"/>
          <w:szCs w:val="24"/>
        </w:rPr>
      </w:pPr>
      <w:r w:rsidRPr="00A219EC">
        <w:rPr>
          <w:rFonts w:cs="Arial"/>
          <w:szCs w:val="24"/>
        </w:rPr>
        <w:t xml:space="preserve">The FAA provides </w:t>
      </w:r>
      <w:r w:rsidRPr="00A219EC">
        <w:rPr>
          <w:rFonts w:cs="Arial"/>
          <w:b/>
          <w:bCs/>
          <w:szCs w:val="24"/>
        </w:rPr>
        <w:t>official study materials</w:t>
      </w:r>
      <w:r w:rsidRPr="00A219EC">
        <w:rPr>
          <w:rFonts w:cs="Arial"/>
          <w:szCs w:val="24"/>
        </w:rPr>
        <w:t xml:space="preserve">, including the </w:t>
      </w:r>
      <w:r w:rsidRPr="00A219EC">
        <w:rPr>
          <w:rFonts w:cs="Arial"/>
          <w:i/>
          <w:iCs/>
          <w:szCs w:val="24"/>
        </w:rPr>
        <w:t>Remote Pilot Study Guide</w:t>
      </w:r>
      <w:r w:rsidRPr="00A219EC">
        <w:rPr>
          <w:rFonts w:cs="Arial"/>
          <w:szCs w:val="24"/>
        </w:rPr>
        <w:t>, Airman Certification Standards (ACS), and sample questions. These resources support preparation for the FAA Part 107 knowledge test.</w:t>
      </w:r>
    </w:p>
    <w:p w14:paraId="45B5FFC0" w14:textId="7221340D" w:rsidR="005109D6" w:rsidRPr="005109D6" w:rsidRDefault="00A219EC" w:rsidP="005109D6">
      <w:pPr>
        <w:spacing w:after="120" w:line="240" w:lineRule="auto"/>
        <w:ind w:left="720"/>
        <w:rPr>
          <w:rFonts w:cs="Arial"/>
          <w:szCs w:val="24"/>
        </w:rPr>
      </w:pPr>
      <w:r w:rsidRPr="00A219EC">
        <w:rPr>
          <w:rFonts w:ascii="Segoe UI Emoji" w:hAnsi="Segoe UI Emoji" w:cs="Segoe UI Emoji"/>
          <w:szCs w:val="24"/>
        </w:rPr>
        <w:t>⚠️</w:t>
      </w:r>
      <w:r w:rsidRPr="00A219EC">
        <w:rPr>
          <w:rFonts w:cs="Arial"/>
          <w:szCs w:val="24"/>
        </w:rPr>
        <w:t xml:space="preserve"> </w:t>
      </w:r>
      <w:r w:rsidRPr="00A219EC">
        <w:rPr>
          <w:rFonts w:cs="Arial"/>
          <w:i/>
          <w:iCs/>
          <w:szCs w:val="24"/>
        </w:rPr>
        <w:t>Important clarification:</w:t>
      </w:r>
      <w:r w:rsidRPr="00A219EC">
        <w:rPr>
          <w:rFonts w:cs="Arial"/>
          <w:szCs w:val="24"/>
        </w:rPr>
        <w:br/>
        <w:t xml:space="preserve">The FAA </w:t>
      </w:r>
      <w:r w:rsidRPr="00A219EC">
        <w:rPr>
          <w:rFonts w:cs="Arial"/>
          <w:b/>
          <w:bCs/>
          <w:szCs w:val="24"/>
        </w:rPr>
        <w:t>does not offer a comprehensive, instructor-led “Remote Pilot Certificate Course.”</w:t>
      </w:r>
      <w:r w:rsidRPr="00A219EC">
        <w:rPr>
          <w:rFonts w:cs="Arial"/>
          <w:szCs w:val="24"/>
        </w:rPr>
        <w:t xml:space="preserve"> Certification is earned by passing the FAA knowledge exam (or FAA online training for eligible Part 61 pilots).</w:t>
      </w:r>
    </w:p>
    <w:p w14:paraId="170BC07F" w14:textId="09776DA5" w:rsidR="00A219EC" w:rsidRPr="00A219EC" w:rsidRDefault="00A219EC" w:rsidP="00A219EC">
      <w:pPr>
        <w:numPr>
          <w:ilvl w:val="0"/>
          <w:numId w:val="93"/>
        </w:numPr>
        <w:spacing w:after="120" w:line="240" w:lineRule="auto"/>
        <w:rPr>
          <w:rFonts w:cs="Arial"/>
          <w:b/>
          <w:bCs/>
          <w:szCs w:val="24"/>
        </w:rPr>
      </w:pPr>
      <w:hyperlink r:id="rId9" w:history="1">
        <w:r w:rsidRPr="00A219EC">
          <w:rPr>
            <w:rStyle w:val="Hyperlink"/>
            <w:rFonts w:cs="Arial"/>
            <w:b/>
            <w:bCs/>
            <w:szCs w:val="24"/>
          </w:rPr>
          <w:t>FAA Safety Team (FAASTeam)</w:t>
        </w:r>
      </w:hyperlink>
      <w:r w:rsidRPr="00A219EC">
        <w:rPr>
          <w:rFonts w:cs="Arial"/>
          <w:b/>
          <w:bCs/>
          <w:szCs w:val="24"/>
        </w:rPr>
        <w:t xml:space="preserve"> – Free Online Training</w:t>
      </w:r>
    </w:p>
    <w:p w14:paraId="38E49949" w14:textId="77777777" w:rsidR="00A219EC" w:rsidRPr="00A219EC" w:rsidRDefault="00A219EC" w:rsidP="00A219EC">
      <w:pPr>
        <w:numPr>
          <w:ilvl w:val="0"/>
          <w:numId w:val="92"/>
        </w:numPr>
        <w:tabs>
          <w:tab w:val="clear" w:pos="720"/>
          <w:tab w:val="num" w:pos="1080"/>
        </w:tabs>
        <w:spacing w:after="120" w:line="240" w:lineRule="auto"/>
        <w:ind w:left="1080"/>
        <w:rPr>
          <w:rFonts w:cs="Arial"/>
          <w:szCs w:val="24"/>
        </w:rPr>
      </w:pPr>
      <w:r w:rsidRPr="00A219EC">
        <w:rPr>
          <w:rFonts w:cs="Arial"/>
          <w:b/>
          <w:bCs/>
          <w:szCs w:val="24"/>
        </w:rPr>
        <w:t>Part 107 Small UAS Initial (ALC-451)</w:t>
      </w:r>
      <w:r w:rsidRPr="00A219EC">
        <w:rPr>
          <w:rFonts w:cs="Arial"/>
          <w:szCs w:val="24"/>
        </w:rPr>
        <w:t xml:space="preserve"> – for Part 61 pilots</w:t>
      </w:r>
    </w:p>
    <w:p w14:paraId="34D9547F" w14:textId="77777777" w:rsidR="00A219EC" w:rsidRPr="00A219EC" w:rsidRDefault="00A219EC" w:rsidP="00A219EC">
      <w:pPr>
        <w:numPr>
          <w:ilvl w:val="0"/>
          <w:numId w:val="92"/>
        </w:numPr>
        <w:tabs>
          <w:tab w:val="clear" w:pos="720"/>
          <w:tab w:val="num" w:pos="1080"/>
        </w:tabs>
        <w:spacing w:after="120" w:line="240" w:lineRule="auto"/>
        <w:ind w:left="1080"/>
        <w:rPr>
          <w:rFonts w:cs="Arial"/>
          <w:szCs w:val="24"/>
        </w:rPr>
      </w:pPr>
      <w:r w:rsidRPr="00A219EC">
        <w:rPr>
          <w:rFonts w:cs="Arial"/>
          <w:b/>
          <w:bCs/>
          <w:szCs w:val="24"/>
        </w:rPr>
        <w:t>Part 107 Small UAS Recurrent (ALC-677)</w:t>
      </w:r>
      <w:r w:rsidRPr="00A219EC">
        <w:rPr>
          <w:rFonts w:cs="Arial"/>
          <w:szCs w:val="24"/>
        </w:rPr>
        <w:t xml:space="preserve"> – required every 24 months for certificated pilots</w:t>
      </w:r>
    </w:p>
    <w:p w14:paraId="108B50D9" w14:textId="77777777" w:rsidR="00A219EC" w:rsidRPr="00A219EC" w:rsidRDefault="00A219EC" w:rsidP="00A219EC">
      <w:pPr>
        <w:spacing w:after="120" w:line="240" w:lineRule="auto"/>
        <w:rPr>
          <w:rFonts w:cs="Arial"/>
          <w:szCs w:val="24"/>
        </w:rPr>
      </w:pPr>
      <w:r w:rsidRPr="00A219EC">
        <w:rPr>
          <w:rFonts w:cs="Arial"/>
          <w:szCs w:val="24"/>
        </w:rPr>
        <w:t xml:space="preserve">These are </w:t>
      </w:r>
      <w:r w:rsidRPr="00A219EC">
        <w:rPr>
          <w:rFonts w:cs="Arial"/>
          <w:b/>
          <w:bCs/>
          <w:szCs w:val="24"/>
        </w:rPr>
        <w:t>official FAA training courses</w:t>
      </w:r>
      <w:r w:rsidRPr="00A219EC">
        <w:rPr>
          <w:rFonts w:cs="Arial"/>
          <w:szCs w:val="24"/>
        </w:rPr>
        <w:t xml:space="preserve"> and may be used for teacher professional development and regulatory instruction.</w:t>
      </w:r>
    </w:p>
    <w:p w14:paraId="338F304E" w14:textId="16E5A7B0" w:rsidR="00A219EC" w:rsidRPr="00A219EC" w:rsidRDefault="00A219EC" w:rsidP="00A219EC">
      <w:pPr>
        <w:numPr>
          <w:ilvl w:val="0"/>
          <w:numId w:val="93"/>
        </w:numPr>
        <w:spacing w:after="120" w:line="240" w:lineRule="auto"/>
        <w:rPr>
          <w:rFonts w:cs="Arial"/>
          <w:b/>
          <w:bCs/>
          <w:szCs w:val="24"/>
        </w:rPr>
      </w:pPr>
      <w:hyperlink r:id="rId10" w:history="1">
        <w:r w:rsidRPr="00A219EC">
          <w:rPr>
            <w:rStyle w:val="Hyperlink"/>
            <w:rFonts w:cs="Arial"/>
            <w:b/>
            <w:bCs/>
            <w:szCs w:val="24"/>
          </w:rPr>
          <w:t>Drone Pilot Ground School</w:t>
        </w:r>
      </w:hyperlink>
      <w:r w:rsidRPr="00A219EC">
        <w:rPr>
          <w:rFonts w:cs="Arial"/>
          <w:b/>
          <w:bCs/>
          <w:szCs w:val="24"/>
        </w:rPr>
        <w:t xml:space="preserve"> (Supplemental – Paid)</w:t>
      </w:r>
    </w:p>
    <w:p w14:paraId="173CE7BF" w14:textId="1D7734D7" w:rsidR="005109D6" w:rsidRDefault="00A219EC" w:rsidP="00A219EC">
      <w:pPr>
        <w:spacing w:after="120" w:line="240" w:lineRule="auto"/>
        <w:ind w:left="720"/>
        <w:rPr>
          <w:rFonts w:cs="Arial"/>
          <w:szCs w:val="24"/>
        </w:rPr>
      </w:pPr>
      <w:r w:rsidRPr="00A219EC">
        <w:rPr>
          <w:rFonts w:cs="Arial"/>
          <w:szCs w:val="24"/>
        </w:rPr>
        <w:t>A structured online course that supports FAA Part 107 preparation and drone safety education.</w:t>
      </w:r>
      <w:r w:rsidRPr="00A219EC">
        <w:rPr>
          <w:rFonts w:cs="Arial"/>
          <w:szCs w:val="24"/>
        </w:rPr>
        <w:br/>
      </w:r>
      <w:r w:rsidRPr="00A219EC">
        <w:rPr>
          <w:rFonts w:ascii="Segoe UI Symbol" w:hAnsi="Segoe UI Symbol" w:cs="Segoe UI Symbol"/>
          <w:szCs w:val="24"/>
        </w:rPr>
        <w:t>✔</w:t>
      </w:r>
      <w:r w:rsidRPr="00A219EC">
        <w:rPr>
          <w:rFonts w:cs="Arial"/>
          <w:szCs w:val="24"/>
        </w:rPr>
        <w:t xml:space="preserve"> Excellent </w:t>
      </w:r>
      <w:r w:rsidRPr="00A219EC">
        <w:rPr>
          <w:rFonts w:cs="Arial"/>
          <w:b/>
          <w:bCs/>
          <w:szCs w:val="24"/>
        </w:rPr>
        <w:t>supplemental material</w:t>
      </w:r>
      <w:r w:rsidRPr="00A219EC">
        <w:rPr>
          <w:rFonts w:cs="Arial"/>
          <w:szCs w:val="24"/>
        </w:rPr>
        <w:t xml:space="preserve"> for Remote Piloting and Advanced Piloting courses.</w:t>
      </w:r>
      <w:r w:rsidRPr="00A219EC">
        <w:rPr>
          <w:rFonts w:cs="Arial"/>
          <w:szCs w:val="24"/>
        </w:rPr>
        <w:br/>
      </w:r>
      <w:r w:rsidRPr="00A219EC">
        <w:rPr>
          <w:rFonts w:ascii="Segoe UI Emoji" w:hAnsi="Segoe UI Emoji" w:cs="Segoe UI Emoji"/>
          <w:szCs w:val="24"/>
        </w:rPr>
        <w:t>❗</w:t>
      </w:r>
      <w:r w:rsidRPr="00A219EC">
        <w:rPr>
          <w:rFonts w:cs="Arial"/>
          <w:szCs w:val="24"/>
        </w:rPr>
        <w:t xml:space="preserve"> Not an FAA-provided or FAA-endorsed course.</w:t>
      </w:r>
    </w:p>
    <w:p w14:paraId="0132EB4F" w14:textId="77777777" w:rsidR="005109D6" w:rsidRDefault="005109D6">
      <w:pPr>
        <w:rPr>
          <w:rFonts w:cs="Arial"/>
          <w:szCs w:val="24"/>
        </w:rPr>
      </w:pPr>
      <w:r>
        <w:rPr>
          <w:rFonts w:cs="Arial"/>
          <w:szCs w:val="24"/>
        </w:rPr>
        <w:br w:type="page"/>
      </w:r>
    </w:p>
    <w:p w14:paraId="7C82ED30" w14:textId="7ED6C59D" w:rsidR="00A0721F" w:rsidRPr="00A0721F" w:rsidRDefault="00A0721F" w:rsidP="00A0721F">
      <w:pPr>
        <w:spacing w:after="0" w:line="240" w:lineRule="auto"/>
        <w:rPr>
          <w:rFonts w:cs="Arial"/>
          <w:b/>
          <w:bCs/>
          <w:color w:val="004F88"/>
          <w:szCs w:val="24"/>
          <w:lang w:val="en"/>
        </w:rPr>
      </w:pPr>
      <w:r w:rsidRPr="00A0721F">
        <w:rPr>
          <w:rFonts w:cs="Arial"/>
          <w:b/>
          <w:bCs/>
          <w:color w:val="004F88"/>
          <w:szCs w:val="24"/>
          <w:lang w:val="en"/>
        </w:rPr>
        <w:lastRenderedPageBreak/>
        <w:t>Government and Regulatory Websites</w:t>
      </w:r>
    </w:p>
    <w:p w14:paraId="0CE1A114" w14:textId="4ED7C87A" w:rsidR="00A219EC" w:rsidRPr="00A219EC" w:rsidRDefault="00A219EC" w:rsidP="00A219EC">
      <w:pPr>
        <w:numPr>
          <w:ilvl w:val="0"/>
          <w:numId w:val="80"/>
        </w:numPr>
        <w:spacing w:after="120" w:line="240" w:lineRule="auto"/>
        <w:rPr>
          <w:rFonts w:cs="Arial"/>
          <w:b/>
          <w:bCs/>
          <w:szCs w:val="24"/>
        </w:rPr>
      </w:pPr>
      <w:hyperlink r:id="rId11" w:history="1">
        <w:r w:rsidRPr="00A219EC">
          <w:rPr>
            <w:rStyle w:val="Hyperlink"/>
            <w:rFonts w:cs="Arial"/>
            <w:b/>
            <w:bCs/>
            <w:szCs w:val="24"/>
          </w:rPr>
          <w:t>Federal Aviation Administration</w:t>
        </w:r>
      </w:hyperlink>
      <w:r w:rsidRPr="00A219EC">
        <w:rPr>
          <w:rFonts w:cs="Arial"/>
          <w:b/>
          <w:bCs/>
          <w:szCs w:val="24"/>
        </w:rPr>
        <w:t xml:space="preserve"> (FAA)</w:t>
      </w:r>
    </w:p>
    <w:p w14:paraId="46ED373C" w14:textId="77777777" w:rsidR="00A219EC" w:rsidRPr="00A219EC" w:rsidRDefault="00A219EC" w:rsidP="00A219EC">
      <w:pPr>
        <w:spacing w:after="120" w:line="240" w:lineRule="auto"/>
        <w:ind w:left="720"/>
        <w:rPr>
          <w:rFonts w:cs="Arial"/>
          <w:szCs w:val="24"/>
        </w:rPr>
      </w:pPr>
      <w:r w:rsidRPr="00A219EC">
        <w:rPr>
          <w:rFonts w:cs="Arial"/>
          <w:szCs w:val="24"/>
        </w:rPr>
        <w:t>Provides authoritative guidance on:</w:t>
      </w:r>
    </w:p>
    <w:p w14:paraId="156CD0C4" w14:textId="77777777" w:rsidR="00A219EC" w:rsidRPr="00A219EC" w:rsidRDefault="00A219EC" w:rsidP="00A219EC">
      <w:pPr>
        <w:numPr>
          <w:ilvl w:val="0"/>
          <w:numId w:val="94"/>
        </w:numPr>
        <w:tabs>
          <w:tab w:val="clear" w:pos="720"/>
          <w:tab w:val="num" w:pos="1440"/>
        </w:tabs>
        <w:spacing w:after="120" w:line="240" w:lineRule="auto"/>
        <w:ind w:left="1440"/>
        <w:rPr>
          <w:rFonts w:cs="Arial"/>
          <w:szCs w:val="24"/>
        </w:rPr>
      </w:pPr>
      <w:r w:rsidRPr="00A219EC">
        <w:rPr>
          <w:rFonts w:cs="Arial"/>
          <w:szCs w:val="24"/>
        </w:rPr>
        <w:t>Part 107 regulations</w:t>
      </w:r>
    </w:p>
    <w:p w14:paraId="0A91AC20" w14:textId="77777777" w:rsidR="00A219EC" w:rsidRPr="00A219EC" w:rsidRDefault="00A219EC" w:rsidP="00A219EC">
      <w:pPr>
        <w:numPr>
          <w:ilvl w:val="0"/>
          <w:numId w:val="94"/>
        </w:numPr>
        <w:tabs>
          <w:tab w:val="clear" w:pos="720"/>
          <w:tab w:val="num" w:pos="1440"/>
        </w:tabs>
        <w:spacing w:after="120" w:line="240" w:lineRule="auto"/>
        <w:ind w:left="1440"/>
        <w:rPr>
          <w:rFonts w:cs="Arial"/>
          <w:szCs w:val="24"/>
        </w:rPr>
      </w:pPr>
      <w:r w:rsidRPr="00A219EC">
        <w:rPr>
          <w:rFonts w:cs="Arial"/>
          <w:szCs w:val="24"/>
        </w:rPr>
        <w:t>Airspace classifications</w:t>
      </w:r>
    </w:p>
    <w:p w14:paraId="1184EE97" w14:textId="77777777" w:rsidR="00A219EC" w:rsidRPr="00A219EC" w:rsidRDefault="00A219EC" w:rsidP="00A219EC">
      <w:pPr>
        <w:numPr>
          <w:ilvl w:val="0"/>
          <w:numId w:val="94"/>
        </w:numPr>
        <w:tabs>
          <w:tab w:val="clear" w:pos="720"/>
          <w:tab w:val="num" w:pos="1440"/>
        </w:tabs>
        <w:spacing w:after="120" w:line="240" w:lineRule="auto"/>
        <w:ind w:left="1440"/>
        <w:rPr>
          <w:rFonts w:cs="Arial"/>
          <w:szCs w:val="24"/>
        </w:rPr>
      </w:pPr>
      <w:r w:rsidRPr="00A219EC">
        <w:rPr>
          <w:rFonts w:cs="Arial"/>
          <w:szCs w:val="24"/>
        </w:rPr>
        <w:t>Operational safety requirements</w:t>
      </w:r>
    </w:p>
    <w:p w14:paraId="33C1DBB7" w14:textId="77777777" w:rsidR="00A219EC" w:rsidRPr="00A219EC" w:rsidRDefault="00A219EC" w:rsidP="00A219EC">
      <w:pPr>
        <w:numPr>
          <w:ilvl w:val="0"/>
          <w:numId w:val="94"/>
        </w:numPr>
        <w:tabs>
          <w:tab w:val="clear" w:pos="720"/>
          <w:tab w:val="num" w:pos="1440"/>
        </w:tabs>
        <w:spacing w:after="120" w:line="240" w:lineRule="auto"/>
        <w:ind w:left="1440"/>
        <w:rPr>
          <w:rFonts w:cs="Arial"/>
          <w:szCs w:val="24"/>
        </w:rPr>
      </w:pPr>
      <w:r w:rsidRPr="00A219EC">
        <w:rPr>
          <w:rFonts w:cs="Arial"/>
          <w:szCs w:val="24"/>
        </w:rPr>
        <w:t>LAANC authorization</w:t>
      </w:r>
    </w:p>
    <w:p w14:paraId="2F16D28C" w14:textId="77777777" w:rsidR="00A219EC" w:rsidRPr="00A219EC" w:rsidRDefault="00A219EC" w:rsidP="00A219EC">
      <w:pPr>
        <w:spacing w:after="120" w:line="240" w:lineRule="auto"/>
        <w:rPr>
          <w:rFonts w:cs="Arial"/>
          <w:szCs w:val="24"/>
        </w:rPr>
      </w:pPr>
      <w:r w:rsidRPr="00A219EC">
        <w:rPr>
          <w:rFonts w:cs="Arial"/>
          <w:szCs w:val="24"/>
        </w:rPr>
        <w:pict w14:anchorId="112578E2">
          <v:rect id="_x0000_i1059" style="width:0;height:1.5pt" o:hralign="center" o:hrstd="t" o:hr="t" fillcolor="#a0a0a0" stroked="f"/>
        </w:pict>
      </w:r>
    </w:p>
    <w:p w14:paraId="7C40464C" w14:textId="4B4A2087" w:rsidR="00A219EC" w:rsidRPr="00A219EC" w:rsidRDefault="00A219EC" w:rsidP="00A219EC">
      <w:pPr>
        <w:numPr>
          <w:ilvl w:val="0"/>
          <w:numId w:val="95"/>
        </w:numPr>
        <w:spacing w:after="120" w:line="240" w:lineRule="auto"/>
        <w:rPr>
          <w:rFonts w:cs="Arial"/>
          <w:b/>
          <w:bCs/>
          <w:szCs w:val="24"/>
        </w:rPr>
      </w:pPr>
      <w:hyperlink r:id="rId12" w:history="1">
        <w:r w:rsidRPr="00A219EC">
          <w:rPr>
            <w:rStyle w:val="Hyperlink"/>
            <w:rFonts w:cs="Arial"/>
            <w:b/>
            <w:bCs/>
            <w:szCs w:val="24"/>
          </w:rPr>
          <w:t>National Fire Protection Association</w:t>
        </w:r>
      </w:hyperlink>
      <w:r w:rsidRPr="00A219EC">
        <w:rPr>
          <w:rFonts w:cs="Arial"/>
          <w:b/>
          <w:bCs/>
          <w:szCs w:val="24"/>
        </w:rPr>
        <w:t xml:space="preserve"> (NFPA)</w:t>
      </w:r>
    </w:p>
    <w:p w14:paraId="48D5DEB3" w14:textId="1534DCD4" w:rsidR="00A219EC" w:rsidRPr="00A219EC" w:rsidRDefault="00A219EC" w:rsidP="00A219EC">
      <w:pPr>
        <w:spacing w:after="120" w:line="240" w:lineRule="auto"/>
        <w:ind w:left="720"/>
        <w:rPr>
          <w:rFonts w:cs="Arial"/>
          <w:szCs w:val="24"/>
        </w:rPr>
      </w:pPr>
      <w:r w:rsidRPr="00A219EC">
        <w:rPr>
          <w:rFonts w:cs="Arial"/>
          <w:szCs w:val="24"/>
        </w:rPr>
        <w:t xml:space="preserve">Offers resources </w:t>
      </w:r>
      <w:r>
        <w:rPr>
          <w:rFonts w:cs="Arial"/>
          <w:szCs w:val="24"/>
        </w:rPr>
        <w:t>on drone operations in emergency and public safety environments, particularly relevant to discussions of</w:t>
      </w:r>
      <w:r w:rsidRPr="00A219EC">
        <w:rPr>
          <w:rFonts w:cs="Arial"/>
          <w:szCs w:val="24"/>
        </w:rPr>
        <w:t xml:space="preserve"> fire response, disaster operations, and safety coordination.</w:t>
      </w:r>
    </w:p>
    <w:p w14:paraId="4B0B3EDC" w14:textId="77777777" w:rsidR="005109D6" w:rsidRDefault="005109D6" w:rsidP="00A0721F">
      <w:pPr>
        <w:spacing w:after="0" w:line="240" w:lineRule="auto"/>
        <w:rPr>
          <w:rFonts w:cs="Arial"/>
          <w:b/>
          <w:bCs/>
          <w:color w:val="004F88"/>
          <w:szCs w:val="24"/>
          <w:lang w:val="en"/>
        </w:rPr>
      </w:pPr>
      <w:bookmarkStart w:id="0" w:name="_t6jbnh9pw78c"/>
      <w:bookmarkEnd w:id="0"/>
    </w:p>
    <w:p w14:paraId="5F27917D" w14:textId="08C36520" w:rsidR="00A0721F" w:rsidRPr="00A0721F" w:rsidRDefault="00A0721F" w:rsidP="00A0721F">
      <w:pPr>
        <w:spacing w:after="0" w:line="240" w:lineRule="auto"/>
        <w:rPr>
          <w:rFonts w:cs="Arial"/>
          <w:b/>
          <w:bCs/>
          <w:color w:val="004F88"/>
          <w:szCs w:val="24"/>
          <w:lang w:val="en"/>
        </w:rPr>
      </w:pPr>
      <w:r w:rsidRPr="00A0721F">
        <w:rPr>
          <w:rFonts w:cs="Arial"/>
          <w:b/>
          <w:bCs/>
          <w:color w:val="004F88"/>
          <w:szCs w:val="24"/>
          <w:lang w:val="en"/>
        </w:rPr>
        <w:t>Educational Videos and Webinars</w:t>
      </w:r>
    </w:p>
    <w:p w14:paraId="7BB5F89E" w14:textId="77777777" w:rsidR="00691153" w:rsidRPr="00691153" w:rsidRDefault="00691153" w:rsidP="00691153">
      <w:pPr>
        <w:numPr>
          <w:ilvl w:val="0"/>
          <w:numId w:val="81"/>
        </w:numPr>
        <w:spacing w:after="120" w:line="240" w:lineRule="auto"/>
        <w:rPr>
          <w:rFonts w:cs="Arial"/>
          <w:b/>
          <w:bCs/>
          <w:szCs w:val="24"/>
        </w:rPr>
      </w:pPr>
      <w:r w:rsidRPr="00691153">
        <w:rPr>
          <w:rFonts w:cs="Arial"/>
          <w:b/>
          <w:bCs/>
          <w:szCs w:val="24"/>
        </w:rPr>
        <w:t>YouTube Channels – Drone Safety &amp; Regulations</w:t>
      </w:r>
    </w:p>
    <w:p w14:paraId="4D88197D" w14:textId="1951748E" w:rsidR="00A37C79" w:rsidRPr="00691153" w:rsidRDefault="00A37C79" w:rsidP="00A37C79">
      <w:pPr>
        <w:numPr>
          <w:ilvl w:val="0"/>
          <w:numId w:val="96"/>
        </w:numPr>
        <w:tabs>
          <w:tab w:val="num" w:pos="720"/>
        </w:tabs>
        <w:spacing w:after="120" w:line="240" w:lineRule="auto"/>
        <w:rPr>
          <w:rFonts w:cs="Arial"/>
          <w:szCs w:val="24"/>
        </w:rPr>
      </w:pPr>
      <w:hyperlink r:id="rId13" w:history="1">
        <w:r>
          <w:rPr>
            <w:rStyle w:val="Hyperlink"/>
            <w:rFonts w:cs="Arial"/>
            <w:b/>
            <w:bCs/>
            <w:szCs w:val="24"/>
          </w:rPr>
          <w:t>DronePilotsForUS</w:t>
        </w:r>
      </w:hyperlink>
      <w:r w:rsidRPr="00691153">
        <w:rPr>
          <w:rFonts w:cs="Arial"/>
          <w:szCs w:val="24"/>
        </w:rPr>
        <w:br/>
      </w:r>
      <w:r>
        <w:rPr>
          <w:rFonts w:cs="Arial"/>
          <w:szCs w:val="24"/>
        </w:rPr>
        <w:t xml:space="preserve">Provides videos that will assist K12 educators </w:t>
      </w:r>
      <w:r w:rsidR="00877457">
        <w:rPr>
          <w:rFonts w:cs="Arial"/>
          <w:szCs w:val="24"/>
        </w:rPr>
        <w:t>in implementing</w:t>
      </w:r>
      <w:r>
        <w:rPr>
          <w:rFonts w:cs="Arial"/>
          <w:szCs w:val="24"/>
        </w:rPr>
        <w:t xml:space="preserve"> and </w:t>
      </w:r>
      <w:r w:rsidR="00877457">
        <w:rPr>
          <w:rFonts w:cs="Arial"/>
          <w:szCs w:val="24"/>
        </w:rPr>
        <w:t>deploying</w:t>
      </w:r>
      <w:r>
        <w:rPr>
          <w:rFonts w:cs="Arial"/>
          <w:szCs w:val="24"/>
        </w:rPr>
        <w:t xml:space="preserve"> a Drone Piloting </w:t>
      </w:r>
      <w:r w:rsidR="00877457">
        <w:rPr>
          <w:rFonts w:cs="Arial"/>
          <w:szCs w:val="24"/>
        </w:rPr>
        <w:t>Program</w:t>
      </w:r>
    </w:p>
    <w:p w14:paraId="0F0FD052" w14:textId="06BDDB6E" w:rsidR="00691153" w:rsidRPr="00691153" w:rsidRDefault="00691153" w:rsidP="00691153">
      <w:pPr>
        <w:numPr>
          <w:ilvl w:val="0"/>
          <w:numId w:val="96"/>
        </w:numPr>
        <w:tabs>
          <w:tab w:val="num" w:pos="720"/>
        </w:tabs>
        <w:spacing w:after="120" w:line="240" w:lineRule="auto"/>
        <w:rPr>
          <w:rFonts w:cs="Arial"/>
          <w:szCs w:val="24"/>
        </w:rPr>
      </w:pPr>
      <w:hyperlink r:id="rId14" w:history="1">
        <w:r w:rsidRPr="00691153">
          <w:rPr>
            <w:rStyle w:val="Hyperlink"/>
            <w:rFonts w:cs="Arial"/>
            <w:b/>
            <w:bCs/>
            <w:szCs w:val="24"/>
          </w:rPr>
          <w:t>Drone U</w:t>
        </w:r>
      </w:hyperlink>
      <w:r w:rsidRPr="00691153">
        <w:rPr>
          <w:rFonts w:cs="Arial"/>
          <w:szCs w:val="24"/>
        </w:rPr>
        <w:br/>
        <w:t>Covers airspace, regulations, safety scenarios, and real-world applications.</w:t>
      </w:r>
    </w:p>
    <w:p w14:paraId="6CB78445" w14:textId="3E703787" w:rsidR="00691153" w:rsidRPr="00691153" w:rsidRDefault="000805C0" w:rsidP="00691153">
      <w:pPr>
        <w:numPr>
          <w:ilvl w:val="0"/>
          <w:numId w:val="96"/>
        </w:numPr>
        <w:tabs>
          <w:tab w:val="num" w:pos="720"/>
        </w:tabs>
        <w:spacing w:after="120" w:line="240" w:lineRule="auto"/>
        <w:rPr>
          <w:rFonts w:cs="Arial"/>
          <w:szCs w:val="24"/>
        </w:rPr>
      </w:pPr>
      <w:hyperlink r:id="rId15" w:history="1">
        <w:r w:rsidRPr="000805C0">
          <w:rPr>
            <w:rStyle w:val="Hyperlink"/>
            <w:rFonts w:cs="Arial"/>
            <w:b/>
            <w:bCs/>
            <w:szCs w:val="24"/>
          </w:rPr>
          <w:t>TheDroneCoach</w:t>
        </w:r>
      </w:hyperlink>
      <w:r w:rsidR="00691153" w:rsidRPr="00691153">
        <w:rPr>
          <w:rFonts w:cs="Arial"/>
          <w:szCs w:val="24"/>
        </w:rPr>
        <w:br/>
      </w:r>
      <w:r w:rsidRPr="000805C0">
        <w:rPr>
          <w:rFonts w:cs="Arial"/>
          <w:szCs w:val="24"/>
        </w:rPr>
        <w:t xml:space="preserve">The Drone Coach </w:t>
      </w:r>
      <w:r w:rsidR="00A37C79">
        <w:rPr>
          <w:rFonts w:cs="Arial"/>
          <w:szCs w:val="24"/>
        </w:rPr>
        <w:t>offers free video tutorials to help you pass the FAA Part 107 Airmen Knowledge Exam and</w:t>
      </w:r>
      <w:r w:rsidRPr="000805C0">
        <w:rPr>
          <w:rFonts w:cs="Arial"/>
          <w:szCs w:val="24"/>
        </w:rPr>
        <w:t xml:space="preserve"> become a certified remote pilot in the United States</w:t>
      </w:r>
      <w:r w:rsidR="00691153" w:rsidRPr="00691153">
        <w:rPr>
          <w:rFonts w:cs="Arial"/>
          <w:szCs w:val="24"/>
        </w:rPr>
        <w:t>.</w:t>
      </w:r>
    </w:p>
    <w:p w14:paraId="575A4AE5" w14:textId="77777777" w:rsidR="00691153" w:rsidRPr="00691153" w:rsidRDefault="00691153" w:rsidP="00691153">
      <w:pPr>
        <w:spacing w:after="120" w:line="240" w:lineRule="auto"/>
        <w:rPr>
          <w:rFonts w:cs="Arial"/>
          <w:szCs w:val="24"/>
        </w:rPr>
      </w:pPr>
      <w:r w:rsidRPr="00691153">
        <w:rPr>
          <w:rFonts w:cs="Arial"/>
          <w:szCs w:val="24"/>
        </w:rPr>
        <w:pict w14:anchorId="047E48A8">
          <v:rect id="_x0000_i1067" style="width:0;height:1.5pt" o:hralign="center" o:hrstd="t" o:hr="t" fillcolor="#a0a0a0" stroked="f"/>
        </w:pict>
      </w:r>
    </w:p>
    <w:p w14:paraId="3DF80889" w14:textId="77777777" w:rsidR="00691153" w:rsidRPr="00691153" w:rsidRDefault="00691153" w:rsidP="00A37C79">
      <w:pPr>
        <w:numPr>
          <w:ilvl w:val="0"/>
          <w:numId w:val="81"/>
        </w:numPr>
        <w:spacing w:after="120" w:line="240" w:lineRule="auto"/>
        <w:rPr>
          <w:rFonts w:cs="Arial"/>
          <w:b/>
          <w:bCs/>
          <w:szCs w:val="24"/>
        </w:rPr>
      </w:pPr>
      <w:r w:rsidRPr="00691153">
        <w:rPr>
          <w:rFonts w:cs="Arial"/>
          <w:b/>
          <w:bCs/>
          <w:szCs w:val="24"/>
        </w:rPr>
        <w:t>Webinars by Drone Associations</w:t>
      </w:r>
    </w:p>
    <w:p w14:paraId="6F6C4556" w14:textId="1C86E97E" w:rsidR="00691153" w:rsidRPr="00691153" w:rsidRDefault="00A37C79" w:rsidP="00691153">
      <w:pPr>
        <w:numPr>
          <w:ilvl w:val="0"/>
          <w:numId w:val="97"/>
        </w:numPr>
        <w:spacing w:after="120" w:line="240" w:lineRule="auto"/>
        <w:rPr>
          <w:rFonts w:cs="Arial"/>
          <w:szCs w:val="24"/>
        </w:rPr>
      </w:pPr>
      <w:hyperlink r:id="rId16" w:history="1">
        <w:r w:rsidR="00691153" w:rsidRPr="00691153">
          <w:rPr>
            <w:rStyle w:val="Hyperlink"/>
            <w:rFonts w:cs="Arial"/>
            <w:b/>
            <w:bCs/>
            <w:szCs w:val="24"/>
          </w:rPr>
          <w:t>Association for Unmanned Vehicle Systems International</w:t>
        </w:r>
      </w:hyperlink>
      <w:r w:rsidR="00691153" w:rsidRPr="00691153">
        <w:rPr>
          <w:rFonts w:cs="Arial"/>
          <w:b/>
          <w:bCs/>
          <w:szCs w:val="24"/>
        </w:rPr>
        <w:t xml:space="preserve"> (AUVSI)</w:t>
      </w:r>
    </w:p>
    <w:p w14:paraId="27ACDEB8" w14:textId="77777777" w:rsidR="00691153" w:rsidRPr="00691153" w:rsidRDefault="00691153" w:rsidP="00A37C79">
      <w:pPr>
        <w:spacing w:after="120" w:line="240" w:lineRule="auto"/>
        <w:ind w:left="1080"/>
        <w:rPr>
          <w:rFonts w:cs="Arial"/>
          <w:szCs w:val="24"/>
        </w:rPr>
      </w:pPr>
      <w:r w:rsidRPr="00691153">
        <w:rPr>
          <w:rFonts w:cs="Arial"/>
          <w:szCs w:val="24"/>
        </w:rPr>
        <w:t>AUVSI hosts webinars focused on drone safety, operations, industry standards, and workforce development.</w:t>
      </w:r>
    </w:p>
    <w:p w14:paraId="1B853BEE" w14:textId="77777777" w:rsidR="00691153" w:rsidRDefault="00691153" w:rsidP="00691153">
      <w:pPr>
        <w:spacing w:after="120" w:line="240" w:lineRule="auto"/>
        <w:rPr>
          <w:rFonts w:cs="Arial"/>
          <w:szCs w:val="24"/>
          <w:lang w:val="en"/>
        </w:rPr>
      </w:pPr>
      <w:bookmarkStart w:id="1" w:name="_pycp8cwhxgm"/>
      <w:bookmarkStart w:id="2" w:name="_r2kf3tkqcndn"/>
      <w:bookmarkEnd w:id="1"/>
      <w:bookmarkEnd w:id="2"/>
    </w:p>
    <w:p w14:paraId="38F948FC" w14:textId="77777777" w:rsidR="00A0721F" w:rsidRPr="00A0721F" w:rsidRDefault="00A0721F" w:rsidP="00A0721F">
      <w:pPr>
        <w:spacing w:after="0" w:line="240" w:lineRule="auto"/>
        <w:rPr>
          <w:rFonts w:cs="Arial"/>
          <w:b/>
          <w:bCs/>
          <w:color w:val="004F88"/>
          <w:szCs w:val="24"/>
          <w:lang w:val="en"/>
        </w:rPr>
      </w:pPr>
      <w:r w:rsidRPr="00A0721F">
        <w:rPr>
          <w:rFonts w:cs="Arial"/>
          <w:b/>
          <w:bCs/>
          <w:color w:val="004F88"/>
          <w:szCs w:val="24"/>
          <w:lang w:val="en"/>
        </w:rPr>
        <w:t>Books and Manuals</w:t>
      </w:r>
    </w:p>
    <w:p w14:paraId="165E9A7B" w14:textId="77777777" w:rsidR="005109D6" w:rsidRPr="005109D6" w:rsidRDefault="005109D6" w:rsidP="005109D6">
      <w:pPr>
        <w:numPr>
          <w:ilvl w:val="0"/>
          <w:numId w:val="81"/>
        </w:numPr>
        <w:spacing w:after="120" w:line="240" w:lineRule="auto"/>
        <w:rPr>
          <w:rFonts w:cs="Arial"/>
          <w:b/>
          <w:bCs/>
          <w:szCs w:val="24"/>
        </w:rPr>
      </w:pPr>
      <w:r w:rsidRPr="005109D6">
        <w:rPr>
          <w:rFonts w:cs="Arial"/>
          <w:b/>
          <w:bCs/>
          <w:szCs w:val="24"/>
        </w:rPr>
        <w:t>Certification &amp; Regulatory Manuals</w:t>
      </w:r>
    </w:p>
    <w:p w14:paraId="46592B63" w14:textId="77777777" w:rsidR="005109D6" w:rsidRDefault="005109D6" w:rsidP="005109D6">
      <w:pPr>
        <w:spacing w:after="120" w:line="240" w:lineRule="auto"/>
        <w:ind w:left="720"/>
        <w:rPr>
          <w:rFonts w:cs="Arial"/>
          <w:szCs w:val="24"/>
        </w:rPr>
      </w:pPr>
      <w:r w:rsidRPr="005109D6">
        <w:rPr>
          <w:rFonts w:cs="Arial"/>
          <w:szCs w:val="24"/>
        </w:rPr>
        <w:t xml:space="preserve">These resources are essential for anyone looking to pass the </w:t>
      </w:r>
      <w:r w:rsidRPr="005109D6">
        <w:rPr>
          <w:rFonts w:cs="Arial"/>
          <w:b/>
          <w:bCs/>
          <w:szCs w:val="24"/>
        </w:rPr>
        <w:t>FAA Part 107</w:t>
      </w:r>
      <w:r w:rsidRPr="005109D6">
        <w:rPr>
          <w:rFonts w:cs="Arial"/>
          <w:szCs w:val="24"/>
        </w:rPr>
        <w:t xml:space="preserve"> exam to fly drones commercially.</w:t>
      </w:r>
    </w:p>
    <w:p w14:paraId="606A1C66" w14:textId="77777777" w:rsidR="005109D6" w:rsidRPr="005109D6" w:rsidRDefault="005109D6" w:rsidP="005109D6">
      <w:pPr>
        <w:spacing w:after="120" w:line="240" w:lineRule="auto"/>
        <w:ind w:left="720"/>
        <w:rPr>
          <w:rFonts w:cs="Arial"/>
          <w:szCs w:val="24"/>
        </w:rPr>
      </w:pPr>
    </w:p>
    <w:p w14:paraId="65E25279" w14:textId="5BBB0CE5" w:rsidR="005109D6" w:rsidRPr="005109D6" w:rsidRDefault="005109D6" w:rsidP="005109D6">
      <w:pPr>
        <w:numPr>
          <w:ilvl w:val="0"/>
          <w:numId w:val="98"/>
        </w:numPr>
        <w:tabs>
          <w:tab w:val="num" w:pos="720"/>
        </w:tabs>
        <w:spacing w:after="120" w:line="240" w:lineRule="auto"/>
        <w:rPr>
          <w:rFonts w:cs="Arial"/>
          <w:szCs w:val="24"/>
        </w:rPr>
      </w:pPr>
      <w:hyperlink r:id="rId17" w:tgtFrame="_blank" w:history="1">
        <w:r>
          <w:rPr>
            <w:rStyle w:val="Hyperlink"/>
            <w:rFonts w:cs="Arial"/>
            <w:b/>
            <w:bCs/>
            <w:szCs w:val="24"/>
          </w:rPr>
          <w:t>Remote Pilot Small Unmanned Aircraft Systems Study Guide.</w:t>
        </w:r>
      </w:hyperlink>
      <w:r w:rsidRPr="005109D6">
        <w:rPr>
          <w:rFonts w:cs="Arial"/>
          <w:szCs w:val="24"/>
        </w:rPr>
        <w:t xml:space="preserve"> This is the </w:t>
      </w:r>
      <w:r w:rsidRPr="005109D6">
        <w:rPr>
          <w:rFonts w:cs="Arial"/>
          <w:b/>
          <w:bCs/>
          <w:szCs w:val="24"/>
        </w:rPr>
        <w:t>official FAA guide</w:t>
      </w:r>
      <w:r w:rsidRPr="005109D6">
        <w:rPr>
          <w:rFonts w:cs="Arial"/>
          <w:szCs w:val="24"/>
        </w:rPr>
        <w:t xml:space="preserve"> (FAA-G-8082-22) for the Part 107 exam. It covers regulations, airspace, weather, and operations.</w:t>
      </w:r>
    </w:p>
    <w:p w14:paraId="3682E02C" w14:textId="77777777" w:rsidR="005109D6" w:rsidRPr="005109D6" w:rsidRDefault="005109D6" w:rsidP="005109D6">
      <w:pPr>
        <w:numPr>
          <w:ilvl w:val="1"/>
          <w:numId w:val="98"/>
        </w:numPr>
        <w:tabs>
          <w:tab w:val="num" w:pos="1440"/>
        </w:tabs>
        <w:spacing w:after="120" w:line="240" w:lineRule="auto"/>
        <w:rPr>
          <w:rFonts w:cs="Arial"/>
          <w:szCs w:val="24"/>
        </w:rPr>
      </w:pPr>
      <w:r w:rsidRPr="005109D6">
        <w:rPr>
          <w:rFonts w:cs="Arial"/>
          <w:b/>
          <w:bCs/>
          <w:szCs w:val="24"/>
        </w:rPr>
        <w:t>Author:</w:t>
      </w:r>
      <w:r w:rsidRPr="005109D6">
        <w:rPr>
          <w:rFonts w:cs="Arial"/>
          <w:szCs w:val="24"/>
        </w:rPr>
        <w:t xml:space="preserve"> Federal Aviation Administration (FAA)</w:t>
      </w:r>
    </w:p>
    <w:p w14:paraId="55DEC742" w14:textId="77777777" w:rsidR="005109D6" w:rsidRPr="005109D6" w:rsidRDefault="005109D6" w:rsidP="005109D6">
      <w:pPr>
        <w:numPr>
          <w:ilvl w:val="1"/>
          <w:numId w:val="98"/>
        </w:numPr>
        <w:tabs>
          <w:tab w:val="num" w:pos="1440"/>
        </w:tabs>
        <w:spacing w:after="120" w:line="240" w:lineRule="auto"/>
        <w:rPr>
          <w:rFonts w:cs="Arial"/>
          <w:szCs w:val="24"/>
        </w:rPr>
      </w:pPr>
      <w:r w:rsidRPr="005109D6">
        <w:rPr>
          <w:rFonts w:cs="Arial"/>
          <w:b/>
          <w:bCs/>
          <w:szCs w:val="24"/>
        </w:rPr>
        <w:t>Publisher:</w:t>
      </w:r>
      <w:r w:rsidRPr="005109D6">
        <w:rPr>
          <w:rFonts w:cs="Arial"/>
          <w:szCs w:val="24"/>
        </w:rPr>
        <w:t xml:space="preserve"> FAA</w:t>
      </w:r>
    </w:p>
    <w:p w14:paraId="5E8F0F8F" w14:textId="77777777" w:rsidR="005109D6" w:rsidRPr="005109D6" w:rsidRDefault="005109D6" w:rsidP="005109D6">
      <w:pPr>
        <w:numPr>
          <w:ilvl w:val="1"/>
          <w:numId w:val="98"/>
        </w:numPr>
        <w:tabs>
          <w:tab w:val="num" w:pos="1440"/>
        </w:tabs>
        <w:spacing w:after="120" w:line="240" w:lineRule="auto"/>
        <w:rPr>
          <w:rFonts w:cs="Arial"/>
          <w:szCs w:val="24"/>
        </w:rPr>
      </w:pPr>
      <w:r w:rsidRPr="005109D6">
        <w:rPr>
          <w:rFonts w:cs="Arial"/>
          <w:b/>
          <w:bCs/>
          <w:szCs w:val="24"/>
        </w:rPr>
        <w:t>Cost:</w:t>
      </w:r>
      <w:r w:rsidRPr="005109D6">
        <w:rPr>
          <w:rFonts w:cs="Arial"/>
          <w:szCs w:val="24"/>
        </w:rPr>
        <w:t xml:space="preserve"> </w:t>
      </w:r>
      <w:r w:rsidRPr="005109D6">
        <w:rPr>
          <w:rFonts w:cs="Arial"/>
          <w:b/>
          <w:bCs/>
          <w:szCs w:val="24"/>
        </w:rPr>
        <w:t>Free (Digital)</w:t>
      </w:r>
    </w:p>
    <w:p w14:paraId="3154BFF6" w14:textId="77777777" w:rsidR="005109D6" w:rsidRPr="005109D6" w:rsidRDefault="005109D6" w:rsidP="005109D6">
      <w:pPr>
        <w:numPr>
          <w:ilvl w:val="0"/>
          <w:numId w:val="98"/>
        </w:numPr>
        <w:spacing w:after="120" w:line="240" w:lineRule="auto"/>
        <w:rPr>
          <w:rFonts w:cs="Arial"/>
          <w:szCs w:val="24"/>
        </w:rPr>
      </w:pPr>
      <w:hyperlink r:id="rId18" w:tgtFrame="_blank" w:history="1">
        <w:r w:rsidRPr="005109D6">
          <w:rPr>
            <w:rStyle w:val="Hyperlink"/>
            <w:rFonts w:cs="Arial"/>
            <w:b/>
            <w:bCs/>
            <w:szCs w:val="24"/>
          </w:rPr>
          <w:t>Pilot's Handbook of Aeronautical Knowledge</w:t>
        </w:r>
      </w:hyperlink>
      <w:r w:rsidRPr="005109D6">
        <w:rPr>
          <w:rFonts w:cs="Arial"/>
          <w:szCs w:val="24"/>
        </w:rPr>
        <w:t xml:space="preserve"> The PHAK provides foundational aviation knowledge used by all pilots, including those flying sUAS.</w:t>
      </w:r>
    </w:p>
    <w:p w14:paraId="1B550022" w14:textId="77777777" w:rsidR="005109D6" w:rsidRPr="005109D6" w:rsidRDefault="005109D6" w:rsidP="005109D6">
      <w:pPr>
        <w:numPr>
          <w:ilvl w:val="1"/>
          <w:numId w:val="98"/>
        </w:numPr>
        <w:spacing w:after="120" w:line="240" w:lineRule="auto"/>
        <w:rPr>
          <w:rFonts w:cs="Arial"/>
          <w:szCs w:val="24"/>
        </w:rPr>
      </w:pPr>
      <w:r w:rsidRPr="005109D6">
        <w:rPr>
          <w:rFonts w:cs="Arial"/>
          <w:b/>
          <w:bCs/>
          <w:szCs w:val="24"/>
        </w:rPr>
        <w:t>Author:</w:t>
      </w:r>
      <w:r w:rsidRPr="005109D6">
        <w:rPr>
          <w:rFonts w:cs="Arial"/>
          <w:szCs w:val="24"/>
        </w:rPr>
        <w:t xml:space="preserve"> FAA</w:t>
      </w:r>
    </w:p>
    <w:p w14:paraId="26F2E1EF" w14:textId="77777777" w:rsidR="005109D6" w:rsidRPr="005109D6" w:rsidRDefault="005109D6" w:rsidP="005109D6">
      <w:pPr>
        <w:numPr>
          <w:ilvl w:val="1"/>
          <w:numId w:val="98"/>
        </w:numPr>
        <w:spacing w:after="120" w:line="240" w:lineRule="auto"/>
        <w:rPr>
          <w:rFonts w:cs="Arial"/>
          <w:szCs w:val="24"/>
        </w:rPr>
      </w:pPr>
      <w:r w:rsidRPr="005109D6">
        <w:rPr>
          <w:rFonts w:cs="Arial"/>
          <w:b/>
          <w:bCs/>
          <w:szCs w:val="24"/>
        </w:rPr>
        <w:t>Publisher:</w:t>
      </w:r>
      <w:r w:rsidRPr="005109D6">
        <w:rPr>
          <w:rFonts w:cs="Arial"/>
          <w:szCs w:val="24"/>
        </w:rPr>
        <w:t xml:space="preserve"> FAA</w:t>
      </w:r>
    </w:p>
    <w:p w14:paraId="4ED24F89" w14:textId="77777777" w:rsidR="005109D6" w:rsidRPr="005109D6" w:rsidRDefault="005109D6" w:rsidP="005109D6">
      <w:pPr>
        <w:numPr>
          <w:ilvl w:val="1"/>
          <w:numId w:val="98"/>
        </w:numPr>
        <w:spacing w:after="120" w:line="240" w:lineRule="auto"/>
        <w:rPr>
          <w:rFonts w:cs="Arial"/>
          <w:szCs w:val="24"/>
        </w:rPr>
      </w:pPr>
      <w:r w:rsidRPr="005109D6">
        <w:rPr>
          <w:rFonts w:cs="Arial"/>
          <w:b/>
          <w:bCs/>
          <w:szCs w:val="24"/>
        </w:rPr>
        <w:t>Cost:</w:t>
      </w:r>
      <w:r w:rsidRPr="005109D6">
        <w:rPr>
          <w:rFonts w:cs="Arial"/>
          <w:szCs w:val="24"/>
        </w:rPr>
        <w:t xml:space="preserve"> </w:t>
      </w:r>
      <w:r w:rsidRPr="005109D6">
        <w:rPr>
          <w:rFonts w:cs="Arial"/>
          <w:b/>
          <w:bCs/>
          <w:szCs w:val="24"/>
        </w:rPr>
        <w:t>Free (Digital)</w:t>
      </w:r>
      <w:r w:rsidRPr="005109D6">
        <w:rPr>
          <w:rFonts w:cs="Arial"/>
          <w:szCs w:val="24"/>
        </w:rPr>
        <w:t xml:space="preserve"> / ~$20 (Print)</w:t>
      </w:r>
    </w:p>
    <w:p w14:paraId="75422012" w14:textId="77777777" w:rsidR="005109D6" w:rsidRPr="005109D6" w:rsidRDefault="005109D6" w:rsidP="005109D6">
      <w:pPr>
        <w:numPr>
          <w:ilvl w:val="0"/>
          <w:numId w:val="98"/>
        </w:numPr>
        <w:tabs>
          <w:tab w:val="num" w:pos="720"/>
        </w:tabs>
        <w:spacing w:after="120" w:line="240" w:lineRule="auto"/>
        <w:rPr>
          <w:rFonts w:cs="Arial"/>
          <w:szCs w:val="24"/>
        </w:rPr>
      </w:pPr>
      <w:hyperlink r:id="rId19" w:tgtFrame="_blank" w:history="1">
        <w:r w:rsidRPr="005109D6">
          <w:rPr>
            <w:rStyle w:val="Hyperlink"/>
            <w:rFonts w:cs="Arial"/>
            <w:b/>
            <w:bCs/>
            <w:szCs w:val="24"/>
          </w:rPr>
          <w:t>Professional Drone Pilot's Handbook and FAA Remote Pilot Test Guide</w:t>
        </w:r>
      </w:hyperlink>
      <w:r w:rsidRPr="005109D6">
        <w:rPr>
          <w:rFonts w:cs="Arial"/>
          <w:szCs w:val="24"/>
        </w:rPr>
        <w:t xml:space="preserve"> A comprehensive textbook designed for both pilots and non-pilots aiming for a Part 107 rating, used in many certified ground school courses.</w:t>
      </w:r>
    </w:p>
    <w:p w14:paraId="04D54290" w14:textId="77777777" w:rsidR="005109D6" w:rsidRPr="005109D6" w:rsidRDefault="005109D6" w:rsidP="005109D6">
      <w:pPr>
        <w:numPr>
          <w:ilvl w:val="1"/>
          <w:numId w:val="98"/>
        </w:numPr>
        <w:tabs>
          <w:tab w:val="num" w:pos="1440"/>
        </w:tabs>
        <w:spacing w:after="120" w:line="240" w:lineRule="auto"/>
        <w:rPr>
          <w:rFonts w:cs="Arial"/>
          <w:szCs w:val="24"/>
        </w:rPr>
      </w:pPr>
      <w:r w:rsidRPr="005109D6">
        <w:rPr>
          <w:rFonts w:cs="Arial"/>
          <w:b/>
          <w:bCs/>
          <w:szCs w:val="24"/>
        </w:rPr>
        <w:t>Author:</w:t>
      </w:r>
      <w:r w:rsidRPr="005109D6">
        <w:rPr>
          <w:rFonts w:cs="Arial"/>
          <w:szCs w:val="24"/>
        </w:rPr>
        <w:t xml:space="preserve"> Various Industry Experts</w:t>
      </w:r>
    </w:p>
    <w:p w14:paraId="046730B5" w14:textId="77777777" w:rsidR="005109D6" w:rsidRPr="005109D6" w:rsidRDefault="005109D6" w:rsidP="005109D6">
      <w:pPr>
        <w:numPr>
          <w:ilvl w:val="1"/>
          <w:numId w:val="98"/>
        </w:numPr>
        <w:tabs>
          <w:tab w:val="num" w:pos="1440"/>
        </w:tabs>
        <w:spacing w:after="120" w:line="240" w:lineRule="auto"/>
        <w:rPr>
          <w:rFonts w:cs="Arial"/>
          <w:szCs w:val="24"/>
        </w:rPr>
      </w:pPr>
      <w:r w:rsidRPr="005109D6">
        <w:rPr>
          <w:rFonts w:cs="Arial"/>
          <w:b/>
          <w:bCs/>
          <w:szCs w:val="24"/>
        </w:rPr>
        <w:t>Publisher:</w:t>
      </w:r>
      <w:r w:rsidRPr="005109D6">
        <w:rPr>
          <w:rFonts w:cs="Arial"/>
          <w:szCs w:val="24"/>
        </w:rPr>
        <w:t xml:space="preserve"> CreateSpace / Independent</w:t>
      </w:r>
    </w:p>
    <w:p w14:paraId="05C4518B" w14:textId="77777777" w:rsidR="005109D6" w:rsidRPr="005109D6" w:rsidRDefault="005109D6" w:rsidP="005109D6">
      <w:pPr>
        <w:numPr>
          <w:ilvl w:val="1"/>
          <w:numId w:val="98"/>
        </w:numPr>
        <w:tabs>
          <w:tab w:val="num" w:pos="1440"/>
        </w:tabs>
        <w:spacing w:after="120" w:line="240" w:lineRule="auto"/>
        <w:rPr>
          <w:rFonts w:cs="Arial"/>
          <w:szCs w:val="24"/>
        </w:rPr>
      </w:pPr>
      <w:r w:rsidRPr="005109D6">
        <w:rPr>
          <w:rFonts w:cs="Arial"/>
          <w:b/>
          <w:bCs/>
          <w:szCs w:val="24"/>
        </w:rPr>
        <w:t>Cost:</w:t>
      </w:r>
      <w:r w:rsidRPr="005109D6">
        <w:rPr>
          <w:rFonts w:cs="Arial"/>
          <w:szCs w:val="24"/>
        </w:rPr>
        <w:t xml:space="preserve"> </w:t>
      </w:r>
      <w:r w:rsidRPr="005109D6">
        <w:rPr>
          <w:rFonts w:cs="Arial"/>
          <w:b/>
          <w:bCs/>
          <w:szCs w:val="24"/>
        </w:rPr>
        <w:t>$59.99</w:t>
      </w:r>
    </w:p>
    <w:p w14:paraId="78C5A63F" w14:textId="77777777" w:rsidR="005109D6" w:rsidRPr="005109D6" w:rsidRDefault="005109D6" w:rsidP="005109D6">
      <w:pPr>
        <w:numPr>
          <w:ilvl w:val="0"/>
          <w:numId w:val="98"/>
        </w:numPr>
        <w:tabs>
          <w:tab w:val="clear" w:pos="1080"/>
        </w:tabs>
        <w:spacing w:after="120" w:line="240" w:lineRule="auto"/>
        <w:ind w:left="720"/>
        <w:rPr>
          <w:rFonts w:cs="Arial"/>
          <w:b/>
          <w:bCs/>
          <w:szCs w:val="24"/>
        </w:rPr>
      </w:pPr>
      <w:r w:rsidRPr="005109D6">
        <w:rPr>
          <w:rFonts w:cs="Arial"/>
          <w:b/>
          <w:bCs/>
          <w:szCs w:val="24"/>
        </w:rPr>
        <w:t>Flight Skills &amp; General Handbooks</w:t>
      </w:r>
    </w:p>
    <w:p w14:paraId="5187BE57" w14:textId="77777777" w:rsidR="005109D6" w:rsidRPr="005109D6" w:rsidRDefault="005109D6" w:rsidP="005109D6">
      <w:pPr>
        <w:spacing w:after="120" w:line="240" w:lineRule="auto"/>
        <w:ind w:left="720"/>
        <w:rPr>
          <w:rFonts w:cs="Arial"/>
          <w:szCs w:val="24"/>
        </w:rPr>
      </w:pPr>
      <w:r w:rsidRPr="005109D6">
        <w:rPr>
          <w:rFonts w:cs="Arial"/>
          <w:szCs w:val="24"/>
        </w:rPr>
        <w:t>These books focus on the actual mechanics of flying and professional best practices.</w:t>
      </w:r>
    </w:p>
    <w:p w14:paraId="5F9DE865" w14:textId="77777777" w:rsidR="005109D6" w:rsidRPr="005109D6" w:rsidRDefault="005109D6" w:rsidP="005109D6">
      <w:pPr>
        <w:numPr>
          <w:ilvl w:val="0"/>
          <w:numId w:val="99"/>
        </w:numPr>
        <w:spacing w:after="120" w:line="240" w:lineRule="auto"/>
        <w:rPr>
          <w:rFonts w:cs="Arial"/>
          <w:szCs w:val="24"/>
        </w:rPr>
      </w:pPr>
      <w:hyperlink r:id="rId20" w:tgtFrame="_blank" w:history="1">
        <w:r w:rsidRPr="005109D6">
          <w:rPr>
            <w:rStyle w:val="Hyperlink"/>
            <w:rFonts w:cs="Arial"/>
            <w:b/>
            <w:bCs/>
            <w:szCs w:val="24"/>
          </w:rPr>
          <w:t>The Drone Pilot's Handbook</w:t>
        </w:r>
      </w:hyperlink>
      <w:r w:rsidRPr="005109D6">
        <w:rPr>
          <w:rFonts w:cs="Arial"/>
          <w:szCs w:val="24"/>
        </w:rPr>
        <w:t xml:space="preserve"> An excellent starter book that covers the knowledge, skills, and rules needed for hobbyists and emerging professionals.</w:t>
      </w:r>
    </w:p>
    <w:p w14:paraId="47E94DE5" w14:textId="77777777" w:rsidR="005109D6" w:rsidRPr="005109D6" w:rsidRDefault="005109D6" w:rsidP="005109D6">
      <w:pPr>
        <w:numPr>
          <w:ilvl w:val="1"/>
          <w:numId w:val="99"/>
        </w:numPr>
        <w:tabs>
          <w:tab w:val="num" w:pos="1440"/>
        </w:tabs>
        <w:spacing w:after="120" w:line="240" w:lineRule="auto"/>
        <w:rPr>
          <w:rFonts w:cs="Arial"/>
          <w:szCs w:val="24"/>
        </w:rPr>
      </w:pPr>
      <w:r w:rsidRPr="005109D6">
        <w:rPr>
          <w:rFonts w:cs="Arial"/>
          <w:b/>
          <w:bCs/>
          <w:szCs w:val="24"/>
        </w:rPr>
        <w:t>Author:</w:t>
      </w:r>
      <w:r w:rsidRPr="005109D6">
        <w:rPr>
          <w:rFonts w:cs="Arial"/>
          <w:szCs w:val="24"/>
        </w:rPr>
        <w:t xml:space="preserve"> Adam Juniper</w:t>
      </w:r>
    </w:p>
    <w:p w14:paraId="5C5E36E9" w14:textId="77777777" w:rsidR="005109D6" w:rsidRPr="005109D6" w:rsidRDefault="005109D6" w:rsidP="005109D6">
      <w:pPr>
        <w:numPr>
          <w:ilvl w:val="1"/>
          <w:numId w:val="99"/>
        </w:numPr>
        <w:tabs>
          <w:tab w:val="num" w:pos="1440"/>
        </w:tabs>
        <w:spacing w:after="120" w:line="240" w:lineRule="auto"/>
        <w:rPr>
          <w:rFonts w:cs="Arial"/>
          <w:szCs w:val="24"/>
        </w:rPr>
      </w:pPr>
      <w:r w:rsidRPr="005109D6">
        <w:rPr>
          <w:rFonts w:cs="Arial"/>
          <w:b/>
          <w:bCs/>
          <w:szCs w:val="24"/>
        </w:rPr>
        <w:t>Publisher:</w:t>
      </w:r>
      <w:r w:rsidRPr="005109D6">
        <w:rPr>
          <w:rFonts w:cs="Arial"/>
          <w:szCs w:val="24"/>
        </w:rPr>
        <w:t xml:space="preserve"> Ilex Press / Octopus</w:t>
      </w:r>
    </w:p>
    <w:p w14:paraId="256D77FD" w14:textId="77777777" w:rsidR="005109D6" w:rsidRPr="005109D6" w:rsidRDefault="005109D6" w:rsidP="005109D6">
      <w:pPr>
        <w:numPr>
          <w:ilvl w:val="1"/>
          <w:numId w:val="99"/>
        </w:numPr>
        <w:tabs>
          <w:tab w:val="num" w:pos="1440"/>
        </w:tabs>
        <w:spacing w:after="120" w:line="240" w:lineRule="auto"/>
        <w:rPr>
          <w:rFonts w:cs="Arial"/>
          <w:szCs w:val="24"/>
        </w:rPr>
      </w:pPr>
      <w:r w:rsidRPr="005109D6">
        <w:rPr>
          <w:rFonts w:cs="Arial"/>
          <w:b/>
          <w:bCs/>
          <w:szCs w:val="24"/>
        </w:rPr>
        <w:t>Cost:</w:t>
      </w:r>
      <w:r w:rsidRPr="005109D6">
        <w:rPr>
          <w:rFonts w:cs="Arial"/>
          <w:szCs w:val="24"/>
        </w:rPr>
        <w:t xml:space="preserve"> </w:t>
      </w:r>
      <w:r w:rsidRPr="005109D6">
        <w:rPr>
          <w:rFonts w:cs="Arial"/>
          <w:b/>
          <w:bCs/>
          <w:szCs w:val="24"/>
        </w:rPr>
        <w:t>$24.44</w:t>
      </w:r>
    </w:p>
    <w:p w14:paraId="73A0FB99" w14:textId="77777777" w:rsidR="005109D6" w:rsidRPr="005109D6" w:rsidRDefault="005109D6" w:rsidP="005109D6">
      <w:pPr>
        <w:numPr>
          <w:ilvl w:val="0"/>
          <w:numId w:val="99"/>
        </w:numPr>
        <w:spacing w:after="120" w:line="240" w:lineRule="auto"/>
        <w:rPr>
          <w:rFonts w:cs="Arial"/>
          <w:szCs w:val="24"/>
        </w:rPr>
      </w:pPr>
      <w:hyperlink r:id="rId21" w:tgtFrame="_blank" w:history="1">
        <w:r w:rsidRPr="005109D6">
          <w:rPr>
            <w:rStyle w:val="Hyperlink"/>
            <w:rFonts w:cs="Arial"/>
            <w:b/>
            <w:bCs/>
            <w:szCs w:val="24"/>
          </w:rPr>
          <w:t>Drones: The Professional Drone Pilot's Manual</w:t>
        </w:r>
      </w:hyperlink>
      <w:r w:rsidRPr="005109D6">
        <w:rPr>
          <w:rFonts w:cs="Arial"/>
          <w:szCs w:val="24"/>
        </w:rPr>
        <w:t xml:space="preserve"> Focuses on the transition to professional work, including authoring flight reference cards and managing commercial projects.</w:t>
      </w:r>
    </w:p>
    <w:p w14:paraId="01E122DC" w14:textId="77777777" w:rsidR="005109D6" w:rsidRPr="005109D6" w:rsidRDefault="005109D6" w:rsidP="005109D6">
      <w:pPr>
        <w:numPr>
          <w:ilvl w:val="1"/>
          <w:numId w:val="99"/>
        </w:numPr>
        <w:tabs>
          <w:tab w:val="num" w:pos="1440"/>
        </w:tabs>
        <w:spacing w:after="120" w:line="240" w:lineRule="auto"/>
        <w:rPr>
          <w:rFonts w:cs="Arial"/>
          <w:szCs w:val="24"/>
        </w:rPr>
      </w:pPr>
      <w:r w:rsidRPr="005109D6">
        <w:rPr>
          <w:rFonts w:cs="Arial"/>
          <w:b/>
          <w:bCs/>
          <w:szCs w:val="24"/>
        </w:rPr>
        <w:t>Author:</w:t>
      </w:r>
      <w:r w:rsidRPr="005109D6">
        <w:rPr>
          <w:rFonts w:cs="Arial"/>
          <w:szCs w:val="24"/>
        </w:rPr>
        <w:t xml:space="preserve"> Brian Halliday</w:t>
      </w:r>
    </w:p>
    <w:p w14:paraId="3502F238" w14:textId="77777777" w:rsidR="005109D6" w:rsidRPr="005109D6" w:rsidRDefault="005109D6" w:rsidP="005109D6">
      <w:pPr>
        <w:numPr>
          <w:ilvl w:val="1"/>
          <w:numId w:val="99"/>
        </w:numPr>
        <w:tabs>
          <w:tab w:val="num" w:pos="1440"/>
        </w:tabs>
        <w:spacing w:after="120" w:line="240" w:lineRule="auto"/>
        <w:rPr>
          <w:rFonts w:cs="Arial"/>
          <w:szCs w:val="24"/>
        </w:rPr>
      </w:pPr>
      <w:r w:rsidRPr="005109D6">
        <w:rPr>
          <w:rFonts w:cs="Arial"/>
          <w:b/>
          <w:bCs/>
          <w:szCs w:val="24"/>
        </w:rPr>
        <w:t>Publisher:</w:t>
      </w:r>
      <w:r w:rsidRPr="005109D6">
        <w:rPr>
          <w:rFonts w:cs="Arial"/>
          <w:szCs w:val="24"/>
        </w:rPr>
        <w:t xml:space="preserve"> CreateSpace</w:t>
      </w:r>
    </w:p>
    <w:p w14:paraId="4D130CD6" w14:textId="77777777" w:rsidR="005109D6" w:rsidRPr="005109D6" w:rsidRDefault="005109D6" w:rsidP="005109D6">
      <w:pPr>
        <w:numPr>
          <w:ilvl w:val="1"/>
          <w:numId w:val="99"/>
        </w:numPr>
        <w:tabs>
          <w:tab w:val="num" w:pos="1440"/>
        </w:tabs>
        <w:spacing w:after="120" w:line="240" w:lineRule="auto"/>
        <w:rPr>
          <w:rFonts w:cs="Arial"/>
          <w:szCs w:val="24"/>
        </w:rPr>
      </w:pPr>
      <w:r w:rsidRPr="005109D6">
        <w:rPr>
          <w:rFonts w:cs="Arial"/>
          <w:b/>
          <w:bCs/>
          <w:szCs w:val="24"/>
        </w:rPr>
        <w:t>Cost:</w:t>
      </w:r>
      <w:r w:rsidRPr="005109D6">
        <w:rPr>
          <w:rFonts w:cs="Arial"/>
          <w:szCs w:val="24"/>
        </w:rPr>
        <w:t xml:space="preserve"> </w:t>
      </w:r>
      <w:r w:rsidRPr="005109D6">
        <w:rPr>
          <w:rFonts w:cs="Arial"/>
          <w:b/>
          <w:bCs/>
          <w:szCs w:val="24"/>
        </w:rPr>
        <w:t>$13.24</w:t>
      </w:r>
    </w:p>
    <w:p w14:paraId="714B710E" w14:textId="77777777" w:rsidR="005109D6" w:rsidRPr="00A0721F" w:rsidRDefault="005109D6" w:rsidP="005109D6">
      <w:pPr>
        <w:spacing w:after="120" w:line="240" w:lineRule="auto"/>
        <w:rPr>
          <w:rFonts w:cs="Arial"/>
          <w:szCs w:val="24"/>
          <w:lang w:val="en"/>
        </w:rPr>
      </w:pPr>
    </w:p>
    <w:p w14:paraId="2E2B3E94" w14:textId="77777777" w:rsidR="00A0721F" w:rsidRDefault="00A0721F">
      <w:pPr>
        <w:rPr>
          <w:rFonts w:cs="Arial"/>
          <w:b/>
          <w:bCs/>
          <w:szCs w:val="24"/>
          <w:lang w:val="en"/>
        </w:rPr>
      </w:pPr>
      <w:bookmarkStart w:id="3" w:name="_xvlfyu4mqqkj"/>
      <w:bookmarkEnd w:id="3"/>
      <w:r>
        <w:rPr>
          <w:rFonts w:cs="Arial"/>
          <w:b/>
          <w:bCs/>
          <w:szCs w:val="24"/>
          <w:lang w:val="en"/>
        </w:rPr>
        <w:br w:type="page"/>
      </w:r>
    </w:p>
    <w:p w14:paraId="687F588C" w14:textId="77777777" w:rsidR="005109D6" w:rsidRPr="005109D6" w:rsidRDefault="005109D6" w:rsidP="005109D6">
      <w:pPr>
        <w:spacing w:after="0" w:line="240" w:lineRule="auto"/>
        <w:rPr>
          <w:rFonts w:cs="Arial"/>
          <w:b/>
          <w:bCs/>
          <w:color w:val="004F88"/>
          <w:szCs w:val="24"/>
        </w:rPr>
      </w:pPr>
      <w:r w:rsidRPr="005109D6">
        <w:rPr>
          <w:rFonts w:cs="Arial"/>
          <w:b/>
          <w:bCs/>
          <w:color w:val="004F88"/>
          <w:szCs w:val="24"/>
        </w:rPr>
        <w:lastRenderedPageBreak/>
        <w:t>Safety Checklists and Guidelines</w:t>
      </w:r>
    </w:p>
    <w:p w14:paraId="352E1192" w14:textId="46018715" w:rsidR="005109D6" w:rsidRPr="005109D6" w:rsidRDefault="005109D6" w:rsidP="005109D6">
      <w:pPr>
        <w:numPr>
          <w:ilvl w:val="0"/>
          <w:numId w:val="103"/>
        </w:numPr>
        <w:tabs>
          <w:tab w:val="clear" w:pos="1080"/>
        </w:tabs>
        <w:spacing w:after="0" w:line="240" w:lineRule="auto"/>
        <w:ind w:left="720"/>
        <w:rPr>
          <w:rFonts w:cs="Arial"/>
          <w:b/>
          <w:bCs/>
          <w:szCs w:val="24"/>
        </w:rPr>
      </w:pPr>
      <w:hyperlink r:id="rId22" w:history="1">
        <w:r w:rsidRPr="005109D6">
          <w:rPr>
            <w:rStyle w:val="Hyperlink"/>
            <w:rFonts w:cs="Arial"/>
            <w:b/>
            <w:bCs/>
            <w:szCs w:val="24"/>
          </w:rPr>
          <w:t>FAA Drone Safety Checklists</w:t>
        </w:r>
      </w:hyperlink>
    </w:p>
    <w:p w14:paraId="4364D1B3" w14:textId="77777777" w:rsidR="005109D6" w:rsidRPr="005109D6" w:rsidRDefault="005109D6" w:rsidP="005109D6">
      <w:pPr>
        <w:spacing w:after="0" w:line="240" w:lineRule="auto"/>
        <w:ind w:left="720"/>
        <w:rPr>
          <w:rFonts w:cs="Arial"/>
          <w:szCs w:val="24"/>
        </w:rPr>
      </w:pPr>
      <w:r w:rsidRPr="005109D6">
        <w:rPr>
          <w:rFonts w:cs="Arial"/>
          <w:szCs w:val="24"/>
        </w:rPr>
        <w:t>Includes guidance for:</w:t>
      </w:r>
    </w:p>
    <w:p w14:paraId="0DCD9AB2" w14:textId="77777777" w:rsidR="005109D6" w:rsidRPr="005109D6" w:rsidRDefault="005109D6" w:rsidP="005109D6">
      <w:pPr>
        <w:numPr>
          <w:ilvl w:val="0"/>
          <w:numId w:val="100"/>
        </w:numPr>
        <w:tabs>
          <w:tab w:val="clear" w:pos="720"/>
          <w:tab w:val="num" w:pos="1440"/>
        </w:tabs>
        <w:spacing w:after="0" w:line="240" w:lineRule="auto"/>
        <w:ind w:left="1440"/>
        <w:rPr>
          <w:rFonts w:cs="Arial"/>
          <w:szCs w:val="24"/>
        </w:rPr>
      </w:pPr>
      <w:r w:rsidRPr="005109D6">
        <w:rPr>
          <w:rFonts w:cs="Arial"/>
          <w:szCs w:val="24"/>
        </w:rPr>
        <w:t>Pre-flight safety checks</w:t>
      </w:r>
    </w:p>
    <w:p w14:paraId="23B449E6" w14:textId="77777777" w:rsidR="005109D6" w:rsidRPr="005109D6" w:rsidRDefault="005109D6" w:rsidP="005109D6">
      <w:pPr>
        <w:numPr>
          <w:ilvl w:val="0"/>
          <w:numId w:val="100"/>
        </w:numPr>
        <w:tabs>
          <w:tab w:val="clear" w:pos="720"/>
          <w:tab w:val="num" w:pos="1440"/>
        </w:tabs>
        <w:spacing w:after="0" w:line="240" w:lineRule="auto"/>
        <w:ind w:left="1440"/>
        <w:rPr>
          <w:rFonts w:cs="Arial"/>
          <w:szCs w:val="24"/>
        </w:rPr>
      </w:pPr>
      <w:r w:rsidRPr="005109D6">
        <w:rPr>
          <w:rFonts w:cs="Arial"/>
          <w:szCs w:val="24"/>
        </w:rPr>
        <w:t>In-flight operational awareness</w:t>
      </w:r>
    </w:p>
    <w:p w14:paraId="5683CEFA" w14:textId="77777777" w:rsidR="005109D6" w:rsidRPr="005109D6" w:rsidRDefault="005109D6" w:rsidP="005109D6">
      <w:pPr>
        <w:numPr>
          <w:ilvl w:val="0"/>
          <w:numId w:val="100"/>
        </w:numPr>
        <w:tabs>
          <w:tab w:val="clear" w:pos="720"/>
          <w:tab w:val="num" w:pos="1440"/>
        </w:tabs>
        <w:spacing w:after="0" w:line="240" w:lineRule="auto"/>
        <w:ind w:left="1440"/>
        <w:rPr>
          <w:rFonts w:cs="Arial"/>
          <w:szCs w:val="24"/>
        </w:rPr>
      </w:pPr>
      <w:r w:rsidRPr="005109D6">
        <w:rPr>
          <w:rFonts w:cs="Arial"/>
          <w:szCs w:val="24"/>
        </w:rPr>
        <w:t>Post-flight procedures</w:t>
      </w:r>
    </w:p>
    <w:p w14:paraId="22417CC6" w14:textId="77777777" w:rsidR="005109D6" w:rsidRDefault="005109D6" w:rsidP="005109D6">
      <w:pPr>
        <w:spacing w:after="0" w:line="240" w:lineRule="auto"/>
        <w:rPr>
          <w:rFonts w:cs="Arial"/>
          <w:szCs w:val="24"/>
        </w:rPr>
      </w:pPr>
    </w:p>
    <w:p w14:paraId="61C07FFF" w14:textId="43A8152F" w:rsidR="005109D6" w:rsidRPr="005109D6" w:rsidRDefault="005109D6" w:rsidP="00EC25FE">
      <w:pPr>
        <w:numPr>
          <w:ilvl w:val="0"/>
          <w:numId w:val="103"/>
        </w:numPr>
        <w:tabs>
          <w:tab w:val="clear" w:pos="1080"/>
        </w:tabs>
        <w:spacing w:after="0" w:line="240" w:lineRule="auto"/>
        <w:ind w:left="720"/>
        <w:rPr>
          <w:rFonts w:cs="Arial"/>
          <w:b/>
          <w:bCs/>
          <w:color w:val="004F88"/>
          <w:szCs w:val="24"/>
        </w:rPr>
      </w:pPr>
      <w:r w:rsidRPr="005109D6">
        <w:rPr>
          <w:rFonts w:cs="Arial"/>
          <w:b/>
          <w:bCs/>
          <w:color w:val="004F88"/>
          <w:szCs w:val="24"/>
        </w:rPr>
        <w:t>Safety Protocol Guidelines (Instructor-Developed)</w:t>
      </w:r>
    </w:p>
    <w:p w14:paraId="30FB4F80" w14:textId="77777777" w:rsidR="005109D6" w:rsidRPr="005109D6" w:rsidRDefault="005109D6" w:rsidP="00EC25FE">
      <w:pPr>
        <w:spacing w:after="0" w:line="240" w:lineRule="auto"/>
        <w:ind w:left="720"/>
        <w:rPr>
          <w:rFonts w:cs="Arial"/>
          <w:szCs w:val="24"/>
        </w:rPr>
      </w:pPr>
      <w:r w:rsidRPr="005109D6">
        <w:rPr>
          <w:rFonts w:cs="Arial"/>
          <w:szCs w:val="24"/>
        </w:rPr>
        <w:t xml:space="preserve">Teachers are encouraged to develop handouts and presentations based on FAA guidance and reputable safety campaigns (such as </w:t>
      </w:r>
      <w:r w:rsidRPr="005109D6">
        <w:rPr>
          <w:rFonts w:cs="Arial"/>
          <w:i/>
          <w:iCs/>
          <w:szCs w:val="24"/>
        </w:rPr>
        <w:t>B4UFLY</w:t>
      </w:r>
      <w:r w:rsidRPr="005109D6">
        <w:rPr>
          <w:rFonts w:cs="Arial"/>
          <w:szCs w:val="24"/>
        </w:rPr>
        <w:t xml:space="preserve"> and </w:t>
      </w:r>
      <w:r w:rsidRPr="005109D6">
        <w:rPr>
          <w:rFonts w:cs="Arial"/>
          <w:i/>
          <w:iCs/>
          <w:szCs w:val="24"/>
        </w:rPr>
        <w:t>Know Before You Fly</w:t>
      </w:r>
      <w:r w:rsidRPr="005109D6">
        <w:rPr>
          <w:rFonts w:cs="Arial"/>
          <w:szCs w:val="24"/>
        </w:rPr>
        <w:t>).</w:t>
      </w:r>
    </w:p>
    <w:p w14:paraId="7C379059" w14:textId="77777777" w:rsidR="00EC25FE" w:rsidRDefault="00EC25FE" w:rsidP="005109D6">
      <w:pPr>
        <w:spacing w:after="0" w:line="240" w:lineRule="auto"/>
        <w:rPr>
          <w:rFonts w:cs="Arial"/>
          <w:szCs w:val="24"/>
        </w:rPr>
      </w:pPr>
    </w:p>
    <w:p w14:paraId="24F5BCC6" w14:textId="7231D14E" w:rsidR="005109D6" w:rsidRPr="005109D6" w:rsidRDefault="005109D6" w:rsidP="005109D6">
      <w:pPr>
        <w:spacing w:after="0" w:line="240" w:lineRule="auto"/>
        <w:rPr>
          <w:rFonts w:cs="Arial"/>
          <w:szCs w:val="24"/>
        </w:rPr>
      </w:pPr>
      <w:r w:rsidRPr="005109D6">
        <w:rPr>
          <w:rFonts w:cs="Arial"/>
          <w:szCs w:val="24"/>
        </w:rPr>
        <w:t>Interactive Simulators</w:t>
      </w:r>
    </w:p>
    <w:p w14:paraId="0257B8D2" w14:textId="77777777" w:rsidR="005109D6" w:rsidRPr="005109D6" w:rsidRDefault="005109D6" w:rsidP="005109D6">
      <w:pPr>
        <w:spacing w:after="0" w:line="240" w:lineRule="auto"/>
        <w:rPr>
          <w:rFonts w:cs="Arial"/>
          <w:szCs w:val="24"/>
        </w:rPr>
      </w:pPr>
      <w:r w:rsidRPr="005109D6">
        <w:rPr>
          <w:rFonts w:cs="Arial"/>
          <w:szCs w:val="24"/>
        </w:rPr>
        <w:t>Drone Simulators</w:t>
      </w:r>
    </w:p>
    <w:p w14:paraId="7A5A0F4D" w14:textId="77777777" w:rsidR="005109D6" w:rsidRPr="005109D6" w:rsidRDefault="005109D6" w:rsidP="005109D6">
      <w:pPr>
        <w:numPr>
          <w:ilvl w:val="0"/>
          <w:numId w:val="101"/>
        </w:numPr>
        <w:spacing w:after="0" w:line="240" w:lineRule="auto"/>
        <w:rPr>
          <w:rFonts w:cs="Arial"/>
          <w:szCs w:val="24"/>
        </w:rPr>
      </w:pPr>
      <w:r w:rsidRPr="005109D6">
        <w:rPr>
          <w:rFonts w:cs="Arial"/>
          <w:szCs w:val="24"/>
        </w:rPr>
        <w:t>DJI Flight Simulator</w:t>
      </w:r>
      <w:r w:rsidRPr="005109D6">
        <w:rPr>
          <w:rFonts w:cs="Arial"/>
          <w:szCs w:val="24"/>
        </w:rPr>
        <w:br/>
      </w:r>
      <w:r w:rsidRPr="005109D6">
        <w:rPr>
          <w:rFonts w:ascii="Segoe UI Emoji" w:hAnsi="Segoe UI Emoji" w:cs="Segoe UI Emoji"/>
          <w:szCs w:val="24"/>
        </w:rPr>
        <w:t>🔗</w:t>
      </w:r>
      <w:r w:rsidRPr="005109D6">
        <w:rPr>
          <w:rFonts w:cs="Arial"/>
          <w:szCs w:val="24"/>
        </w:rPr>
        <w:t xml:space="preserve"> </w:t>
      </w:r>
      <w:hyperlink r:id="rId23" w:tgtFrame="_new" w:history="1">
        <w:r w:rsidRPr="005109D6">
          <w:rPr>
            <w:rStyle w:val="Hyperlink"/>
            <w:rFonts w:cs="Arial"/>
            <w:color w:val="auto"/>
            <w:szCs w:val="24"/>
          </w:rPr>
          <w:t>https://www.dji.com/simulator</w:t>
        </w:r>
      </w:hyperlink>
    </w:p>
    <w:p w14:paraId="6C09F3F5" w14:textId="77777777" w:rsidR="005109D6" w:rsidRPr="005109D6" w:rsidRDefault="005109D6" w:rsidP="005109D6">
      <w:pPr>
        <w:numPr>
          <w:ilvl w:val="0"/>
          <w:numId w:val="101"/>
        </w:numPr>
        <w:spacing w:after="0" w:line="240" w:lineRule="auto"/>
        <w:rPr>
          <w:rFonts w:cs="Arial"/>
          <w:szCs w:val="24"/>
        </w:rPr>
      </w:pPr>
      <w:r w:rsidRPr="005109D6">
        <w:rPr>
          <w:rFonts w:cs="Arial"/>
          <w:szCs w:val="24"/>
        </w:rPr>
        <w:t>RealFlight Drone Simulator</w:t>
      </w:r>
      <w:r w:rsidRPr="005109D6">
        <w:rPr>
          <w:rFonts w:cs="Arial"/>
          <w:szCs w:val="24"/>
        </w:rPr>
        <w:br/>
      </w:r>
      <w:r w:rsidRPr="005109D6">
        <w:rPr>
          <w:rFonts w:ascii="Segoe UI Emoji" w:hAnsi="Segoe UI Emoji" w:cs="Segoe UI Emoji"/>
          <w:szCs w:val="24"/>
        </w:rPr>
        <w:t>🔗</w:t>
      </w:r>
      <w:r w:rsidRPr="005109D6">
        <w:rPr>
          <w:rFonts w:cs="Arial"/>
          <w:szCs w:val="24"/>
        </w:rPr>
        <w:t xml:space="preserve"> </w:t>
      </w:r>
      <w:hyperlink r:id="rId24" w:tgtFrame="_new" w:history="1">
        <w:r w:rsidRPr="005109D6">
          <w:rPr>
            <w:rStyle w:val="Hyperlink"/>
            <w:rFonts w:cs="Arial"/>
            <w:color w:val="auto"/>
            <w:szCs w:val="24"/>
          </w:rPr>
          <w:t>https://www.realflight.com</w:t>
        </w:r>
      </w:hyperlink>
    </w:p>
    <w:p w14:paraId="54E10001" w14:textId="77777777" w:rsidR="005109D6" w:rsidRPr="005109D6" w:rsidRDefault="005109D6" w:rsidP="005109D6">
      <w:pPr>
        <w:spacing w:after="0" w:line="240" w:lineRule="auto"/>
        <w:rPr>
          <w:rFonts w:cs="Arial"/>
          <w:szCs w:val="24"/>
        </w:rPr>
      </w:pPr>
      <w:r w:rsidRPr="005109D6">
        <w:rPr>
          <w:rFonts w:cs="Arial"/>
          <w:szCs w:val="24"/>
        </w:rPr>
        <w:t>Simulators allow students to practice:</w:t>
      </w:r>
    </w:p>
    <w:p w14:paraId="56CA05E5" w14:textId="77777777" w:rsidR="005109D6" w:rsidRPr="005109D6" w:rsidRDefault="005109D6" w:rsidP="005109D6">
      <w:pPr>
        <w:numPr>
          <w:ilvl w:val="0"/>
          <w:numId w:val="102"/>
        </w:numPr>
        <w:spacing w:after="0" w:line="240" w:lineRule="auto"/>
        <w:rPr>
          <w:rFonts w:cs="Arial"/>
          <w:szCs w:val="24"/>
        </w:rPr>
      </w:pPr>
      <w:r w:rsidRPr="005109D6">
        <w:rPr>
          <w:rFonts w:cs="Arial"/>
          <w:szCs w:val="24"/>
        </w:rPr>
        <w:t>Safety decision-making</w:t>
      </w:r>
    </w:p>
    <w:p w14:paraId="1F5112BC" w14:textId="77777777" w:rsidR="005109D6" w:rsidRPr="005109D6" w:rsidRDefault="005109D6" w:rsidP="005109D6">
      <w:pPr>
        <w:numPr>
          <w:ilvl w:val="0"/>
          <w:numId w:val="102"/>
        </w:numPr>
        <w:spacing w:after="0" w:line="240" w:lineRule="auto"/>
        <w:rPr>
          <w:rFonts w:cs="Arial"/>
          <w:szCs w:val="24"/>
        </w:rPr>
      </w:pPr>
      <w:r w:rsidRPr="005109D6">
        <w:rPr>
          <w:rFonts w:cs="Arial"/>
          <w:szCs w:val="24"/>
        </w:rPr>
        <w:t>Emergency procedures</w:t>
      </w:r>
    </w:p>
    <w:p w14:paraId="04488965" w14:textId="77777777" w:rsidR="005109D6" w:rsidRPr="005109D6" w:rsidRDefault="005109D6" w:rsidP="005109D6">
      <w:pPr>
        <w:numPr>
          <w:ilvl w:val="0"/>
          <w:numId w:val="102"/>
        </w:numPr>
        <w:spacing w:after="0" w:line="240" w:lineRule="auto"/>
        <w:rPr>
          <w:rFonts w:cs="Arial"/>
          <w:szCs w:val="24"/>
        </w:rPr>
      </w:pPr>
      <w:r w:rsidRPr="005109D6">
        <w:rPr>
          <w:rFonts w:cs="Arial"/>
          <w:szCs w:val="24"/>
        </w:rPr>
        <w:t>Risk-free flight operations</w:t>
      </w:r>
    </w:p>
    <w:p w14:paraId="6DCBAC06" w14:textId="77777777" w:rsidR="005109D6" w:rsidRPr="005109D6" w:rsidRDefault="005109D6" w:rsidP="005109D6">
      <w:pPr>
        <w:spacing w:after="0" w:line="240" w:lineRule="auto"/>
        <w:rPr>
          <w:rFonts w:cs="Arial"/>
          <w:szCs w:val="24"/>
        </w:rPr>
      </w:pPr>
      <w:r w:rsidRPr="005109D6">
        <w:rPr>
          <w:rFonts w:cs="Arial"/>
          <w:szCs w:val="24"/>
        </w:rPr>
        <w:pict w14:anchorId="0D113733">
          <v:rect id="_x0000_i1105" style="width:0;height:1.5pt" o:hralign="center" o:hrstd="t" o:hr="t" fillcolor="#a0a0a0" stroked="f"/>
        </w:pict>
      </w:r>
    </w:p>
    <w:p w14:paraId="39935532" w14:textId="77777777" w:rsidR="005109D6" w:rsidRPr="005109D6" w:rsidRDefault="005109D6" w:rsidP="005109D6">
      <w:pPr>
        <w:spacing w:after="0" w:line="240" w:lineRule="auto"/>
        <w:rPr>
          <w:rFonts w:cs="Arial"/>
          <w:szCs w:val="24"/>
        </w:rPr>
      </w:pPr>
      <w:r w:rsidRPr="005109D6">
        <w:rPr>
          <w:rFonts w:cs="Arial"/>
          <w:szCs w:val="24"/>
        </w:rPr>
        <w:t>Safety Protocol Scenarios</w:t>
      </w:r>
    </w:p>
    <w:p w14:paraId="6438321C" w14:textId="77777777" w:rsidR="005109D6" w:rsidRPr="005109D6" w:rsidRDefault="005109D6" w:rsidP="005109D6">
      <w:pPr>
        <w:spacing w:after="0" w:line="240" w:lineRule="auto"/>
        <w:rPr>
          <w:rFonts w:cs="Arial"/>
          <w:szCs w:val="24"/>
        </w:rPr>
      </w:pPr>
      <w:r w:rsidRPr="005109D6">
        <w:rPr>
          <w:rFonts w:cs="Arial"/>
          <w:szCs w:val="24"/>
        </w:rPr>
        <w:t>Instructors should incorporate simulated scenarios where students identify hazards, apply regulations, and respond to emergency conditions.</w:t>
      </w:r>
    </w:p>
    <w:p w14:paraId="66DA9418" w14:textId="77777777" w:rsidR="005109D6" w:rsidRPr="005109D6" w:rsidRDefault="005109D6" w:rsidP="00A0721F">
      <w:pPr>
        <w:spacing w:after="0" w:line="240" w:lineRule="auto"/>
        <w:rPr>
          <w:rFonts w:cs="Arial"/>
          <w:szCs w:val="24"/>
          <w:lang w:val="en"/>
        </w:rPr>
      </w:pPr>
    </w:p>
    <w:p w14:paraId="7236DA79" w14:textId="77777777" w:rsidR="005109D6" w:rsidRDefault="005109D6" w:rsidP="00A0721F">
      <w:pPr>
        <w:spacing w:after="0" w:line="240" w:lineRule="auto"/>
        <w:rPr>
          <w:rFonts w:cs="Arial"/>
          <w:b/>
          <w:bCs/>
          <w:color w:val="004F88"/>
          <w:szCs w:val="24"/>
          <w:lang w:val="en"/>
        </w:rPr>
      </w:pPr>
    </w:p>
    <w:p w14:paraId="64D66D0F" w14:textId="77777777" w:rsidR="005109D6" w:rsidRDefault="005109D6" w:rsidP="00A0721F">
      <w:pPr>
        <w:spacing w:after="0" w:line="240" w:lineRule="auto"/>
        <w:rPr>
          <w:rFonts w:cs="Arial"/>
          <w:b/>
          <w:bCs/>
          <w:color w:val="004F88"/>
          <w:szCs w:val="24"/>
          <w:lang w:val="en"/>
        </w:rPr>
      </w:pPr>
    </w:p>
    <w:p w14:paraId="3807ACA8" w14:textId="3D684972" w:rsidR="00A0721F" w:rsidRPr="00A0721F" w:rsidRDefault="00A0721F" w:rsidP="00A0721F">
      <w:pPr>
        <w:spacing w:after="0" w:line="240" w:lineRule="auto"/>
        <w:rPr>
          <w:rFonts w:cs="Arial"/>
          <w:b/>
          <w:bCs/>
          <w:color w:val="004F88"/>
          <w:szCs w:val="24"/>
          <w:lang w:val="en"/>
        </w:rPr>
      </w:pPr>
      <w:r w:rsidRPr="00A0721F">
        <w:rPr>
          <w:rFonts w:cs="Arial"/>
          <w:b/>
          <w:bCs/>
          <w:color w:val="004F88"/>
          <w:szCs w:val="24"/>
          <w:lang w:val="en"/>
        </w:rPr>
        <w:t>Interactive Simulations and Games</w:t>
      </w:r>
    </w:p>
    <w:p w14:paraId="1977680C" w14:textId="5348AAFB" w:rsidR="00A0721F" w:rsidRPr="00A0721F" w:rsidRDefault="00EC25FE" w:rsidP="00A0721F">
      <w:pPr>
        <w:numPr>
          <w:ilvl w:val="0"/>
          <w:numId w:val="90"/>
        </w:numPr>
        <w:spacing w:after="0" w:line="240" w:lineRule="auto"/>
        <w:rPr>
          <w:rFonts w:cs="Arial"/>
          <w:szCs w:val="24"/>
          <w:lang w:val="en"/>
        </w:rPr>
      </w:pPr>
      <w:hyperlink r:id="rId25" w:history="1">
        <w:r w:rsidR="00A0721F" w:rsidRPr="00A0721F">
          <w:rPr>
            <w:rStyle w:val="Hyperlink"/>
            <w:rFonts w:cs="Arial"/>
            <w:b/>
            <w:bCs/>
            <w:szCs w:val="24"/>
            <w:lang w:val="en"/>
          </w:rPr>
          <w:t>DJI Flight Simulator:</w:t>
        </w:r>
      </w:hyperlink>
      <w:r w:rsidR="00A0721F" w:rsidRPr="00A0721F">
        <w:rPr>
          <w:rFonts w:cs="Arial"/>
          <w:szCs w:val="24"/>
          <w:lang w:val="en"/>
        </w:rPr>
        <w:t xml:space="preserve"> A professional flight simulator that allows students to practice drone flying and safety in a virtual environment.</w:t>
      </w:r>
    </w:p>
    <w:p w14:paraId="14DF64FC" w14:textId="6504F472" w:rsidR="00A0721F" w:rsidRDefault="00EC25FE" w:rsidP="00EC25FE">
      <w:pPr>
        <w:numPr>
          <w:ilvl w:val="0"/>
          <w:numId w:val="90"/>
        </w:numPr>
        <w:spacing w:after="120" w:line="240" w:lineRule="auto"/>
        <w:rPr>
          <w:rFonts w:cs="Arial"/>
          <w:szCs w:val="24"/>
          <w:lang w:val="en"/>
        </w:rPr>
      </w:pPr>
      <w:hyperlink r:id="rId26" w:history="1">
        <w:r w:rsidR="00A0721F" w:rsidRPr="00A0721F">
          <w:rPr>
            <w:rStyle w:val="Hyperlink"/>
            <w:rFonts w:cs="Arial"/>
            <w:b/>
            <w:bCs/>
            <w:szCs w:val="24"/>
            <w:lang w:val="en"/>
          </w:rPr>
          <w:t>RealFlight Drone Simulator</w:t>
        </w:r>
      </w:hyperlink>
      <w:r w:rsidR="00A0721F" w:rsidRPr="00A0721F">
        <w:rPr>
          <w:rFonts w:cs="Arial"/>
          <w:b/>
          <w:bCs/>
          <w:szCs w:val="24"/>
          <w:lang w:val="en"/>
        </w:rPr>
        <w:t>:</w:t>
      </w:r>
      <w:r w:rsidR="00A0721F" w:rsidRPr="00A0721F">
        <w:rPr>
          <w:rFonts w:cs="Arial"/>
          <w:szCs w:val="24"/>
          <w:lang w:val="en"/>
        </w:rPr>
        <w:t xml:space="preserve"> Offers a comprehensive simulator for practicing drone maneuvers and safety protocols.</w:t>
      </w:r>
    </w:p>
    <w:p w14:paraId="7F5757BA" w14:textId="77777777" w:rsidR="00EC25FE" w:rsidRPr="005109D6" w:rsidRDefault="00EC25FE" w:rsidP="00EC25FE">
      <w:pPr>
        <w:spacing w:after="0" w:line="240" w:lineRule="auto"/>
        <w:ind w:left="720"/>
        <w:rPr>
          <w:rFonts w:cs="Arial"/>
          <w:szCs w:val="24"/>
        </w:rPr>
      </w:pPr>
      <w:r w:rsidRPr="005109D6">
        <w:rPr>
          <w:rFonts w:cs="Arial"/>
          <w:szCs w:val="24"/>
        </w:rPr>
        <w:t>Simulators allow students to practice:</w:t>
      </w:r>
    </w:p>
    <w:p w14:paraId="54CD8796" w14:textId="77777777" w:rsidR="00EC25FE" w:rsidRPr="005109D6" w:rsidRDefault="00EC25FE" w:rsidP="00EC25FE">
      <w:pPr>
        <w:numPr>
          <w:ilvl w:val="0"/>
          <w:numId w:val="90"/>
        </w:numPr>
        <w:spacing w:after="0" w:line="240" w:lineRule="auto"/>
        <w:ind w:left="1440"/>
        <w:rPr>
          <w:rFonts w:cs="Arial"/>
          <w:szCs w:val="24"/>
        </w:rPr>
      </w:pPr>
      <w:r w:rsidRPr="005109D6">
        <w:rPr>
          <w:rFonts w:cs="Arial"/>
          <w:szCs w:val="24"/>
        </w:rPr>
        <w:t>Safety decision-making</w:t>
      </w:r>
    </w:p>
    <w:p w14:paraId="6BD759A2" w14:textId="77777777" w:rsidR="00EC25FE" w:rsidRPr="005109D6" w:rsidRDefault="00EC25FE" w:rsidP="00EC25FE">
      <w:pPr>
        <w:numPr>
          <w:ilvl w:val="0"/>
          <w:numId w:val="90"/>
        </w:numPr>
        <w:spacing w:after="0" w:line="240" w:lineRule="auto"/>
        <w:ind w:left="1440"/>
        <w:rPr>
          <w:rFonts w:cs="Arial"/>
          <w:szCs w:val="24"/>
        </w:rPr>
      </w:pPr>
      <w:r w:rsidRPr="005109D6">
        <w:rPr>
          <w:rFonts w:cs="Arial"/>
          <w:szCs w:val="24"/>
        </w:rPr>
        <w:t>Emergency procedures</w:t>
      </w:r>
    </w:p>
    <w:p w14:paraId="3F969B61" w14:textId="77777777" w:rsidR="00EC25FE" w:rsidRDefault="00EC25FE" w:rsidP="00EC25FE">
      <w:pPr>
        <w:numPr>
          <w:ilvl w:val="0"/>
          <w:numId w:val="90"/>
        </w:numPr>
        <w:spacing w:after="120" w:line="240" w:lineRule="auto"/>
        <w:ind w:left="1440"/>
        <w:rPr>
          <w:rFonts w:cs="Arial"/>
          <w:szCs w:val="24"/>
        </w:rPr>
      </w:pPr>
      <w:r w:rsidRPr="005109D6">
        <w:rPr>
          <w:rFonts w:cs="Arial"/>
          <w:szCs w:val="24"/>
        </w:rPr>
        <w:t>Risk-free flight operations</w:t>
      </w:r>
    </w:p>
    <w:p w14:paraId="6F1C57B5" w14:textId="77777777" w:rsidR="00EC25FE" w:rsidRPr="005109D6" w:rsidRDefault="00EC25FE" w:rsidP="00EC25FE">
      <w:pPr>
        <w:spacing w:after="0" w:line="240" w:lineRule="auto"/>
        <w:ind w:left="720"/>
        <w:rPr>
          <w:rFonts w:cs="Arial"/>
          <w:color w:val="004F88"/>
          <w:szCs w:val="24"/>
        </w:rPr>
      </w:pPr>
      <w:r w:rsidRPr="005109D6">
        <w:rPr>
          <w:rFonts w:cs="Arial"/>
          <w:color w:val="004F88"/>
          <w:szCs w:val="24"/>
        </w:rPr>
        <w:t>Safety Protocol Scenarios</w:t>
      </w:r>
    </w:p>
    <w:p w14:paraId="2D5DB6D6" w14:textId="77777777" w:rsidR="00EC25FE" w:rsidRPr="005109D6" w:rsidRDefault="00EC25FE" w:rsidP="00EC25FE">
      <w:pPr>
        <w:spacing w:after="0" w:line="240" w:lineRule="auto"/>
        <w:ind w:left="720"/>
        <w:rPr>
          <w:rFonts w:cs="Arial"/>
          <w:szCs w:val="24"/>
        </w:rPr>
      </w:pPr>
      <w:r w:rsidRPr="005109D6">
        <w:rPr>
          <w:rFonts w:cs="Arial"/>
          <w:szCs w:val="24"/>
        </w:rPr>
        <w:t>Instructors should incorporate simulated scenarios where students identify hazards, apply regulations, and respond to emergency conditions.</w:t>
      </w:r>
    </w:p>
    <w:p w14:paraId="7F3C01C9" w14:textId="77777777" w:rsidR="00EC25FE" w:rsidRPr="005109D6" w:rsidRDefault="00EC25FE" w:rsidP="00EC25FE">
      <w:pPr>
        <w:spacing w:after="0" w:line="240" w:lineRule="auto"/>
        <w:ind w:left="720"/>
        <w:rPr>
          <w:rFonts w:cs="Arial"/>
          <w:szCs w:val="24"/>
          <w:lang w:val="en"/>
        </w:rPr>
      </w:pPr>
    </w:p>
    <w:p w14:paraId="2B54CBD4" w14:textId="77777777" w:rsidR="00EC25FE" w:rsidRPr="005109D6" w:rsidRDefault="00EC25FE" w:rsidP="00EC25FE">
      <w:pPr>
        <w:spacing w:after="0" w:line="240" w:lineRule="auto"/>
        <w:ind w:left="1440"/>
        <w:rPr>
          <w:rFonts w:cs="Arial"/>
          <w:szCs w:val="24"/>
        </w:rPr>
      </w:pPr>
    </w:p>
    <w:p w14:paraId="24912C3A" w14:textId="77777777" w:rsidR="00EC25FE" w:rsidRPr="00A0721F" w:rsidRDefault="00EC25FE" w:rsidP="00EC25FE">
      <w:pPr>
        <w:spacing w:after="120" w:line="240" w:lineRule="auto"/>
        <w:rPr>
          <w:rFonts w:cs="Arial"/>
          <w:szCs w:val="24"/>
          <w:lang w:val="en"/>
        </w:rPr>
      </w:pPr>
    </w:p>
    <w:p w14:paraId="4B961002" w14:textId="77777777" w:rsidR="00EC25FE" w:rsidRDefault="00EC25FE">
      <w:pPr>
        <w:rPr>
          <w:rFonts w:cs="Arial"/>
          <w:b/>
          <w:bCs/>
          <w:color w:val="004F88"/>
          <w:szCs w:val="24"/>
          <w:lang w:val="en"/>
        </w:rPr>
      </w:pPr>
      <w:bookmarkStart w:id="4" w:name="_pme0ef9mzlio"/>
      <w:bookmarkEnd w:id="4"/>
      <w:r>
        <w:rPr>
          <w:rFonts w:cs="Arial"/>
          <w:b/>
          <w:bCs/>
          <w:color w:val="004F88"/>
          <w:szCs w:val="24"/>
          <w:lang w:val="en"/>
        </w:rPr>
        <w:br w:type="page"/>
      </w:r>
    </w:p>
    <w:p w14:paraId="5931DC1B" w14:textId="7DD0BAAA" w:rsidR="00A0721F" w:rsidRPr="00A0721F" w:rsidRDefault="00A0721F" w:rsidP="00A0721F">
      <w:pPr>
        <w:spacing w:after="0" w:line="240" w:lineRule="auto"/>
        <w:rPr>
          <w:rFonts w:cs="Arial"/>
          <w:b/>
          <w:bCs/>
          <w:color w:val="004F88"/>
          <w:szCs w:val="24"/>
          <w:lang w:val="en"/>
        </w:rPr>
      </w:pPr>
      <w:r w:rsidRPr="00A0721F">
        <w:rPr>
          <w:rFonts w:cs="Arial"/>
          <w:b/>
          <w:bCs/>
          <w:color w:val="004F88"/>
          <w:szCs w:val="24"/>
          <w:lang w:val="en"/>
        </w:rPr>
        <w:lastRenderedPageBreak/>
        <w:t>Community and Networking</w:t>
      </w:r>
    </w:p>
    <w:p w14:paraId="2D87C89E" w14:textId="0B2B55F1" w:rsidR="00EC25FE" w:rsidRPr="00EC25FE" w:rsidRDefault="00EC25FE" w:rsidP="00EC25FE">
      <w:pPr>
        <w:numPr>
          <w:ilvl w:val="0"/>
          <w:numId w:val="103"/>
        </w:numPr>
        <w:tabs>
          <w:tab w:val="clear" w:pos="1080"/>
        </w:tabs>
        <w:spacing w:after="0" w:line="240" w:lineRule="auto"/>
        <w:ind w:left="720"/>
        <w:rPr>
          <w:rFonts w:cs="Arial"/>
          <w:b/>
          <w:bCs/>
          <w:szCs w:val="24"/>
        </w:rPr>
      </w:pPr>
      <w:hyperlink r:id="rId27" w:history="1">
        <w:r w:rsidRPr="00EC25FE">
          <w:rPr>
            <w:rStyle w:val="Hyperlink"/>
            <w:rFonts w:cs="Arial"/>
            <w:b/>
            <w:bCs/>
            <w:szCs w:val="24"/>
          </w:rPr>
          <w:t>Academy of Model Aeronautics</w:t>
        </w:r>
      </w:hyperlink>
      <w:r w:rsidRPr="00EC25FE">
        <w:rPr>
          <w:rFonts w:cs="Arial"/>
          <w:b/>
          <w:bCs/>
          <w:szCs w:val="24"/>
        </w:rPr>
        <w:t xml:space="preserve"> (AMA)</w:t>
      </w:r>
    </w:p>
    <w:p w14:paraId="4D2816A9" w14:textId="77777777" w:rsidR="00EC25FE" w:rsidRPr="00EC25FE" w:rsidRDefault="00EC25FE" w:rsidP="00EC25FE">
      <w:pPr>
        <w:spacing w:after="0" w:line="240" w:lineRule="auto"/>
        <w:ind w:left="720"/>
        <w:rPr>
          <w:rFonts w:cs="Arial"/>
          <w:szCs w:val="24"/>
        </w:rPr>
      </w:pPr>
      <w:r w:rsidRPr="00EC25FE">
        <w:rPr>
          <w:rFonts w:cs="Arial"/>
          <w:szCs w:val="24"/>
        </w:rPr>
        <w:t>Provides:</w:t>
      </w:r>
    </w:p>
    <w:p w14:paraId="15FA3341" w14:textId="77777777" w:rsidR="00EC25FE" w:rsidRPr="00EC25FE" w:rsidRDefault="00EC25FE" w:rsidP="00EC25FE">
      <w:pPr>
        <w:numPr>
          <w:ilvl w:val="0"/>
          <w:numId w:val="104"/>
        </w:numPr>
        <w:tabs>
          <w:tab w:val="clear" w:pos="720"/>
          <w:tab w:val="num" w:pos="1440"/>
        </w:tabs>
        <w:spacing w:after="0" w:line="240" w:lineRule="auto"/>
        <w:ind w:left="1440"/>
        <w:rPr>
          <w:rFonts w:cs="Arial"/>
          <w:szCs w:val="24"/>
        </w:rPr>
      </w:pPr>
      <w:r w:rsidRPr="00EC25FE">
        <w:rPr>
          <w:rFonts w:cs="Arial"/>
          <w:szCs w:val="24"/>
        </w:rPr>
        <w:t>Safety codes</w:t>
      </w:r>
    </w:p>
    <w:p w14:paraId="3A8D00A2" w14:textId="77777777" w:rsidR="00EC25FE" w:rsidRPr="00EC25FE" w:rsidRDefault="00EC25FE" w:rsidP="00EC25FE">
      <w:pPr>
        <w:numPr>
          <w:ilvl w:val="0"/>
          <w:numId w:val="104"/>
        </w:numPr>
        <w:tabs>
          <w:tab w:val="clear" w:pos="720"/>
          <w:tab w:val="num" w:pos="1440"/>
        </w:tabs>
        <w:spacing w:after="0" w:line="240" w:lineRule="auto"/>
        <w:ind w:left="1440"/>
        <w:rPr>
          <w:rFonts w:cs="Arial"/>
          <w:szCs w:val="24"/>
        </w:rPr>
      </w:pPr>
      <w:r w:rsidRPr="00EC25FE">
        <w:rPr>
          <w:rFonts w:cs="Arial"/>
          <w:szCs w:val="24"/>
        </w:rPr>
        <w:t>Educational resources</w:t>
      </w:r>
    </w:p>
    <w:p w14:paraId="4E5E0D49" w14:textId="77777777" w:rsidR="00EC25FE" w:rsidRPr="00EC25FE" w:rsidRDefault="00EC25FE" w:rsidP="00EC25FE">
      <w:pPr>
        <w:numPr>
          <w:ilvl w:val="0"/>
          <w:numId w:val="104"/>
        </w:numPr>
        <w:tabs>
          <w:tab w:val="clear" w:pos="720"/>
          <w:tab w:val="num" w:pos="1440"/>
        </w:tabs>
        <w:spacing w:after="0" w:line="240" w:lineRule="auto"/>
        <w:ind w:left="1440"/>
        <w:rPr>
          <w:rFonts w:cs="Arial"/>
          <w:szCs w:val="24"/>
        </w:rPr>
      </w:pPr>
      <w:r w:rsidRPr="00EC25FE">
        <w:rPr>
          <w:rFonts w:cs="Arial"/>
          <w:szCs w:val="24"/>
        </w:rPr>
        <w:t>Access to local clubs and mentors</w:t>
      </w:r>
    </w:p>
    <w:p w14:paraId="43E711A7" w14:textId="77777777" w:rsidR="00EC25FE" w:rsidRDefault="00EC25FE" w:rsidP="00EC25FE">
      <w:pPr>
        <w:spacing w:after="0" w:line="240" w:lineRule="auto"/>
        <w:rPr>
          <w:rFonts w:cs="Arial"/>
          <w:szCs w:val="24"/>
        </w:rPr>
      </w:pPr>
    </w:p>
    <w:p w14:paraId="23B0C32B" w14:textId="56EB1D15" w:rsidR="00EC25FE" w:rsidRPr="00EC25FE" w:rsidRDefault="00EC25FE" w:rsidP="00F1559E">
      <w:pPr>
        <w:numPr>
          <w:ilvl w:val="0"/>
          <w:numId w:val="103"/>
        </w:numPr>
        <w:tabs>
          <w:tab w:val="clear" w:pos="1080"/>
        </w:tabs>
        <w:spacing w:after="0" w:line="240" w:lineRule="auto"/>
        <w:ind w:left="720"/>
        <w:rPr>
          <w:rFonts w:cs="Arial"/>
          <w:b/>
          <w:bCs/>
          <w:szCs w:val="24"/>
        </w:rPr>
      </w:pPr>
      <w:hyperlink r:id="rId28" w:history="1">
        <w:r w:rsidRPr="00EC25FE">
          <w:rPr>
            <w:rStyle w:val="Hyperlink"/>
            <w:rFonts w:cs="Arial"/>
            <w:b/>
            <w:bCs/>
            <w:szCs w:val="24"/>
          </w:rPr>
          <w:t>Local Drone Clubs</w:t>
        </w:r>
      </w:hyperlink>
    </w:p>
    <w:p w14:paraId="4C3A51A2" w14:textId="7ADEFC58" w:rsidR="00EC25FE" w:rsidRPr="00EC25FE" w:rsidRDefault="00EC25FE" w:rsidP="00EC25FE">
      <w:pPr>
        <w:spacing w:after="0" w:line="240" w:lineRule="auto"/>
        <w:ind w:left="720"/>
        <w:rPr>
          <w:rFonts w:cs="Arial"/>
          <w:szCs w:val="24"/>
        </w:rPr>
      </w:pPr>
      <w:r w:rsidRPr="00EC25FE">
        <w:rPr>
          <w:rFonts w:cs="Arial"/>
          <w:szCs w:val="24"/>
        </w:rPr>
        <w:t>Students can connect with experienced pilots and observe safe, compliant drone operations.</w:t>
      </w:r>
      <w:r w:rsidR="00F1559E">
        <w:rPr>
          <w:rFonts w:cs="Arial"/>
          <w:szCs w:val="24"/>
        </w:rPr>
        <w:t xml:space="preserve"> </w:t>
      </w:r>
      <w:r w:rsidR="00F1559E" w:rsidRPr="00A0721F">
        <w:rPr>
          <w:rFonts w:cs="Arial"/>
          <w:szCs w:val="24"/>
          <w:lang w:val="en"/>
        </w:rPr>
        <w:t>Search for local drone clubs through the AMA website or community resources, where students can connect with experienced pilots and engage in safe flying practices</w:t>
      </w:r>
    </w:p>
    <w:p w14:paraId="279DCABD" w14:textId="4A169019" w:rsidR="00EC25FE" w:rsidRPr="00F1559E" w:rsidRDefault="00EC25FE" w:rsidP="00A0721F">
      <w:pPr>
        <w:spacing w:after="0" w:line="240" w:lineRule="auto"/>
        <w:rPr>
          <w:rFonts w:cs="Arial"/>
          <w:b/>
          <w:bCs/>
          <w:szCs w:val="24"/>
        </w:rPr>
      </w:pPr>
    </w:p>
    <w:p w14:paraId="08AC50F4" w14:textId="7275057B" w:rsidR="00A0721F" w:rsidRPr="00A0721F" w:rsidRDefault="00A0721F" w:rsidP="00A0721F">
      <w:pPr>
        <w:spacing w:after="0" w:line="240" w:lineRule="auto"/>
        <w:rPr>
          <w:rFonts w:cs="Arial"/>
          <w:szCs w:val="24"/>
          <w:lang w:val="en"/>
        </w:rPr>
      </w:pPr>
      <w:r w:rsidRPr="00A0721F">
        <w:rPr>
          <w:rFonts w:cs="Arial"/>
          <w:szCs w:val="24"/>
          <w:lang w:val="en"/>
        </w:rPr>
        <w:t>These resources can help high school students deepen their understanding of drone safety and operations while providing practical knowledge and engaging learning experiences.</w:t>
      </w:r>
    </w:p>
    <w:p w14:paraId="7AF20019" w14:textId="77777777" w:rsidR="00A0721F" w:rsidRDefault="00A0721F" w:rsidP="006C245E">
      <w:pPr>
        <w:spacing w:after="0" w:line="240" w:lineRule="auto"/>
        <w:rPr>
          <w:rFonts w:cs="Arial"/>
          <w:szCs w:val="24"/>
        </w:rPr>
      </w:pPr>
    </w:p>
    <w:sectPr w:rsidR="00A0721F" w:rsidSect="006C245E">
      <w:headerReference w:type="default" r:id="rId29"/>
      <w:footerReference w:type="default" r:id="rId30"/>
      <w:headerReference w:type="first" r:id="rId31"/>
      <w:footerReference w:type="first" r:id="rId32"/>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1CDE6" w14:textId="77777777" w:rsidR="0086120A" w:rsidRDefault="0086120A">
      <w:pPr>
        <w:spacing w:after="0" w:line="240" w:lineRule="auto"/>
      </w:pPr>
      <w:r>
        <w:separator/>
      </w:r>
    </w:p>
  </w:endnote>
  <w:endnote w:type="continuationSeparator" w:id="0">
    <w:p w14:paraId="2EB9E770" w14:textId="77777777" w:rsidR="0086120A" w:rsidRDefault="008612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4693" w14:textId="73E4E291" w:rsidR="00ED5734" w:rsidRDefault="00ED5734" w:rsidP="00ED5734">
    <w:pPr>
      <w:pStyle w:val="Footer"/>
    </w:pPr>
    <w:r>
      <w:t>©202</w:t>
    </w:r>
    <w:r w:rsidR="00DD41B6">
      <w:t>6</w:t>
    </w:r>
    <w:r>
      <w:t xml:space="preserve"> DronePilotsForUS</w:t>
    </w:r>
    <w:r>
      <w:tab/>
    </w:r>
    <w:sdt>
      <w:sdtPr>
        <w:id w:val="1130817955"/>
        <w:docPartObj>
          <w:docPartGallery w:val="Page Numbers (Bottom of Page)"/>
          <w:docPartUnique/>
        </w:docPartObj>
      </w:sdtPr>
      <w:sdtEndPr>
        <w:rPr>
          <w:noProof/>
        </w:rPr>
      </w:sdtEndPr>
      <w:sdtContent>
        <w:r w:rsidR="00F378EE">
          <w:tab/>
        </w:r>
        <w:r>
          <w:fldChar w:fldCharType="begin"/>
        </w:r>
        <w:r>
          <w:instrText xml:space="preserve"> PAGE   \* MERGEFORMAT </w:instrText>
        </w:r>
        <w:r>
          <w:fldChar w:fldCharType="separate"/>
        </w:r>
        <w:r>
          <w:rPr>
            <w:noProof/>
          </w:rPr>
          <w:t>2</w:t>
        </w:r>
        <w:r>
          <w:rPr>
            <w:noProof/>
          </w:rPr>
          <w:fldChar w:fldCharType="end"/>
        </w:r>
      </w:sdtContent>
    </w:sdt>
  </w:p>
  <w:p w14:paraId="7C959F18" w14:textId="006EE1F6" w:rsidR="00ED5734" w:rsidRDefault="00ED5734" w:rsidP="00ED5734">
    <w:pPr>
      <w:pStyle w:val="Footer"/>
      <w:tabs>
        <w:tab w:val="clear" w:pos="4680"/>
        <w:tab w:val="clear" w:pos="9360"/>
      </w:tabs>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65290" w14:textId="601B8942" w:rsidR="006C245E" w:rsidRDefault="006C245E" w:rsidP="006C245E">
    <w:pPr>
      <w:pStyle w:val="Footer"/>
    </w:pPr>
    <w:r>
      <w:t>©202</w:t>
    </w:r>
    <w:r>
      <w:t>6</w:t>
    </w:r>
    <w:r>
      <w:t xml:space="preserve"> DronePilotsForUS</w:t>
    </w:r>
    <w:r>
      <w:tab/>
    </w:r>
    <w:sdt>
      <w:sdtPr>
        <w:id w:val="1006944173"/>
        <w:docPartObj>
          <w:docPartGallery w:val="Page Numbers (Bottom of Page)"/>
          <w:docPartUnique/>
        </w:docPartObj>
      </w:sdtPr>
      <w:sdtEndPr>
        <w:rPr>
          <w:noProof/>
        </w:rPr>
      </w:sdtEndPr>
      <w:sdtContent>
        <w:r>
          <w:tab/>
        </w:r>
        <w:r>
          <w:fldChar w:fldCharType="begin"/>
        </w:r>
        <w:r>
          <w:instrText xml:space="preserve"> PAGE   \* MERGEFORMAT </w:instrText>
        </w:r>
        <w:r>
          <w:fldChar w:fldCharType="separate"/>
        </w:r>
        <w:r>
          <w:t>2</w:t>
        </w:r>
        <w:r>
          <w:rPr>
            <w:noProof/>
          </w:rPr>
          <w:fldChar w:fldCharType="end"/>
        </w:r>
      </w:sdtContent>
    </w:sdt>
  </w:p>
  <w:p w14:paraId="0DAA37A1" w14:textId="77777777" w:rsidR="006C245E" w:rsidRDefault="006C245E" w:rsidP="006C245E">
    <w:pPr>
      <w:pStyle w:val="Footer"/>
      <w:tabs>
        <w:tab w:val="clear" w:pos="4680"/>
        <w:tab w:val="clear" w:pos="9360"/>
      </w:tabs>
      <w:jc w:val="both"/>
    </w:pPr>
  </w:p>
  <w:p w14:paraId="114EFB11" w14:textId="77777777" w:rsidR="006C245E" w:rsidRDefault="006C24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853AB" w14:textId="77777777" w:rsidR="0086120A" w:rsidRDefault="0086120A">
      <w:pPr>
        <w:spacing w:after="0" w:line="240" w:lineRule="auto"/>
      </w:pPr>
      <w:r>
        <w:separator/>
      </w:r>
    </w:p>
  </w:footnote>
  <w:footnote w:type="continuationSeparator" w:id="0">
    <w:p w14:paraId="4902F975" w14:textId="77777777" w:rsidR="0086120A" w:rsidRDefault="008612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A4E63" w14:textId="21BA441F" w:rsidR="00DA64A1" w:rsidRDefault="00DA64A1">
    <w:pPr>
      <w:pStyle w:val="Header"/>
    </w:pPr>
  </w:p>
  <w:p w14:paraId="2C2129BB" w14:textId="1C124A55" w:rsidR="005F349B" w:rsidRDefault="005F34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4A0" w:firstRow="1" w:lastRow="0" w:firstColumn="1" w:lastColumn="0" w:noHBand="0" w:noVBand="1"/>
    </w:tblPr>
    <w:tblGrid>
      <w:gridCol w:w="6550"/>
      <w:gridCol w:w="2080"/>
    </w:tblGrid>
    <w:tr w:rsidR="00830861" w14:paraId="4030D5DD" w14:textId="77777777" w:rsidTr="00352AB1">
      <w:tc>
        <w:tcPr>
          <w:tcW w:w="6768" w:type="dxa"/>
        </w:tcPr>
        <w:p w14:paraId="57356E82" w14:textId="05EA0A23" w:rsidR="00960DFE" w:rsidRPr="00DA64A1" w:rsidRDefault="00960DFE" w:rsidP="00A0721F">
          <w:pPr>
            <w:pStyle w:val="Header"/>
            <w:rPr>
              <w:b/>
              <w:bCs/>
            </w:rPr>
          </w:pPr>
          <w:r>
            <w:rPr>
              <w:b/>
              <w:bCs/>
              <w:sz w:val="72"/>
              <w:szCs w:val="56"/>
            </w:rPr>
            <w:t>Teaching Drones</w:t>
          </w:r>
          <w:r w:rsidR="00A0721F">
            <w:rPr>
              <w:b/>
              <w:bCs/>
              <w:sz w:val="72"/>
              <w:szCs w:val="56"/>
            </w:rPr>
            <w:t xml:space="preserve"> Safety - </w:t>
          </w:r>
          <w:r w:rsidR="00A0721F" w:rsidRPr="00A0721F">
            <w:rPr>
              <w:b/>
              <w:bCs/>
              <w:sz w:val="56"/>
              <w:szCs w:val="52"/>
            </w:rPr>
            <w:t xml:space="preserve">Resources </w:t>
          </w:r>
        </w:p>
      </w:tc>
      <w:tc>
        <w:tcPr>
          <w:tcW w:w="2088" w:type="dxa"/>
        </w:tcPr>
        <w:p w14:paraId="37DD4F1D" w14:textId="77777777" w:rsidR="006C245E" w:rsidRDefault="006C245E" w:rsidP="006C245E">
          <w:pPr>
            <w:pStyle w:val="Header"/>
          </w:pPr>
          <w:r>
            <w:rPr>
              <w:noProof/>
            </w:rPr>
            <w:drawing>
              <wp:inline distT="0" distB="0" distL="0" distR="0" wp14:anchorId="2C896052" wp14:editId="6866BC72">
                <wp:extent cx="1100138" cy="733425"/>
                <wp:effectExtent l="0" t="0" r="508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stretch>
                          <a:fillRect/>
                        </a:stretch>
                      </pic:blipFill>
                      <pic:spPr>
                        <a:xfrm>
                          <a:off x="0" y="0"/>
                          <a:ext cx="1117722" cy="745148"/>
                        </a:xfrm>
                        <a:prstGeom prst="rect">
                          <a:avLst/>
                        </a:prstGeom>
                      </pic:spPr>
                    </pic:pic>
                  </a:graphicData>
                </a:graphic>
              </wp:inline>
            </w:drawing>
          </w:r>
        </w:p>
      </w:tc>
    </w:tr>
  </w:tbl>
  <w:p w14:paraId="56304954" w14:textId="77777777" w:rsidR="006C245E" w:rsidRDefault="006C24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B25512"/>
    <w:multiLevelType w:val="hybridMultilevel"/>
    <w:tmpl w:val="AD809D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0D04FC0"/>
    <w:multiLevelType w:val="multilevel"/>
    <w:tmpl w:val="624EDBA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1" w15:restartNumberingAfterBreak="0">
    <w:nsid w:val="00F31797"/>
    <w:multiLevelType w:val="multilevel"/>
    <w:tmpl w:val="3C68BEB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2" w15:restartNumberingAfterBreak="0">
    <w:nsid w:val="012F0B08"/>
    <w:multiLevelType w:val="multilevel"/>
    <w:tmpl w:val="C3426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18E4819"/>
    <w:multiLevelType w:val="multilevel"/>
    <w:tmpl w:val="6576C966"/>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4" w15:restartNumberingAfterBreak="0">
    <w:nsid w:val="036B528C"/>
    <w:multiLevelType w:val="multilevel"/>
    <w:tmpl w:val="FA484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4927754"/>
    <w:multiLevelType w:val="hybridMultilevel"/>
    <w:tmpl w:val="F5F44B8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07626C0D"/>
    <w:multiLevelType w:val="multilevel"/>
    <w:tmpl w:val="C98A26CC"/>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7" w15:restartNumberingAfterBreak="0">
    <w:nsid w:val="07AF689F"/>
    <w:multiLevelType w:val="hybridMultilevel"/>
    <w:tmpl w:val="F9C6D1BA"/>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08375687"/>
    <w:multiLevelType w:val="hybridMultilevel"/>
    <w:tmpl w:val="CD3873FA"/>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089977A6"/>
    <w:multiLevelType w:val="multilevel"/>
    <w:tmpl w:val="BBE4D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F8178F9"/>
    <w:multiLevelType w:val="multilevel"/>
    <w:tmpl w:val="67EC40FC"/>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1" w15:restartNumberingAfterBreak="0">
    <w:nsid w:val="122E16EF"/>
    <w:multiLevelType w:val="multilevel"/>
    <w:tmpl w:val="0DC23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6334514"/>
    <w:multiLevelType w:val="multilevel"/>
    <w:tmpl w:val="987E90B8"/>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3" w15:restartNumberingAfterBreak="0">
    <w:nsid w:val="183A1862"/>
    <w:multiLevelType w:val="multilevel"/>
    <w:tmpl w:val="59C6783C"/>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4" w15:restartNumberingAfterBreak="0">
    <w:nsid w:val="196D3044"/>
    <w:multiLevelType w:val="multilevel"/>
    <w:tmpl w:val="CAF23C0E"/>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5" w15:restartNumberingAfterBreak="0">
    <w:nsid w:val="1A3649B2"/>
    <w:multiLevelType w:val="hybridMultilevel"/>
    <w:tmpl w:val="2656F622"/>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1AF0306C"/>
    <w:multiLevelType w:val="multilevel"/>
    <w:tmpl w:val="A6E40512"/>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7" w15:restartNumberingAfterBreak="0">
    <w:nsid w:val="1B972D75"/>
    <w:multiLevelType w:val="multilevel"/>
    <w:tmpl w:val="32B82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CD019D6"/>
    <w:multiLevelType w:val="multilevel"/>
    <w:tmpl w:val="DFB4B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D4D5918"/>
    <w:multiLevelType w:val="hybridMultilevel"/>
    <w:tmpl w:val="C4044620"/>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222E7458"/>
    <w:multiLevelType w:val="multilevel"/>
    <w:tmpl w:val="386E3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31E72A7"/>
    <w:multiLevelType w:val="multilevel"/>
    <w:tmpl w:val="8668E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39419BD"/>
    <w:multiLevelType w:val="multilevel"/>
    <w:tmpl w:val="47C0F056"/>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lef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lef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left"/>
      <w:pPr>
        <w:ind w:left="6480" w:hanging="360"/>
      </w:pPr>
      <w:rPr>
        <w:strike w:val="0"/>
        <w:dstrike w:val="0"/>
        <w:u w:val="none"/>
        <w:effect w:val="none"/>
      </w:rPr>
    </w:lvl>
  </w:abstractNum>
  <w:abstractNum w:abstractNumId="33" w15:restartNumberingAfterBreak="0">
    <w:nsid w:val="25502BC6"/>
    <w:multiLevelType w:val="multilevel"/>
    <w:tmpl w:val="318C2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5C4010D"/>
    <w:multiLevelType w:val="multilevel"/>
    <w:tmpl w:val="2222F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65A744A"/>
    <w:multiLevelType w:val="multilevel"/>
    <w:tmpl w:val="16A8A0CE"/>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6" w15:restartNumberingAfterBreak="0">
    <w:nsid w:val="26677B64"/>
    <w:multiLevelType w:val="hybridMultilevel"/>
    <w:tmpl w:val="F69AFB2C"/>
    <w:lvl w:ilvl="0" w:tplc="91E46608">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72C017B"/>
    <w:multiLevelType w:val="hybridMultilevel"/>
    <w:tmpl w:val="A78AE9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8893944"/>
    <w:multiLevelType w:val="multilevel"/>
    <w:tmpl w:val="5AC81A36"/>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9" w15:restartNumberingAfterBreak="0">
    <w:nsid w:val="28B44E8F"/>
    <w:multiLevelType w:val="hybridMultilevel"/>
    <w:tmpl w:val="2D185E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A4D14BC"/>
    <w:multiLevelType w:val="multilevel"/>
    <w:tmpl w:val="4644ED64"/>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41" w15:restartNumberingAfterBreak="0">
    <w:nsid w:val="2AEF3D4A"/>
    <w:multiLevelType w:val="multilevel"/>
    <w:tmpl w:val="23F602C2"/>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42" w15:restartNumberingAfterBreak="0">
    <w:nsid w:val="2BF051B8"/>
    <w:multiLevelType w:val="multilevel"/>
    <w:tmpl w:val="75441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BF50673"/>
    <w:multiLevelType w:val="multilevel"/>
    <w:tmpl w:val="59185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E791F1A"/>
    <w:multiLevelType w:val="multilevel"/>
    <w:tmpl w:val="B9268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EEC5B26"/>
    <w:multiLevelType w:val="multilevel"/>
    <w:tmpl w:val="1EDC2C92"/>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46" w15:restartNumberingAfterBreak="0">
    <w:nsid w:val="34AE2B41"/>
    <w:multiLevelType w:val="hybridMultilevel"/>
    <w:tmpl w:val="46A6C6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4DB73F2"/>
    <w:multiLevelType w:val="multilevel"/>
    <w:tmpl w:val="DCD676EC"/>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48" w15:restartNumberingAfterBreak="0">
    <w:nsid w:val="34E44B8A"/>
    <w:multiLevelType w:val="multilevel"/>
    <w:tmpl w:val="819A5064"/>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49" w15:restartNumberingAfterBreak="0">
    <w:nsid w:val="35E267F8"/>
    <w:multiLevelType w:val="hybridMultilevel"/>
    <w:tmpl w:val="530C4BA4"/>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37E17CDF"/>
    <w:multiLevelType w:val="multilevel"/>
    <w:tmpl w:val="9574E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B97515F"/>
    <w:multiLevelType w:val="multilevel"/>
    <w:tmpl w:val="FECA31E0"/>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52" w15:restartNumberingAfterBreak="0">
    <w:nsid w:val="3CE97D96"/>
    <w:multiLevelType w:val="multilevel"/>
    <w:tmpl w:val="60587D6C"/>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3" w15:restartNumberingAfterBreak="0">
    <w:nsid w:val="3D274856"/>
    <w:multiLevelType w:val="multilevel"/>
    <w:tmpl w:val="839A5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FD87F07"/>
    <w:multiLevelType w:val="multilevel"/>
    <w:tmpl w:val="FC1A083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55" w15:restartNumberingAfterBreak="0">
    <w:nsid w:val="41DE2BAF"/>
    <w:multiLevelType w:val="multilevel"/>
    <w:tmpl w:val="3D180DB0"/>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56" w15:restartNumberingAfterBreak="0">
    <w:nsid w:val="42615347"/>
    <w:multiLevelType w:val="hybridMultilevel"/>
    <w:tmpl w:val="031E14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2B97481"/>
    <w:multiLevelType w:val="multilevel"/>
    <w:tmpl w:val="A82C5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4971961"/>
    <w:multiLevelType w:val="multilevel"/>
    <w:tmpl w:val="CC36CFAE"/>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59" w15:restartNumberingAfterBreak="0">
    <w:nsid w:val="44DD2707"/>
    <w:multiLevelType w:val="multilevel"/>
    <w:tmpl w:val="CA1ACEAC"/>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60" w15:restartNumberingAfterBreak="0">
    <w:nsid w:val="4528406C"/>
    <w:multiLevelType w:val="hybridMultilevel"/>
    <w:tmpl w:val="6F847292"/>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454A666D"/>
    <w:multiLevelType w:val="multilevel"/>
    <w:tmpl w:val="625848A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62" w15:restartNumberingAfterBreak="0">
    <w:nsid w:val="47635877"/>
    <w:multiLevelType w:val="hybridMultilevel"/>
    <w:tmpl w:val="4FD4E3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476F2F1A"/>
    <w:multiLevelType w:val="multilevel"/>
    <w:tmpl w:val="4B1E1CDC"/>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64" w15:restartNumberingAfterBreak="0">
    <w:nsid w:val="4A00183B"/>
    <w:multiLevelType w:val="multilevel"/>
    <w:tmpl w:val="8B001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B0C5628"/>
    <w:multiLevelType w:val="multilevel"/>
    <w:tmpl w:val="282C8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F7F0547"/>
    <w:multiLevelType w:val="multilevel"/>
    <w:tmpl w:val="46B4B93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67" w15:restartNumberingAfterBreak="0">
    <w:nsid w:val="4FA836C9"/>
    <w:multiLevelType w:val="multilevel"/>
    <w:tmpl w:val="FDAC5924"/>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68" w15:restartNumberingAfterBreak="0">
    <w:nsid w:val="4FB23503"/>
    <w:multiLevelType w:val="multilevel"/>
    <w:tmpl w:val="DF94C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06A3A0D"/>
    <w:multiLevelType w:val="multilevel"/>
    <w:tmpl w:val="7CE281BC"/>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70" w15:restartNumberingAfterBreak="0">
    <w:nsid w:val="50AB744A"/>
    <w:multiLevelType w:val="multilevel"/>
    <w:tmpl w:val="201655A0"/>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71" w15:restartNumberingAfterBreak="0">
    <w:nsid w:val="50DD6F87"/>
    <w:multiLevelType w:val="multilevel"/>
    <w:tmpl w:val="BDFE6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521367D6"/>
    <w:multiLevelType w:val="multilevel"/>
    <w:tmpl w:val="8E1E8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521E0DB7"/>
    <w:multiLevelType w:val="multilevel"/>
    <w:tmpl w:val="C03E9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52EB4CB9"/>
    <w:multiLevelType w:val="multilevel"/>
    <w:tmpl w:val="15B2C5B2"/>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75" w15:restartNumberingAfterBreak="0">
    <w:nsid w:val="53970D20"/>
    <w:multiLevelType w:val="multilevel"/>
    <w:tmpl w:val="60587D6C"/>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6" w15:restartNumberingAfterBreak="0">
    <w:nsid w:val="54160706"/>
    <w:multiLevelType w:val="multilevel"/>
    <w:tmpl w:val="3A48629E"/>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77" w15:restartNumberingAfterBreak="0">
    <w:nsid w:val="55502860"/>
    <w:multiLevelType w:val="multilevel"/>
    <w:tmpl w:val="68C6E9B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8" w15:restartNumberingAfterBreak="0">
    <w:nsid w:val="55D63DE0"/>
    <w:multiLevelType w:val="multilevel"/>
    <w:tmpl w:val="08785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570D598A"/>
    <w:multiLevelType w:val="multilevel"/>
    <w:tmpl w:val="BD2CBB56"/>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80" w15:restartNumberingAfterBreak="0">
    <w:nsid w:val="589D35F9"/>
    <w:multiLevelType w:val="hybridMultilevel"/>
    <w:tmpl w:val="9D08A1C0"/>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5BA226C5"/>
    <w:multiLevelType w:val="hybridMultilevel"/>
    <w:tmpl w:val="5E682856"/>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5CC35CE8"/>
    <w:multiLevelType w:val="multilevel"/>
    <w:tmpl w:val="09FC579C"/>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83" w15:restartNumberingAfterBreak="0">
    <w:nsid w:val="5E104DBC"/>
    <w:multiLevelType w:val="multilevel"/>
    <w:tmpl w:val="FB348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5F561DFE"/>
    <w:multiLevelType w:val="multilevel"/>
    <w:tmpl w:val="9840378E"/>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85" w15:restartNumberingAfterBreak="0">
    <w:nsid w:val="607D55D5"/>
    <w:multiLevelType w:val="multilevel"/>
    <w:tmpl w:val="059CA434"/>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86" w15:restartNumberingAfterBreak="0">
    <w:nsid w:val="622A2B22"/>
    <w:multiLevelType w:val="hybridMultilevel"/>
    <w:tmpl w:val="39444028"/>
    <w:lvl w:ilvl="0" w:tplc="91E46608">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645277D3"/>
    <w:multiLevelType w:val="multilevel"/>
    <w:tmpl w:val="51860A0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88" w15:restartNumberingAfterBreak="0">
    <w:nsid w:val="662E4757"/>
    <w:multiLevelType w:val="multilevel"/>
    <w:tmpl w:val="1A56C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66BE40E6"/>
    <w:multiLevelType w:val="hybridMultilevel"/>
    <w:tmpl w:val="741CD7A0"/>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 w15:restartNumberingAfterBreak="0">
    <w:nsid w:val="68EF5D4F"/>
    <w:multiLevelType w:val="multilevel"/>
    <w:tmpl w:val="C980AA1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91" w15:restartNumberingAfterBreak="0">
    <w:nsid w:val="699555BD"/>
    <w:multiLevelType w:val="multilevel"/>
    <w:tmpl w:val="F92CA662"/>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92" w15:restartNumberingAfterBreak="0">
    <w:nsid w:val="6B0B4307"/>
    <w:multiLevelType w:val="hybridMultilevel"/>
    <w:tmpl w:val="C7CA225A"/>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3" w15:restartNumberingAfterBreak="0">
    <w:nsid w:val="6B875F0B"/>
    <w:multiLevelType w:val="multilevel"/>
    <w:tmpl w:val="C98A26CC"/>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94" w15:restartNumberingAfterBreak="0">
    <w:nsid w:val="6C4C62AE"/>
    <w:multiLevelType w:val="multilevel"/>
    <w:tmpl w:val="DABC07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6D470E92"/>
    <w:multiLevelType w:val="multilevel"/>
    <w:tmpl w:val="5B1A4BC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96" w15:restartNumberingAfterBreak="0">
    <w:nsid w:val="6EBA1E49"/>
    <w:multiLevelType w:val="multilevel"/>
    <w:tmpl w:val="1BCA5A1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97" w15:restartNumberingAfterBreak="0">
    <w:nsid w:val="6F4D3DA4"/>
    <w:multiLevelType w:val="multilevel"/>
    <w:tmpl w:val="E34A1104"/>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98" w15:restartNumberingAfterBreak="0">
    <w:nsid w:val="73CF2BF4"/>
    <w:multiLevelType w:val="hybridMultilevel"/>
    <w:tmpl w:val="E0F47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747046CE"/>
    <w:multiLevelType w:val="multilevel"/>
    <w:tmpl w:val="0EFC5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763115B6"/>
    <w:multiLevelType w:val="multilevel"/>
    <w:tmpl w:val="5A32CCC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01" w15:restartNumberingAfterBreak="0">
    <w:nsid w:val="77070870"/>
    <w:multiLevelType w:val="multilevel"/>
    <w:tmpl w:val="BFD6E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7A584F0E"/>
    <w:multiLevelType w:val="hybridMultilevel"/>
    <w:tmpl w:val="DE5E3952"/>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3" w15:restartNumberingAfterBreak="0">
    <w:nsid w:val="7D4514F5"/>
    <w:multiLevelType w:val="multilevel"/>
    <w:tmpl w:val="81B8169E"/>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num w:numId="1" w16cid:durableId="1005018642">
    <w:abstractNumId w:val="8"/>
  </w:num>
  <w:num w:numId="2" w16cid:durableId="61756349">
    <w:abstractNumId w:val="6"/>
  </w:num>
  <w:num w:numId="3" w16cid:durableId="596253894">
    <w:abstractNumId w:val="5"/>
  </w:num>
  <w:num w:numId="4" w16cid:durableId="753673846">
    <w:abstractNumId w:val="4"/>
  </w:num>
  <w:num w:numId="5" w16cid:durableId="935753508">
    <w:abstractNumId w:val="7"/>
  </w:num>
  <w:num w:numId="6" w16cid:durableId="1651474414">
    <w:abstractNumId w:val="3"/>
  </w:num>
  <w:num w:numId="7" w16cid:durableId="1404569514">
    <w:abstractNumId w:val="2"/>
  </w:num>
  <w:num w:numId="8" w16cid:durableId="437137298">
    <w:abstractNumId w:val="1"/>
  </w:num>
  <w:num w:numId="9" w16cid:durableId="183906397">
    <w:abstractNumId w:val="0"/>
  </w:num>
  <w:num w:numId="10" w16cid:durableId="252595800">
    <w:abstractNumId w:val="33"/>
  </w:num>
  <w:num w:numId="11" w16cid:durableId="1890726319">
    <w:abstractNumId w:val="73"/>
  </w:num>
  <w:num w:numId="12" w16cid:durableId="299575619">
    <w:abstractNumId w:val="68"/>
  </w:num>
  <w:num w:numId="13" w16cid:durableId="2109231330">
    <w:abstractNumId w:val="27"/>
  </w:num>
  <w:num w:numId="14" w16cid:durableId="164712270">
    <w:abstractNumId w:val="57"/>
  </w:num>
  <w:num w:numId="15" w16cid:durableId="581376044">
    <w:abstractNumId w:val="34"/>
  </w:num>
  <w:num w:numId="16" w16cid:durableId="958996814">
    <w:abstractNumId w:val="14"/>
  </w:num>
  <w:num w:numId="17" w16cid:durableId="1210259966">
    <w:abstractNumId w:val="101"/>
  </w:num>
  <w:num w:numId="18" w16cid:durableId="214704087">
    <w:abstractNumId w:val="71"/>
  </w:num>
  <w:num w:numId="19" w16cid:durableId="1205797899">
    <w:abstractNumId w:val="30"/>
  </w:num>
  <w:num w:numId="20" w16cid:durableId="2003047085">
    <w:abstractNumId w:val="72"/>
  </w:num>
  <w:num w:numId="21" w16cid:durableId="1351681890">
    <w:abstractNumId w:val="43"/>
  </w:num>
  <w:num w:numId="22" w16cid:durableId="724371821">
    <w:abstractNumId w:val="94"/>
  </w:num>
  <w:num w:numId="23" w16cid:durableId="2094430227">
    <w:abstractNumId w:val="64"/>
  </w:num>
  <w:num w:numId="24" w16cid:durableId="1465611200">
    <w:abstractNumId w:val="53"/>
  </w:num>
  <w:num w:numId="25" w16cid:durableId="155614131">
    <w:abstractNumId w:val="78"/>
  </w:num>
  <w:num w:numId="26" w16cid:durableId="977536283">
    <w:abstractNumId w:val="65"/>
  </w:num>
  <w:num w:numId="27" w16cid:durableId="719210561">
    <w:abstractNumId w:val="19"/>
  </w:num>
  <w:num w:numId="28" w16cid:durableId="1054234528">
    <w:abstractNumId w:val="28"/>
  </w:num>
  <w:num w:numId="29" w16cid:durableId="819149229">
    <w:abstractNumId w:val="83"/>
  </w:num>
  <w:num w:numId="30" w16cid:durableId="1086461200">
    <w:abstractNumId w:val="99"/>
  </w:num>
  <w:num w:numId="31" w16cid:durableId="1865363264">
    <w:abstractNumId w:val="31"/>
  </w:num>
  <w:num w:numId="32" w16cid:durableId="1370564720">
    <w:abstractNumId w:val="9"/>
  </w:num>
  <w:num w:numId="33" w16cid:durableId="1395005994">
    <w:abstractNumId w:val="18"/>
  </w:num>
  <w:num w:numId="34" w16cid:durableId="645815637">
    <w:abstractNumId w:val="62"/>
  </w:num>
  <w:num w:numId="35" w16cid:durableId="238832912">
    <w:abstractNumId w:val="39"/>
  </w:num>
  <w:num w:numId="36" w16cid:durableId="1937712934">
    <w:abstractNumId w:val="15"/>
  </w:num>
  <w:num w:numId="37" w16cid:durableId="1247806588">
    <w:abstractNumId w:val="46"/>
  </w:num>
  <w:num w:numId="38" w16cid:durableId="2144032185">
    <w:abstractNumId w:val="37"/>
  </w:num>
  <w:num w:numId="39" w16cid:durableId="298732394">
    <w:abstractNumId w:val="82"/>
    <w:lvlOverride w:ilvl="0"/>
    <w:lvlOverride w:ilvl="1"/>
    <w:lvlOverride w:ilvl="2"/>
    <w:lvlOverride w:ilvl="3"/>
    <w:lvlOverride w:ilvl="4"/>
    <w:lvlOverride w:ilvl="5"/>
    <w:lvlOverride w:ilvl="6"/>
    <w:lvlOverride w:ilvl="7"/>
    <w:lvlOverride w:ilvl="8"/>
  </w:num>
  <w:num w:numId="40" w16cid:durableId="1463307850">
    <w:abstractNumId w:val="38"/>
    <w:lvlOverride w:ilvl="0"/>
    <w:lvlOverride w:ilvl="1"/>
    <w:lvlOverride w:ilvl="2"/>
    <w:lvlOverride w:ilvl="3"/>
    <w:lvlOverride w:ilvl="4"/>
    <w:lvlOverride w:ilvl="5"/>
    <w:lvlOverride w:ilvl="6"/>
    <w:lvlOverride w:ilvl="7"/>
    <w:lvlOverride w:ilvl="8"/>
  </w:num>
  <w:num w:numId="41" w16cid:durableId="649603744">
    <w:abstractNumId w:val="61"/>
    <w:lvlOverride w:ilvl="0"/>
    <w:lvlOverride w:ilvl="1"/>
    <w:lvlOverride w:ilvl="2"/>
    <w:lvlOverride w:ilvl="3"/>
    <w:lvlOverride w:ilvl="4"/>
    <w:lvlOverride w:ilvl="5"/>
    <w:lvlOverride w:ilvl="6"/>
    <w:lvlOverride w:ilvl="7"/>
    <w:lvlOverride w:ilvl="8"/>
  </w:num>
  <w:num w:numId="42" w16cid:durableId="185949115">
    <w:abstractNumId w:val="90"/>
    <w:lvlOverride w:ilvl="0"/>
    <w:lvlOverride w:ilvl="1"/>
    <w:lvlOverride w:ilvl="2"/>
    <w:lvlOverride w:ilvl="3"/>
    <w:lvlOverride w:ilvl="4"/>
    <w:lvlOverride w:ilvl="5"/>
    <w:lvlOverride w:ilvl="6"/>
    <w:lvlOverride w:ilvl="7"/>
    <w:lvlOverride w:ilvl="8"/>
  </w:num>
  <w:num w:numId="43" w16cid:durableId="292444199">
    <w:abstractNumId w:val="11"/>
    <w:lvlOverride w:ilvl="0"/>
    <w:lvlOverride w:ilvl="1"/>
    <w:lvlOverride w:ilvl="2"/>
    <w:lvlOverride w:ilvl="3"/>
    <w:lvlOverride w:ilvl="4"/>
    <w:lvlOverride w:ilvl="5"/>
    <w:lvlOverride w:ilvl="6"/>
    <w:lvlOverride w:ilvl="7"/>
    <w:lvlOverride w:ilvl="8"/>
  </w:num>
  <w:num w:numId="44" w16cid:durableId="254019487">
    <w:abstractNumId w:val="59"/>
    <w:lvlOverride w:ilvl="0"/>
    <w:lvlOverride w:ilvl="1"/>
    <w:lvlOverride w:ilvl="2"/>
    <w:lvlOverride w:ilvl="3"/>
    <w:lvlOverride w:ilvl="4"/>
    <w:lvlOverride w:ilvl="5"/>
    <w:lvlOverride w:ilvl="6"/>
    <w:lvlOverride w:ilvl="7"/>
    <w:lvlOverride w:ilvl="8"/>
  </w:num>
  <w:num w:numId="45" w16cid:durableId="1801611550">
    <w:abstractNumId w:val="74"/>
    <w:lvlOverride w:ilvl="0"/>
    <w:lvlOverride w:ilvl="1"/>
    <w:lvlOverride w:ilvl="2"/>
    <w:lvlOverride w:ilvl="3"/>
    <w:lvlOverride w:ilvl="4"/>
    <w:lvlOverride w:ilvl="5"/>
    <w:lvlOverride w:ilvl="6"/>
    <w:lvlOverride w:ilvl="7"/>
    <w:lvlOverride w:ilvl="8"/>
  </w:num>
  <w:num w:numId="46" w16cid:durableId="1741099449">
    <w:abstractNumId w:val="103"/>
    <w:lvlOverride w:ilvl="0"/>
    <w:lvlOverride w:ilvl="1"/>
    <w:lvlOverride w:ilvl="2"/>
    <w:lvlOverride w:ilvl="3"/>
    <w:lvlOverride w:ilvl="4"/>
    <w:lvlOverride w:ilvl="5"/>
    <w:lvlOverride w:ilvl="6"/>
    <w:lvlOverride w:ilvl="7"/>
    <w:lvlOverride w:ilvl="8"/>
  </w:num>
  <w:num w:numId="47" w16cid:durableId="1125582645">
    <w:abstractNumId w:val="10"/>
    <w:lvlOverride w:ilvl="0"/>
    <w:lvlOverride w:ilvl="1"/>
    <w:lvlOverride w:ilvl="2"/>
    <w:lvlOverride w:ilvl="3"/>
    <w:lvlOverride w:ilvl="4"/>
    <w:lvlOverride w:ilvl="5"/>
    <w:lvlOverride w:ilvl="6"/>
    <w:lvlOverride w:ilvl="7"/>
    <w:lvlOverride w:ilvl="8"/>
  </w:num>
  <w:num w:numId="48" w16cid:durableId="468713869">
    <w:abstractNumId w:val="63"/>
    <w:lvlOverride w:ilvl="0"/>
    <w:lvlOverride w:ilvl="1"/>
    <w:lvlOverride w:ilvl="2"/>
    <w:lvlOverride w:ilvl="3"/>
    <w:lvlOverride w:ilvl="4"/>
    <w:lvlOverride w:ilvl="5"/>
    <w:lvlOverride w:ilvl="6"/>
    <w:lvlOverride w:ilvl="7"/>
    <w:lvlOverride w:ilvl="8"/>
  </w:num>
  <w:num w:numId="49" w16cid:durableId="404181029">
    <w:abstractNumId w:val="84"/>
    <w:lvlOverride w:ilvl="0"/>
    <w:lvlOverride w:ilvl="1"/>
    <w:lvlOverride w:ilvl="2"/>
    <w:lvlOverride w:ilvl="3"/>
    <w:lvlOverride w:ilvl="4"/>
    <w:lvlOverride w:ilvl="5"/>
    <w:lvlOverride w:ilvl="6"/>
    <w:lvlOverride w:ilvl="7"/>
    <w:lvlOverride w:ilvl="8"/>
  </w:num>
  <w:num w:numId="50" w16cid:durableId="1385789127">
    <w:abstractNumId w:val="97"/>
    <w:lvlOverride w:ilvl="0"/>
    <w:lvlOverride w:ilvl="1"/>
    <w:lvlOverride w:ilvl="2"/>
    <w:lvlOverride w:ilvl="3"/>
    <w:lvlOverride w:ilvl="4"/>
    <w:lvlOverride w:ilvl="5"/>
    <w:lvlOverride w:ilvl="6"/>
    <w:lvlOverride w:ilvl="7"/>
    <w:lvlOverride w:ilvl="8"/>
  </w:num>
  <w:num w:numId="51" w16cid:durableId="283124065">
    <w:abstractNumId w:val="55"/>
    <w:lvlOverride w:ilvl="0"/>
    <w:lvlOverride w:ilvl="1"/>
    <w:lvlOverride w:ilvl="2"/>
    <w:lvlOverride w:ilvl="3"/>
    <w:lvlOverride w:ilvl="4"/>
    <w:lvlOverride w:ilvl="5"/>
    <w:lvlOverride w:ilvl="6"/>
    <w:lvlOverride w:ilvl="7"/>
    <w:lvlOverride w:ilvl="8"/>
  </w:num>
  <w:num w:numId="52" w16cid:durableId="421800536">
    <w:abstractNumId w:val="85"/>
    <w:lvlOverride w:ilvl="0"/>
    <w:lvlOverride w:ilvl="1"/>
    <w:lvlOverride w:ilvl="2"/>
    <w:lvlOverride w:ilvl="3"/>
    <w:lvlOverride w:ilvl="4"/>
    <w:lvlOverride w:ilvl="5"/>
    <w:lvlOverride w:ilvl="6"/>
    <w:lvlOverride w:ilvl="7"/>
    <w:lvlOverride w:ilvl="8"/>
  </w:num>
  <w:num w:numId="53" w16cid:durableId="1285886835">
    <w:abstractNumId w:val="79"/>
    <w:lvlOverride w:ilvl="0"/>
    <w:lvlOverride w:ilvl="1"/>
    <w:lvlOverride w:ilvl="2"/>
    <w:lvlOverride w:ilvl="3"/>
    <w:lvlOverride w:ilvl="4"/>
    <w:lvlOverride w:ilvl="5"/>
    <w:lvlOverride w:ilvl="6"/>
    <w:lvlOverride w:ilvl="7"/>
    <w:lvlOverride w:ilvl="8"/>
  </w:num>
  <w:num w:numId="54" w16cid:durableId="35253697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997732383">
    <w:abstractNumId w:val="13"/>
    <w:lvlOverride w:ilvl="0"/>
    <w:lvlOverride w:ilvl="1"/>
    <w:lvlOverride w:ilvl="2"/>
    <w:lvlOverride w:ilvl="3"/>
    <w:lvlOverride w:ilvl="4"/>
    <w:lvlOverride w:ilvl="5"/>
    <w:lvlOverride w:ilvl="6"/>
    <w:lvlOverride w:ilvl="7"/>
    <w:lvlOverride w:ilvl="8"/>
  </w:num>
  <w:num w:numId="56" w16cid:durableId="372660988">
    <w:abstractNumId w:val="76"/>
    <w:lvlOverride w:ilvl="0"/>
    <w:lvlOverride w:ilvl="1"/>
    <w:lvlOverride w:ilvl="2"/>
    <w:lvlOverride w:ilvl="3"/>
    <w:lvlOverride w:ilvl="4"/>
    <w:lvlOverride w:ilvl="5"/>
    <w:lvlOverride w:ilvl="6"/>
    <w:lvlOverride w:ilvl="7"/>
    <w:lvlOverride w:ilvl="8"/>
  </w:num>
  <w:num w:numId="57" w16cid:durableId="8223101">
    <w:abstractNumId w:val="40"/>
    <w:lvlOverride w:ilvl="0"/>
    <w:lvlOverride w:ilvl="1"/>
    <w:lvlOverride w:ilvl="2"/>
    <w:lvlOverride w:ilvl="3"/>
    <w:lvlOverride w:ilvl="4"/>
    <w:lvlOverride w:ilvl="5"/>
    <w:lvlOverride w:ilvl="6"/>
    <w:lvlOverride w:ilvl="7"/>
    <w:lvlOverride w:ilvl="8"/>
  </w:num>
  <w:num w:numId="58" w16cid:durableId="225187231">
    <w:abstractNumId w:val="70"/>
    <w:lvlOverride w:ilvl="0"/>
    <w:lvlOverride w:ilvl="1"/>
    <w:lvlOverride w:ilvl="2"/>
    <w:lvlOverride w:ilvl="3"/>
    <w:lvlOverride w:ilvl="4"/>
    <w:lvlOverride w:ilvl="5"/>
    <w:lvlOverride w:ilvl="6"/>
    <w:lvlOverride w:ilvl="7"/>
    <w:lvlOverride w:ilvl="8"/>
  </w:num>
  <w:num w:numId="59" w16cid:durableId="1676497211">
    <w:abstractNumId w:val="66"/>
    <w:lvlOverride w:ilvl="0"/>
    <w:lvlOverride w:ilvl="1"/>
    <w:lvlOverride w:ilvl="2"/>
    <w:lvlOverride w:ilvl="3"/>
    <w:lvlOverride w:ilvl="4"/>
    <w:lvlOverride w:ilvl="5"/>
    <w:lvlOverride w:ilvl="6"/>
    <w:lvlOverride w:ilvl="7"/>
    <w:lvlOverride w:ilvl="8"/>
  </w:num>
  <w:num w:numId="60" w16cid:durableId="1769815199">
    <w:abstractNumId w:val="67"/>
    <w:lvlOverride w:ilvl="0"/>
    <w:lvlOverride w:ilvl="1"/>
    <w:lvlOverride w:ilvl="2"/>
    <w:lvlOverride w:ilvl="3"/>
    <w:lvlOverride w:ilvl="4"/>
    <w:lvlOverride w:ilvl="5"/>
    <w:lvlOverride w:ilvl="6"/>
    <w:lvlOverride w:ilvl="7"/>
    <w:lvlOverride w:ilvl="8"/>
  </w:num>
  <w:num w:numId="61" w16cid:durableId="1179075684">
    <w:abstractNumId w:val="51"/>
    <w:lvlOverride w:ilvl="0"/>
    <w:lvlOverride w:ilvl="1"/>
    <w:lvlOverride w:ilvl="2"/>
    <w:lvlOverride w:ilvl="3"/>
    <w:lvlOverride w:ilvl="4"/>
    <w:lvlOverride w:ilvl="5"/>
    <w:lvlOverride w:ilvl="6"/>
    <w:lvlOverride w:ilvl="7"/>
    <w:lvlOverride w:ilvl="8"/>
  </w:num>
  <w:num w:numId="62" w16cid:durableId="853345700">
    <w:abstractNumId w:val="41"/>
    <w:lvlOverride w:ilvl="0"/>
    <w:lvlOverride w:ilvl="1"/>
    <w:lvlOverride w:ilvl="2"/>
    <w:lvlOverride w:ilvl="3"/>
    <w:lvlOverride w:ilvl="4"/>
    <w:lvlOverride w:ilvl="5"/>
    <w:lvlOverride w:ilvl="6"/>
    <w:lvlOverride w:ilvl="7"/>
    <w:lvlOverride w:ilvl="8"/>
  </w:num>
  <w:num w:numId="63" w16cid:durableId="1001006516">
    <w:abstractNumId w:val="69"/>
    <w:lvlOverride w:ilvl="0"/>
    <w:lvlOverride w:ilvl="1"/>
    <w:lvlOverride w:ilvl="2"/>
    <w:lvlOverride w:ilvl="3"/>
    <w:lvlOverride w:ilvl="4"/>
    <w:lvlOverride w:ilvl="5"/>
    <w:lvlOverride w:ilvl="6"/>
    <w:lvlOverride w:ilvl="7"/>
    <w:lvlOverride w:ilvl="8"/>
  </w:num>
  <w:num w:numId="64" w16cid:durableId="1291977844">
    <w:abstractNumId w:val="45"/>
    <w:lvlOverride w:ilvl="0"/>
    <w:lvlOverride w:ilvl="1"/>
    <w:lvlOverride w:ilvl="2"/>
    <w:lvlOverride w:ilvl="3"/>
    <w:lvlOverride w:ilvl="4"/>
    <w:lvlOverride w:ilvl="5"/>
    <w:lvlOverride w:ilvl="6"/>
    <w:lvlOverride w:ilvl="7"/>
    <w:lvlOverride w:ilvl="8"/>
  </w:num>
  <w:num w:numId="65" w16cid:durableId="1821386539">
    <w:abstractNumId w:val="35"/>
    <w:lvlOverride w:ilvl="0"/>
    <w:lvlOverride w:ilvl="1"/>
    <w:lvlOverride w:ilvl="2"/>
    <w:lvlOverride w:ilvl="3"/>
    <w:lvlOverride w:ilvl="4"/>
    <w:lvlOverride w:ilvl="5"/>
    <w:lvlOverride w:ilvl="6"/>
    <w:lvlOverride w:ilvl="7"/>
    <w:lvlOverride w:ilvl="8"/>
  </w:num>
  <w:num w:numId="66" w16cid:durableId="1656756900">
    <w:abstractNumId w:val="56"/>
  </w:num>
  <w:num w:numId="67" w16cid:durableId="1681933970">
    <w:abstractNumId w:val="86"/>
  </w:num>
  <w:num w:numId="68" w16cid:durableId="497574266">
    <w:abstractNumId w:val="92"/>
  </w:num>
  <w:num w:numId="69" w16cid:durableId="793670351">
    <w:abstractNumId w:val="60"/>
  </w:num>
  <w:num w:numId="70" w16cid:durableId="648822920">
    <w:abstractNumId w:val="29"/>
  </w:num>
  <w:num w:numId="71" w16cid:durableId="2049914313">
    <w:abstractNumId w:val="25"/>
  </w:num>
  <w:num w:numId="72" w16cid:durableId="375351132">
    <w:abstractNumId w:val="102"/>
  </w:num>
  <w:num w:numId="73" w16cid:durableId="479733986">
    <w:abstractNumId w:val="81"/>
  </w:num>
  <w:num w:numId="74" w16cid:durableId="1674868537">
    <w:abstractNumId w:val="49"/>
  </w:num>
  <w:num w:numId="75" w16cid:durableId="1297834606">
    <w:abstractNumId w:val="80"/>
  </w:num>
  <w:num w:numId="76" w16cid:durableId="1973824168">
    <w:abstractNumId w:val="89"/>
  </w:num>
  <w:num w:numId="77" w16cid:durableId="1974672582">
    <w:abstractNumId w:val="17"/>
  </w:num>
  <w:num w:numId="78" w16cid:durableId="2055960157">
    <w:abstractNumId w:val="36"/>
  </w:num>
  <w:num w:numId="79" w16cid:durableId="688414977">
    <w:abstractNumId w:val="54"/>
    <w:lvlOverride w:ilvl="0"/>
    <w:lvlOverride w:ilvl="1"/>
    <w:lvlOverride w:ilvl="2"/>
    <w:lvlOverride w:ilvl="3"/>
    <w:lvlOverride w:ilvl="4"/>
    <w:lvlOverride w:ilvl="5"/>
    <w:lvlOverride w:ilvl="6"/>
    <w:lvlOverride w:ilvl="7"/>
    <w:lvlOverride w:ilvl="8"/>
  </w:num>
  <w:num w:numId="80" w16cid:durableId="936017429">
    <w:abstractNumId w:val="93"/>
  </w:num>
  <w:num w:numId="81" w16cid:durableId="801382941">
    <w:abstractNumId w:val="87"/>
  </w:num>
  <w:num w:numId="82" w16cid:durableId="2112239031">
    <w:abstractNumId w:val="24"/>
    <w:lvlOverride w:ilvl="0"/>
    <w:lvlOverride w:ilvl="1"/>
    <w:lvlOverride w:ilvl="2"/>
    <w:lvlOverride w:ilvl="3"/>
    <w:lvlOverride w:ilvl="4"/>
    <w:lvlOverride w:ilvl="5"/>
    <w:lvlOverride w:ilvl="6"/>
    <w:lvlOverride w:ilvl="7"/>
    <w:lvlOverride w:ilvl="8"/>
  </w:num>
  <w:num w:numId="83" w16cid:durableId="2111046969">
    <w:abstractNumId w:val="20"/>
    <w:lvlOverride w:ilvl="0"/>
    <w:lvlOverride w:ilvl="1"/>
    <w:lvlOverride w:ilvl="2"/>
    <w:lvlOverride w:ilvl="3"/>
    <w:lvlOverride w:ilvl="4"/>
    <w:lvlOverride w:ilvl="5"/>
    <w:lvlOverride w:ilvl="6"/>
    <w:lvlOverride w:ilvl="7"/>
    <w:lvlOverride w:ilvl="8"/>
  </w:num>
  <w:num w:numId="84" w16cid:durableId="809713238">
    <w:abstractNumId w:val="95"/>
    <w:lvlOverride w:ilvl="0"/>
    <w:lvlOverride w:ilvl="1"/>
    <w:lvlOverride w:ilvl="2"/>
    <w:lvlOverride w:ilvl="3"/>
    <w:lvlOverride w:ilvl="4"/>
    <w:lvlOverride w:ilvl="5"/>
    <w:lvlOverride w:ilvl="6"/>
    <w:lvlOverride w:ilvl="7"/>
    <w:lvlOverride w:ilvl="8"/>
  </w:num>
  <w:num w:numId="85" w16cid:durableId="46343882">
    <w:abstractNumId w:val="58"/>
    <w:lvlOverride w:ilvl="0"/>
    <w:lvlOverride w:ilvl="1"/>
    <w:lvlOverride w:ilvl="2"/>
    <w:lvlOverride w:ilvl="3"/>
    <w:lvlOverride w:ilvl="4"/>
    <w:lvlOverride w:ilvl="5"/>
    <w:lvlOverride w:ilvl="6"/>
    <w:lvlOverride w:ilvl="7"/>
    <w:lvlOverride w:ilvl="8"/>
  </w:num>
  <w:num w:numId="86" w16cid:durableId="1656639337">
    <w:abstractNumId w:val="26"/>
    <w:lvlOverride w:ilvl="0"/>
    <w:lvlOverride w:ilvl="1"/>
    <w:lvlOverride w:ilvl="2"/>
    <w:lvlOverride w:ilvl="3"/>
    <w:lvlOverride w:ilvl="4"/>
    <w:lvlOverride w:ilvl="5"/>
    <w:lvlOverride w:ilvl="6"/>
    <w:lvlOverride w:ilvl="7"/>
    <w:lvlOverride w:ilvl="8"/>
  </w:num>
  <w:num w:numId="87" w16cid:durableId="1818762709">
    <w:abstractNumId w:val="47"/>
    <w:lvlOverride w:ilvl="0"/>
    <w:lvlOverride w:ilvl="1"/>
    <w:lvlOverride w:ilvl="2"/>
    <w:lvlOverride w:ilvl="3"/>
    <w:lvlOverride w:ilvl="4"/>
    <w:lvlOverride w:ilvl="5"/>
    <w:lvlOverride w:ilvl="6"/>
    <w:lvlOverride w:ilvl="7"/>
    <w:lvlOverride w:ilvl="8"/>
  </w:num>
  <w:num w:numId="88" w16cid:durableId="500237591">
    <w:abstractNumId w:val="91"/>
    <w:lvlOverride w:ilvl="0"/>
    <w:lvlOverride w:ilvl="1"/>
    <w:lvlOverride w:ilvl="2"/>
    <w:lvlOverride w:ilvl="3"/>
    <w:lvlOverride w:ilvl="4"/>
    <w:lvlOverride w:ilvl="5"/>
    <w:lvlOverride w:ilvl="6"/>
    <w:lvlOverride w:ilvl="7"/>
    <w:lvlOverride w:ilvl="8"/>
  </w:num>
  <w:num w:numId="89" w16cid:durableId="146435514">
    <w:abstractNumId w:val="96"/>
    <w:lvlOverride w:ilvl="0"/>
    <w:lvlOverride w:ilvl="1"/>
    <w:lvlOverride w:ilvl="2"/>
    <w:lvlOverride w:ilvl="3"/>
    <w:lvlOverride w:ilvl="4"/>
    <w:lvlOverride w:ilvl="5"/>
    <w:lvlOverride w:ilvl="6"/>
    <w:lvlOverride w:ilvl="7"/>
    <w:lvlOverride w:ilvl="8"/>
  </w:num>
  <w:num w:numId="90" w16cid:durableId="1801919386">
    <w:abstractNumId w:val="23"/>
    <w:lvlOverride w:ilvl="0"/>
    <w:lvlOverride w:ilvl="1"/>
    <w:lvlOverride w:ilvl="2"/>
    <w:lvlOverride w:ilvl="3"/>
    <w:lvlOverride w:ilvl="4"/>
    <w:lvlOverride w:ilvl="5"/>
    <w:lvlOverride w:ilvl="6"/>
    <w:lvlOverride w:ilvl="7"/>
    <w:lvlOverride w:ilvl="8"/>
  </w:num>
  <w:num w:numId="91" w16cid:durableId="492723275">
    <w:abstractNumId w:val="48"/>
    <w:lvlOverride w:ilvl="0"/>
    <w:lvlOverride w:ilvl="1"/>
    <w:lvlOverride w:ilvl="2"/>
    <w:lvlOverride w:ilvl="3"/>
    <w:lvlOverride w:ilvl="4"/>
    <w:lvlOverride w:ilvl="5"/>
    <w:lvlOverride w:ilvl="6"/>
    <w:lvlOverride w:ilvl="7"/>
    <w:lvlOverride w:ilvl="8"/>
  </w:num>
  <w:num w:numId="92" w16cid:durableId="580867952">
    <w:abstractNumId w:val="88"/>
  </w:num>
  <w:num w:numId="93" w16cid:durableId="1904827600">
    <w:abstractNumId w:val="98"/>
  </w:num>
  <w:num w:numId="94" w16cid:durableId="1977758998">
    <w:abstractNumId w:val="44"/>
  </w:num>
  <w:num w:numId="95" w16cid:durableId="375469052">
    <w:abstractNumId w:val="16"/>
  </w:num>
  <w:num w:numId="96" w16cid:durableId="381441064">
    <w:abstractNumId w:val="100"/>
  </w:num>
  <w:num w:numId="97" w16cid:durableId="1206604689">
    <w:abstractNumId w:val="77"/>
  </w:num>
  <w:num w:numId="98" w16cid:durableId="450517314">
    <w:abstractNumId w:val="52"/>
  </w:num>
  <w:num w:numId="99" w16cid:durableId="700668865">
    <w:abstractNumId w:val="22"/>
  </w:num>
  <w:num w:numId="100" w16cid:durableId="595286461">
    <w:abstractNumId w:val="42"/>
  </w:num>
  <w:num w:numId="101" w16cid:durableId="356473155">
    <w:abstractNumId w:val="12"/>
  </w:num>
  <w:num w:numId="102" w16cid:durableId="115684732">
    <w:abstractNumId w:val="50"/>
  </w:num>
  <w:num w:numId="103" w16cid:durableId="1192647360">
    <w:abstractNumId w:val="75"/>
  </w:num>
  <w:num w:numId="104" w16cid:durableId="7358615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6C0E"/>
    <w:rsid w:val="000805C0"/>
    <w:rsid w:val="001047CB"/>
    <w:rsid w:val="0015074B"/>
    <w:rsid w:val="001B4746"/>
    <w:rsid w:val="0029639D"/>
    <w:rsid w:val="00323FF2"/>
    <w:rsid w:val="00326F90"/>
    <w:rsid w:val="004C5417"/>
    <w:rsid w:val="005109D6"/>
    <w:rsid w:val="005F349B"/>
    <w:rsid w:val="00691153"/>
    <w:rsid w:val="006C245E"/>
    <w:rsid w:val="0077498E"/>
    <w:rsid w:val="008162D3"/>
    <w:rsid w:val="00830861"/>
    <w:rsid w:val="0086120A"/>
    <w:rsid w:val="00877457"/>
    <w:rsid w:val="00893743"/>
    <w:rsid w:val="00960DFE"/>
    <w:rsid w:val="00A028AC"/>
    <w:rsid w:val="00A0721F"/>
    <w:rsid w:val="00A219EC"/>
    <w:rsid w:val="00A31D44"/>
    <w:rsid w:val="00A37C79"/>
    <w:rsid w:val="00AA1D8D"/>
    <w:rsid w:val="00B20966"/>
    <w:rsid w:val="00B23074"/>
    <w:rsid w:val="00B47730"/>
    <w:rsid w:val="00C84D16"/>
    <w:rsid w:val="00CB0664"/>
    <w:rsid w:val="00D02076"/>
    <w:rsid w:val="00D7612F"/>
    <w:rsid w:val="00DA64A1"/>
    <w:rsid w:val="00DD41B6"/>
    <w:rsid w:val="00DF3CE6"/>
    <w:rsid w:val="00E16A36"/>
    <w:rsid w:val="00EC25FE"/>
    <w:rsid w:val="00ED527D"/>
    <w:rsid w:val="00ED5734"/>
    <w:rsid w:val="00EF4E00"/>
    <w:rsid w:val="00F125FA"/>
    <w:rsid w:val="00F1559E"/>
    <w:rsid w:val="00F17259"/>
    <w:rsid w:val="00F378EE"/>
    <w:rsid w:val="00FB3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53C40F1"/>
  <w14:defaultImageDpi w14:val="300"/>
  <w15:docId w15:val="{4404A48C-5782-4838-908B-01ABF4DE5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893743"/>
    <w:rPr>
      <w:color w:val="0000FF" w:themeColor="hyperlink"/>
      <w:u w:val="single"/>
    </w:rPr>
  </w:style>
  <w:style w:type="character" w:styleId="UnresolvedMention">
    <w:name w:val="Unresolved Mention"/>
    <w:basedOn w:val="DefaultParagraphFont"/>
    <w:uiPriority w:val="99"/>
    <w:semiHidden/>
    <w:unhideWhenUsed/>
    <w:rsid w:val="00893743"/>
    <w:rPr>
      <w:color w:val="605E5C"/>
      <w:shd w:val="clear" w:color="auto" w:fill="E1DFDD"/>
    </w:rPr>
  </w:style>
  <w:style w:type="character" w:styleId="FollowedHyperlink">
    <w:name w:val="FollowedHyperlink"/>
    <w:basedOn w:val="DefaultParagraphFont"/>
    <w:uiPriority w:val="99"/>
    <w:semiHidden/>
    <w:unhideWhenUsed/>
    <w:rsid w:val="00A219E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youtube.com/@dronepilotsforUS" TargetMode="External"/><Relationship Id="rId18" Type="http://schemas.openxmlformats.org/officeDocument/2006/relationships/hyperlink" Target="https://www.google.com/search?q=https://www.faa.gov/regulations_policies/handbooks_manuals/aviation/media/pilot_handbook.pdf" TargetMode="External"/><Relationship Id="rId26" Type="http://schemas.openxmlformats.org/officeDocument/2006/relationships/hyperlink" Target="https://www.realflight.com/" TargetMode="External"/><Relationship Id="rId3" Type="http://schemas.openxmlformats.org/officeDocument/2006/relationships/styles" Target="styles.xml"/><Relationship Id="rId21" Type="http://schemas.openxmlformats.org/officeDocument/2006/relationships/hyperlink" Target="https://google.com/search?q=Drones:+The+Professional+Drone+Pilot%27s+Manual&amp;prds=catalogid%3A13432807258823092855%2Cgpcid%3A11227187593273358379%2CheadlineOfferDocid%3A3357153156396584775%2Cmid%3A576462233053385864%2Cproductid%3A7515994291734331485%2Cpvo%3A38%2Cpvt%3Ahg&amp;ibp=oshop&amp;pvo=38&amp;opi=103135050&amp;gl=us&amp;hl=en&amp;noiga=1"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nfpa.org" TargetMode="External"/><Relationship Id="rId17" Type="http://schemas.openxmlformats.org/officeDocument/2006/relationships/hyperlink" Target="https://www.faa.gov/regulations_policies/handbooks_manuals/aviation/media/remote_pilot_study_guide.pdf" TargetMode="External"/><Relationship Id="rId25" Type="http://schemas.openxmlformats.org/officeDocument/2006/relationships/hyperlink" Target="https://www.dji.com/simulator"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auvsi.org" TargetMode="External"/><Relationship Id="rId20" Type="http://schemas.openxmlformats.org/officeDocument/2006/relationships/hyperlink" Target="https://google.com/search?q=The+Drone+Pilot%27s+Handbook&amp;prds=catalogid%3A12177247222466272107%2Cgpcid%3A2892827699826518551%2CheadlineOfferDocid%3A16645580593180226933%2Cmid%3A576462225133240456%2Cproductid%3A17408894222997146942%2Cpvo%3A38%2Cpvt%3Ahg&amp;ibp=oshop&amp;pvo=38&amp;opi=103135050&amp;gl=us&amp;hl=en&amp;noiga=1"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ederal%20Aviation%20Administration%20(FAA)" TargetMode="External"/><Relationship Id="rId24" Type="http://schemas.openxmlformats.org/officeDocument/2006/relationships/hyperlink" Target="https://www.realflight.com"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youtube.com/@TheDroneCoach" TargetMode="External"/><Relationship Id="rId23" Type="http://schemas.openxmlformats.org/officeDocument/2006/relationships/hyperlink" Target="https://www.dji.com/simulator" TargetMode="External"/><Relationship Id="rId28" Type="http://schemas.openxmlformats.org/officeDocument/2006/relationships/hyperlink" Target="https://www.modelaircraft.org/club-finder" TargetMode="External"/><Relationship Id="rId10" Type="http://schemas.openxmlformats.org/officeDocument/2006/relationships/hyperlink" Target="https://www.dronepilotgroundschool.com/?utm_source=chatgpt.com" TargetMode="External"/><Relationship Id="rId19" Type="http://schemas.openxmlformats.org/officeDocument/2006/relationships/hyperlink" Target="https://google.com/search?q=Professional+Drone+Pilot%27s+Handbook+and+FAA+Remote+Pilot+Test+Guide&amp;prds=catalogid%3A18315412041240725755%2Cgpcid%3A16482602330471470372%2CheadlineOfferDocid%3A6137753670999823980%2Cmid%3A576462235462109716%2Cproductid%3A17633055657789993652%2Cpvo%3A38%2Cpvt%3Ahg&amp;ibp=oshop&amp;pvo=38&amp;opi=103135050&amp;gl=us&amp;hl=en&amp;noiga=1"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faasafety.gov" TargetMode="External"/><Relationship Id="rId14" Type="http://schemas.openxmlformats.org/officeDocument/2006/relationships/hyperlink" Target="https://www.youtube.com/@DroneU" TargetMode="External"/><Relationship Id="rId22" Type="http://schemas.openxmlformats.org/officeDocument/2006/relationships/hyperlink" Target="https://www.faa.gov/uas/b4ufly" TargetMode="External"/><Relationship Id="rId27" Type="http://schemas.openxmlformats.org/officeDocument/2006/relationships/hyperlink" Target="https://www.modelaircraft.org" TargetMode="External"/><Relationship Id="rId30" Type="http://schemas.openxmlformats.org/officeDocument/2006/relationships/footer" Target="footer1.xml"/><Relationship Id="rId8" Type="http://schemas.openxmlformats.org/officeDocument/2006/relationships/hyperlink" Target="https://www.faa.gov/uas/commercial_operator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5</Pages>
  <Words>1220</Words>
  <Characters>6960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8164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David Barbour</cp:lastModifiedBy>
  <cp:revision>4</cp:revision>
  <cp:lastPrinted>2026-02-10T18:46:00Z</cp:lastPrinted>
  <dcterms:created xsi:type="dcterms:W3CDTF">2026-02-10T19:23:00Z</dcterms:created>
  <dcterms:modified xsi:type="dcterms:W3CDTF">2026-02-10T20:30:00Z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1c60a9ed-b40d-49c0-ab22-c6c3c0f473bb</vt:lpwstr>
  </property>
</Properties>
</file>